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69825" w14:textId="77777777" w:rsidR="00D140EC" w:rsidRDefault="00000000">
      <w:pPr>
        <w:spacing w:before="1400"/>
      </w:pPr>
      <w:r>
        <w:rPr>
          <w:b/>
          <w:color w:val="8264FF"/>
          <w:sz w:val="24"/>
        </w:rPr>
        <w:t>REQUEST FOR PROPOSAL</w:t>
      </w:r>
    </w:p>
    <w:p w14:paraId="60A778A4" w14:textId="77777777" w:rsidR="00D140EC" w:rsidRDefault="00000000">
      <w:r>
        <w:rPr>
          <w:b/>
          <w:color w:val="202333"/>
          <w:sz w:val="56"/>
        </w:rPr>
        <w:t>Gated Community Visitor Management,</w:t>
      </w:r>
      <w:r>
        <w:rPr>
          <w:b/>
          <w:color w:val="202333"/>
          <w:sz w:val="56"/>
        </w:rPr>
        <w:br/>
        <w:t>Access Control &amp; Gate Technology</w:t>
      </w:r>
    </w:p>
    <w:p w14:paraId="13CC0412" w14:textId="77777777" w:rsidR="00D140EC" w:rsidRDefault="00000000">
      <w:r>
        <w:rPr>
          <w:i/>
        </w:rPr>
        <w:t>Vendor-neutral template for HOA boards, community managers and property management teams</w:t>
      </w:r>
    </w:p>
    <w:p w14:paraId="14C4EDE0" w14:textId="77777777" w:rsidR="00D140EC" w:rsidRDefault="00D140EC"/>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2672"/>
        <w:gridCol w:w="7542"/>
      </w:tblGrid>
      <w:tr w:rsidR="00D140EC" w14:paraId="53A3A369" w14:textId="77777777">
        <w:trPr>
          <w:cantSplit/>
          <w:tblHeader/>
          <w:jc w:val="center"/>
        </w:trPr>
        <w:tc>
          <w:tcPr>
            <w:tcW w:w="2880" w:type="dxa"/>
            <w:shd w:val="clear" w:color="auto" w:fill="202333"/>
            <w:tcMar>
              <w:top w:w="80" w:type="dxa"/>
              <w:left w:w="90" w:type="dxa"/>
              <w:bottom w:w="80" w:type="dxa"/>
              <w:right w:w="90" w:type="dxa"/>
            </w:tcMar>
          </w:tcPr>
          <w:p w14:paraId="61E65ADA" w14:textId="77777777" w:rsidR="00D140EC" w:rsidRDefault="00000000">
            <w:pPr>
              <w:spacing w:after="0"/>
            </w:pPr>
            <w:r>
              <w:rPr>
                <w:b/>
                <w:color w:val="FFFFFF"/>
                <w:sz w:val="18"/>
              </w:rPr>
              <w:t>RFP Field</w:t>
            </w:r>
          </w:p>
        </w:tc>
        <w:tc>
          <w:tcPr>
            <w:tcW w:w="8352" w:type="dxa"/>
            <w:shd w:val="clear" w:color="auto" w:fill="202333"/>
            <w:tcMar>
              <w:top w:w="80" w:type="dxa"/>
              <w:left w:w="90" w:type="dxa"/>
              <w:bottom w:w="80" w:type="dxa"/>
              <w:right w:w="90" w:type="dxa"/>
            </w:tcMar>
          </w:tcPr>
          <w:p w14:paraId="5D384B0A" w14:textId="77777777" w:rsidR="00D140EC" w:rsidRDefault="00000000">
            <w:pPr>
              <w:spacing w:after="0"/>
            </w:pPr>
            <w:r>
              <w:rPr>
                <w:b/>
                <w:color w:val="FFFFFF"/>
                <w:sz w:val="18"/>
              </w:rPr>
              <w:t>Community Entry</w:t>
            </w:r>
          </w:p>
        </w:tc>
      </w:tr>
      <w:tr w:rsidR="00D140EC" w14:paraId="00BE7B92" w14:textId="77777777">
        <w:trPr>
          <w:cantSplit/>
          <w:jc w:val="center"/>
        </w:trPr>
        <w:tc>
          <w:tcPr>
            <w:tcW w:w="2880" w:type="dxa"/>
            <w:tcMar>
              <w:top w:w="80" w:type="dxa"/>
              <w:left w:w="90" w:type="dxa"/>
              <w:bottom w:w="80" w:type="dxa"/>
              <w:right w:w="90" w:type="dxa"/>
            </w:tcMar>
            <w:vAlign w:val="center"/>
          </w:tcPr>
          <w:p w14:paraId="47C0D8BF" w14:textId="77777777" w:rsidR="00D140EC" w:rsidRDefault="00000000">
            <w:pPr>
              <w:spacing w:after="0"/>
            </w:pPr>
            <w:r>
              <w:rPr>
                <w:sz w:val="18"/>
              </w:rPr>
              <w:t>Community</w:t>
            </w:r>
          </w:p>
        </w:tc>
        <w:tc>
          <w:tcPr>
            <w:tcW w:w="8352" w:type="dxa"/>
            <w:tcMar>
              <w:top w:w="80" w:type="dxa"/>
              <w:left w:w="90" w:type="dxa"/>
              <w:bottom w:w="80" w:type="dxa"/>
              <w:right w:w="90" w:type="dxa"/>
            </w:tcMar>
            <w:vAlign w:val="center"/>
          </w:tcPr>
          <w:p w14:paraId="4C47FCEA" w14:textId="77777777" w:rsidR="00D140EC" w:rsidRDefault="00000000">
            <w:pPr>
              <w:spacing w:after="0"/>
            </w:pPr>
            <w:r>
              <w:rPr>
                <w:sz w:val="18"/>
              </w:rPr>
              <w:t>[COMMUNITY NAME]</w:t>
            </w:r>
          </w:p>
        </w:tc>
      </w:tr>
      <w:tr w:rsidR="00D140EC" w14:paraId="1761DE1E" w14:textId="77777777">
        <w:trPr>
          <w:cantSplit/>
          <w:jc w:val="center"/>
        </w:trPr>
        <w:tc>
          <w:tcPr>
            <w:tcW w:w="2880" w:type="dxa"/>
            <w:tcMar>
              <w:top w:w="80" w:type="dxa"/>
              <w:left w:w="90" w:type="dxa"/>
              <w:bottom w:w="80" w:type="dxa"/>
              <w:right w:w="90" w:type="dxa"/>
            </w:tcMar>
            <w:vAlign w:val="center"/>
          </w:tcPr>
          <w:p w14:paraId="26974C5C" w14:textId="77777777" w:rsidR="00D140EC" w:rsidRDefault="00000000">
            <w:pPr>
              <w:spacing w:after="0"/>
            </w:pPr>
            <w:r>
              <w:rPr>
                <w:sz w:val="18"/>
              </w:rPr>
              <w:t>Homes / Units</w:t>
            </w:r>
          </w:p>
        </w:tc>
        <w:tc>
          <w:tcPr>
            <w:tcW w:w="8352" w:type="dxa"/>
            <w:tcMar>
              <w:top w:w="80" w:type="dxa"/>
              <w:left w:w="90" w:type="dxa"/>
              <w:bottom w:w="80" w:type="dxa"/>
              <w:right w:w="90" w:type="dxa"/>
            </w:tcMar>
            <w:vAlign w:val="center"/>
          </w:tcPr>
          <w:p w14:paraId="1559215E" w14:textId="77777777" w:rsidR="00D140EC" w:rsidRDefault="00000000">
            <w:pPr>
              <w:spacing w:after="0"/>
            </w:pPr>
            <w:r>
              <w:rPr>
                <w:sz w:val="18"/>
              </w:rPr>
              <w:t>[NUMBER OF HOMES/UNITS]</w:t>
            </w:r>
          </w:p>
        </w:tc>
      </w:tr>
      <w:tr w:rsidR="00D140EC" w14:paraId="2E17544B" w14:textId="77777777">
        <w:trPr>
          <w:cantSplit/>
          <w:jc w:val="center"/>
        </w:trPr>
        <w:tc>
          <w:tcPr>
            <w:tcW w:w="2880" w:type="dxa"/>
            <w:tcMar>
              <w:top w:w="80" w:type="dxa"/>
              <w:left w:w="90" w:type="dxa"/>
              <w:bottom w:w="80" w:type="dxa"/>
              <w:right w:w="90" w:type="dxa"/>
            </w:tcMar>
            <w:vAlign w:val="center"/>
          </w:tcPr>
          <w:p w14:paraId="2092E141" w14:textId="77777777" w:rsidR="00D140EC" w:rsidRDefault="00000000">
            <w:pPr>
              <w:spacing w:after="0"/>
            </w:pPr>
            <w:r>
              <w:rPr>
                <w:sz w:val="18"/>
              </w:rPr>
              <w:t>RFP Issue Date</w:t>
            </w:r>
          </w:p>
        </w:tc>
        <w:tc>
          <w:tcPr>
            <w:tcW w:w="8352" w:type="dxa"/>
            <w:tcMar>
              <w:top w:w="80" w:type="dxa"/>
              <w:left w:w="90" w:type="dxa"/>
              <w:bottom w:w="80" w:type="dxa"/>
              <w:right w:w="90" w:type="dxa"/>
            </w:tcMar>
            <w:vAlign w:val="center"/>
          </w:tcPr>
          <w:p w14:paraId="3DD84D39" w14:textId="77777777" w:rsidR="00D140EC" w:rsidRDefault="00000000">
            <w:pPr>
              <w:spacing w:after="0"/>
            </w:pPr>
            <w:r>
              <w:rPr>
                <w:sz w:val="18"/>
              </w:rPr>
              <w:t>[RFP ISSUE DATE]</w:t>
            </w:r>
          </w:p>
        </w:tc>
      </w:tr>
      <w:tr w:rsidR="00D140EC" w14:paraId="19A7895A" w14:textId="77777777">
        <w:trPr>
          <w:cantSplit/>
          <w:jc w:val="center"/>
        </w:trPr>
        <w:tc>
          <w:tcPr>
            <w:tcW w:w="2880" w:type="dxa"/>
            <w:tcMar>
              <w:top w:w="80" w:type="dxa"/>
              <w:left w:w="90" w:type="dxa"/>
              <w:bottom w:w="80" w:type="dxa"/>
              <w:right w:w="90" w:type="dxa"/>
            </w:tcMar>
            <w:vAlign w:val="center"/>
          </w:tcPr>
          <w:p w14:paraId="50099577" w14:textId="77777777" w:rsidR="00D140EC" w:rsidRDefault="00000000">
            <w:pPr>
              <w:spacing w:after="0"/>
            </w:pPr>
            <w:r>
              <w:rPr>
                <w:sz w:val="18"/>
              </w:rPr>
              <w:t>Proposal Due Date</w:t>
            </w:r>
          </w:p>
        </w:tc>
        <w:tc>
          <w:tcPr>
            <w:tcW w:w="8352" w:type="dxa"/>
            <w:tcMar>
              <w:top w:w="80" w:type="dxa"/>
              <w:left w:w="90" w:type="dxa"/>
              <w:bottom w:w="80" w:type="dxa"/>
              <w:right w:w="90" w:type="dxa"/>
            </w:tcMar>
            <w:vAlign w:val="center"/>
          </w:tcPr>
          <w:p w14:paraId="1AB7D65E" w14:textId="77777777" w:rsidR="00D140EC" w:rsidRDefault="00000000">
            <w:pPr>
              <w:spacing w:after="0"/>
            </w:pPr>
            <w:r>
              <w:rPr>
                <w:sz w:val="18"/>
              </w:rPr>
              <w:t>[PROPOSAL DUE DATE]</w:t>
            </w:r>
          </w:p>
        </w:tc>
      </w:tr>
      <w:tr w:rsidR="00D140EC" w14:paraId="4D231663" w14:textId="77777777">
        <w:trPr>
          <w:cantSplit/>
          <w:jc w:val="center"/>
        </w:trPr>
        <w:tc>
          <w:tcPr>
            <w:tcW w:w="2880" w:type="dxa"/>
            <w:tcMar>
              <w:top w:w="80" w:type="dxa"/>
              <w:left w:w="90" w:type="dxa"/>
              <w:bottom w:w="80" w:type="dxa"/>
              <w:right w:w="90" w:type="dxa"/>
            </w:tcMar>
            <w:vAlign w:val="center"/>
          </w:tcPr>
          <w:p w14:paraId="4B4CF3D2" w14:textId="77777777" w:rsidR="00D140EC" w:rsidRDefault="00000000">
            <w:pPr>
              <w:spacing w:after="0"/>
            </w:pPr>
            <w:r>
              <w:rPr>
                <w:sz w:val="18"/>
              </w:rPr>
              <w:t>Primary Contact</w:t>
            </w:r>
          </w:p>
        </w:tc>
        <w:tc>
          <w:tcPr>
            <w:tcW w:w="8352" w:type="dxa"/>
            <w:tcMar>
              <w:top w:w="80" w:type="dxa"/>
              <w:left w:w="90" w:type="dxa"/>
              <w:bottom w:w="80" w:type="dxa"/>
              <w:right w:w="90" w:type="dxa"/>
            </w:tcMar>
            <w:vAlign w:val="center"/>
          </w:tcPr>
          <w:p w14:paraId="6232ACFB" w14:textId="77777777" w:rsidR="00D140EC" w:rsidRDefault="00000000">
            <w:pPr>
              <w:spacing w:after="0"/>
            </w:pPr>
            <w:r>
              <w:rPr>
                <w:sz w:val="18"/>
              </w:rPr>
              <w:t>[PRIMARY CONTACT]</w:t>
            </w:r>
          </w:p>
        </w:tc>
      </w:tr>
      <w:tr w:rsidR="00D140EC" w14:paraId="505E8A6C" w14:textId="77777777">
        <w:trPr>
          <w:cantSplit/>
          <w:jc w:val="center"/>
        </w:trPr>
        <w:tc>
          <w:tcPr>
            <w:tcW w:w="2880" w:type="dxa"/>
            <w:tcMar>
              <w:top w:w="80" w:type="dxa"/>
              <w:left w:w="90" w:type="dxa"/>
              <w:bottom w:w="80" w:type="dxa"/>
              <w:right w:w="90" w:type="dxa"/>
            </w:tcMar>
            <w:vAlign w:val="center"/>
          </w:tcPr>
          <w:p w14:paraId="561EC1CF" w14:textId="77777777" w:rsidR="00D140EC" w:rsidRDefault="00000000">
            <w:pPr>
              <w:spacing w:after="0"/>
            </w:pPr>
            <w:r>
              <w:rPr>
                <w:sz w:val="18"/>
              </w:rPr>
              <w:t>Site-Walk Date</w:t>
            </w:r>
          </w:p>
        </w:tc>
        <w:tc>
          <w:tcPr>
            <w:tcW w:w="8352" w:type="dxa"/>
            <w:tcMar>
              <w:top w:w="80" w:type="dxa"/>
              <w:left w:w="90" w:type="dxa"/>
              <w:bottom w:w="80" w:type="dxa"/>
              <w:right w:w="90" w:type="dxa"/>
            </w:tcMar>
            <w:vAlign w:val="center"/>
          </w:tcPr>
          <w:p w14:paraId="74FE06FA" w14:textId="77777777" w:rsidR="00D140EC" w:rsidRDefault="00000000">
            <w:pPr>
              <w:spacing w:after="0"/>
            </w:pPr>
            <w:r>
              <w:rPr>
                <w:sz w:val="18"/>
              </w:rPr>
              <w:t>[SITE-WALK DATE / OPTIONAL]</w:t>
            </w:r>
          </w:p>
        </w:tc>
      </w:tr>
      <w:tr w:rsidR="00D140EC" w14:paraId="1211ECBD" w14:textId="77777777">
        <w:trPr>
          <w:cantSplit/>
          <w:jc w:val="center"/>
        </w:trPr>
        <w:tc>
          <w:tcPr>
            <w:tcW w:w="2880" w:type="dxa"/>
            <w:tcMar>
              <w:top w:w="80" w:type="dxa"/>
              <w:left w:w="90" w:type="dxa"/>
              <w:bottom w:w="80" w:type="dxa"/>
              <w:right w:w="90" w:type="dxa"/>
            </w:tcMar>
            <w:vAlign w:val="center"/>
          </w:tcPr>
          <w:p w14:paraId="55F136C3" w14:textId="77777777" w:rsidR="00D140EC" w:rsidRDefault="00000000">
            <w:pPr>
              <w:spacing w:after="0"/>
            </w:pPr>
            <w:r>
              <w:rPr>
                <w:sz w:val="18"/>
              </w:rPr>
              <w:t>Target Go-Live</w:t>
            </w:r>
          </w:p>
        </w:tc>
        <w:tc>
          <w:tcPr>
            <w:tcW w:w="8352" w:type="dxa"/>
            <w:tcMar>
              <w:top w:w="80" w:type="dxa"/>
              <w:left w:w="90" w:type="dxa"/>
              <w:bottom w:w="80" w:type="dxa"/>
              <w:right w:w="90" w:type="dxa"/>
            </w:tcMar>
            <w:vAlign w:val="center"/>
          </w:tcPr>
          <w:p w14:paraId="21CEB567" w14:textId="77777777" w:rsidR="00D140EC" w:rsidRDefault="00000000">
            <w:pPr>
              <w:spacing w:after="0"/>
            </w:pPr>
            <w:r>
              <w:rPr>
                <w:sz w:val="18"/>
              </w:rPr>
              <w:t>[TARGET GO-LIVE DATE]</w:t>
            </w:r>
          </w:p>
        </w:tc>
      </w:tr>
    </w:tbl>
    <w:p w14:paraId="54B3CA9A" w14:textId="77777777" w:rsidR="00D140EC" w:rsidRDefault="00D140EC">
      <w:pPr>
        <w:spacing w:after="20"/>
      </w:pPr>
    </w:p>
    <w:tbl>
      <w:tblPr>
        <w:tblW w:w="0" w:type="auto"/>
        <w:jc w:val="center"/>
        <w:tblBorders>
          <w:top w:val="single" w:sz="8" w:space="0" w:color="8264FF"/>
          <w:left w:val="single" w:sz="8" w:space="0" w:color="8264FF"/>
          <w:bottom w:val="single" w:sz="8" w:space="0" w:color="8264FF"/>
          <w:right w:val="single" w:sz="8" w:space="0" w:color="8264FF"/>
          <w:insideH w:val="single" w:sz="8" w:space="0" w:color="8264FF"/>
          <w:insideV w:val="single" w:sz="8" w:space="0" w:color="8264FF"/>
        </w:tblBorders>
        <w:tblLook w:val="04A0" w:firstRow="1" w:lastRow="0" w:firstColumn="1" w:lastColumn="0" w:noHBand="0" w:noVBand="1"/>
      </w:tblPr>
      <w:tblGrid>
        <w:gridCol w:w="10204"/>
      </w:tblGrid>
      <w:tr w:rsidR="00D140EC" w14:paraId="08E3C533" w14:textId="77777777">
        <w:trPr>
          <w:cantSplit/>
          <w:jc w:val="center"/>
        </w:trPr>
        <w:tc>
          <w:tcPr>
            <w:tcW w:w="10224" w:type="dxa"/>
            <w:shd w:val="clear" w:color="auto" w:fill="F4F2FF"/>
            <w:tcMar>
              <w:top w:w="120" w:type="dxa"/>
              <w:left w:w="140" w:type="dxa"/>
              <w:bottom w:w="120" w:type="dxa"/>
              <w:right w:w="140" w:type="dxa"/>
            </w:tcMar>
          </w:tcPr>
          <w:p w14:paraId="10705BC7" w14:textId="77777777" w:rsidR="00D140EC" w:rsidRDefault="00000000">
            <w:pPr>
              <w:spacing w:after="60"/>
            </w:pPr>
            <w:r>
              <w:rPr>
                <w:b/>
                <w:color w:val="8264FF"/>
              </w:rPr>
              <w:t>How to use this template</w:t>
            </w:r>
          </w:p>
          <w:p w14:paraId="417D8F00" w14:textId="77777777" w:rsidR="00D140EC" w:rsidRDefault="00000000">
            <w:pPr>
              <w:spacing w:after="0"/>
            </w:pPr>
            <w:r>
              <w:t>Replace bracketed placeholders, delete sections that do not apply, and set each requirement as Required, Preferred, Optional or N/A. Describe operational outcomes before prescribing technology. Respondents should identify which party is responsible for software, hardware, installation, integrations and ongoing support.</w:t>
            </w:r>
          </w:p>
        </w:tc>
      </w:tr>
    </w:tbl>
    <w:p w14:paraId="2510F2F8" w14:textId="77777777" w:rsidR="00D140EC" w:rsidRDefault="00D140EC">
      <w:pPr>
        <w:spacing w:after="20"/>
      </w:pPr>
    </w:p>
    <w:p w14:paraId="1645EBD6" w14:textId="77777777" w:rsidR="00D140EC" w:rsidRDefault="00000000">
      <w:pPr>
        <w:pStyle w:val="SmallNote"/>
      </w:pPr>
      <w:r>
        <w:t>Version: [VERSION / DATE]</w:t>
      </w:r>
    </w:p>
    <w:p w14:paraId="13753F1F" w14:textId="77777777" w:rsidR="00D140EC" w:rsidRDefault="00000000">
      <w:r>
        <w:br w:type="page"/>
      </w:r>
    </w:p>
    <w:p w14:paraId="14033B97" w14:textId="77777777" w:rsidR="00D140EC" w:rsidRDefault="00000000">
      <w:pPr>
        <w:pStyle w:val="Heading1"/>
      </w:pPr>
      <w:r>
        <w:lastRenderedPageBreak/>
        <w:t>RFP Planning Principles</w:t>
      </w:r>
    </w:p>
    <w:p w14:paraId="5B11D397" w14:textId="77777777" w:rsidR="00D140EC" w:rsidRDefault="00000000">
      <w:r>
        <w:t>This RFP is designed to help a community compare solutions without forcing a particular architecture, credential type or distribution model before qualified respondents have evaluated the operating environment.</w:t>
      </w:r>
    </w:p>
    <w:p w14:paraId="55EF297C" w14:textId="77777777" w:rsidR="00D140EC" w:rsidRDefault="00000000">
      <w:pPr>
        <w:pStyle w:val="ListBullet"/>
        <w:spacing w:after="40"/>
      </w:pPr>
      <w:r>
        <w:t>Start with the community's operating environment, workflows and problems.</w:t>
      </w:r>
    </w:p>
    <w:p w14:paraId="53176DE3" w14:textId="77777777" w:rsidR="00D140EC" w:rsidRDefault="00000000">
      <w:pPr>
        <w:pStyle w:val="ListBullet"/>
        <w:spacing w:after="40"/>
      </w:pPr>
      <w:r>
        <w:t>Describe desired outcomes before specifying a particular technology.</w:t>
      </w:r>
    </w:p>
    <w:p w14:paraId="44DF7043" w14:textId="77777777" w:rsidR="00D140EC" w:rsidRDefault="00000000">
      <w:pPr>
        <w:pStyle w:val="ListBullet"/>
        <w:spacing w:after="40"/>
      </w:pPr>
      <w:r>
        <w:t>Separate solution requirements from installation and contractor requirements.</w:t>
      </w:r>
    </w:p>
    <w:p w14:paraId="4AE2892A" w14:textId="77777777" w:rsidR="00D140EC" w:rsidRDefault="00000000">
      <w:pPr>
        <w:pStyle w:val="ListBullet"/>
        <w:spacing w:after="40"/>
      </w:pPr>
      <w:r>
        <w:t>Allow proposals involving a software provider, systems integrator, low-voltage contractor and/or gate company.</w:t>
      </w:r>
    </w:p>
    <w:p w14:paraId="6FB4ED64" w14:textId="77777777" w:rsidR="00D140EC" w:rsidRDefault="00000000">
      <w:pPr>
        <w:pStyle w:val="ListBullet"/>
        <w:spacing w:after="40"/>
      </w:pPr>
      <w:r>
        <w:t>Require each respondent to identify who is responsible for each part of the proposed solution.</w:t>
      </w:r>
    </w:p>
    <w:p w14:paraId="0B040D11" w14:textId="77777777" w:rsidR="00D140EC" w:rsidRDefault="00000000">
      <w:pPr>
        <w:pStyle w:val="ListBullet"/>
        <w:spacing w:after="40"/>
      </w:pPr>
      <w:r>
        <w:t>Compare Year 1 cost and five-year total cost of ownership, not only the monthly software fee.</w:t>
      </w:r>
    </w:p>
    <w:p w14:paraId="357602D8" w14:textId="77777777" w:rsidR="00D140EC" w:rsidRDefault="00000000">
      <w:pPr>
        <w:pStyle w:val="ListBullet"/>
        <w:spacing w:after="40"/>
      </w:pPr>
      <w:r>
        <w:t>Use finalist demonstrations and, where physical infrastructure is involved, a site walk to validate written responses.</w:t>
      </w:r>
    </w:p>
    <w:tbl>
      <w:tblPr>
        <w:tblW w:w="0" w:type="auto"/>
        <w:jc w:val="center"/>
        <w:tblBorders>
          <w:top w:val="single" w:sz="8" w:space="0" w:color="8264FF"/>
          <w:left w:val="single" w:sz="8" w:space="0" w:color="8264FF"/>
          <w:bottom w:val="single" w:sz="8" w:space="0" w:color="8264FF"/>
          <w:right w:val="single" w:sz="8" w:space="0" w:color="8264FF"/>
          <w:insideH w:val="single" w:sz="8" w:space="0" w:color="8264FF"/>
          <w:insideV w:val="single" w:sz="8" w:space="0" w:color="8264FF"/>
        </w:tblBorders>
        <w:tblLook w:val="04A0" w:firstRow="1" w:lastRow="0" w:firstColumn="1" w:lastColumn="0" w:noHBand="0" w:noVBand="1"/>
      </w:tblPr>
      <w:tblGrid>
        <w:gridCol w:w="10204"/>
      </w:tblGrid>
      <w:tr w:rsidR="00D140EC" w14:paraId="11ED2A71" w14:textId="77777777">
        <w:trPr>
          <w:cantSplit/>
          <w:jc w:val="center"/>
        </w:trPr>
        <w:tc>
          <w:tcPr>
            <w:tcW w:w="10224" w:type="dxa"/>
            <w:shd w:val="clear" w:color="auto" w:fill="F4F2FF"/>
            <w:tcMar>
              <w:top w:w="120" w:type="dxa"/>
              <w:left w:w="140" w:type="dxa"/>
              <w:bottom w:w="120" w:type="dxa"/>
              <w:right w:w="140" w:type="dxa"/>
            </w:tcMar>
          </w:tcPr>
          <w:p w14:paraId="0B57DEC1" w14:textId="77777777" w:rsidR="00D140EC" w:rsidRDefault="00000000">
            <w:pPr>
              <w:spacing w:after="60"/>
            </w:pPr>
            <w:r>
              <w:rPr>
                <w:b/>
                <w:color w:val="8264FF"/>
              </w:rPr>
              <w:t>Important</w:t>
            </w:r>
          </w:p>
          <w:p w14:paraId="45095420" w14:textId="77777777" w:rsidR="00D140EC" w:rsidRDefault="00000000">
            <w:pPr>
              <w:spacing w:after="0"/>
            </w:pPr>
            <w:r>
              <w:t>Contractor licensing, insurance, permitting and jobsite requirements should apply to the party performing the applicable physical work. Do not require a software manufacturer to hold an installation license simply because its platform is part of the proposal.</w:t>
            </w:r>
          </w:p>
        </w:tc>
      </w:tr>
    </w:tbl>
    <w:p w14:paraId="5281EA38" w14:textId="77777777" w:rsidR="00D140EC" w:rsidRDefault="00D140EC">
      <w:pPr>
        <w:spacing w:after="20"/>
      </w:pPr>
    </w:p>
    <w:p w14:paraId="5D0356E2" w14:textId="77777777" w:rsidR="00D140EC" w:rsidRDefault="00000000">
      <w:pPr>
        <w:pStyle w:val="Heading2"/>
      </w:pPr>
      <w:r>
        <w:t>Recommended Response Conventions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1786"/>
        <w:gridCol w:w="8428"/>
      </w:tblGrid>
      <w:tr w:rsidR="00D140EC" w14:paraId="337221F5" w14:textId="77777777">
        <w:trPr>
          <w:cantSplit/>
          <w:tblHeader/>
          <w:jc w:val="center"/>
        </w:trPr>
        <w:tc>
          <w:tcPr>
            <w:tcW w:w="1872" w:type="dxa"/>
            <w:shd w:val="clear" w:color="auto" w:fill="202333"/>
            <w:tcMar>
              <w:top w:w="80" w:type="dxa"/>
              <w:left w:w="90" w:type="dxa"/>
              <w:bottom w:w="80" w:type="dxa"/>
              <w:right w:w="90" w:type="dxa"/>
            </w:tcMar>
          </w:tcPr>
          <w:p w14:paraId="6429158F" w14:textId="77777777" w:rsidR="00D140EC" w:rsidRDefault="00000000">
            <w:pPr>
              <w:spacing w:after="0"/>
            </w:pPr>
            <w:r>
              <w:rPr>
                <w:b/>
                <w:color w:val="FFFFFF"/>
                <w:sz w:val="17"/>
              </w:rPr>
              <w:t>Designation</w:t>
            </w:r>
          </w:p>
        </w:tc>
        <w:tc>
          <w:tcPr>
            <w:tcW w:w="9360" w:type="dxa"/>
            <w:shd w:val="clear" w:color="auto" w:fill="202333"/>
            <w:tcMar>
              <w:top w:w="80" w:type="dxa"/>
              <w:left w:w="90" w:type="dxa"/>
              <w:bottom w:w="80" w:type="dxa"/>
              <w:right w:w="90" w:type="dxa"/>
            </w:tcMar>
          </w:tcPr>
          <w:p w14:paraId="172CF9A6" w14:textId="77777777" w:rsidR="00D140EC" w:rsidRDefault="00000000">
            <w:pPr>
              <w:spacing w:after="0"/>
            </w:pPr>
            <w:r>
              <w:rPr>
                <w:b/>
                <w:color w:val="FFFFFF"/>
                <w:sz w:val="17"/>
              </w:rPr>
              <w:t>Meaning</w:t>
            </w:r>
          </w:p>
        </w:tc>
      </w:tr>
      <w:tr w:rsidR="00D140EC" w14:paraId="5F44EBA2" w14:textId="77777777">
        <w:trPr>
          <w:cantSplit/>
          <w:jc w:val="center"/>
        </w:trPr>
        <w:tc>
          <w:tcPr>
            <w:tcW w:w="1872" w:type="dxa"/>
            <w:tcMar>
              <w:top w:w="80" w:type="dxa"/>
              <w:left w:w="90" w:type="dxa"/>
              <w:bottom w:w="80" w:type="dxa"/>
              <w:right w:w="90" w:type="dxa"/>
            </w:tcMar>
            <w:vAlign w:val="center"/>
          </w:tcPr>
          <w:p w14:paraId="3C8D86E0" w14:textId="77777777" w:rsidR="00D140EC" w:rsidRDefault="00000000">
            <w:pPr>
              <w:spacing w:after="0"/>
            </w:pPr>
            <w:r>
              <w:rPr>
                <w:sz w:val="17"/>
              </w:rPr>
              <w:t>Required</w:t>
            </w:r>
          </w:p>
        </w:tc>
        <w:tc>
          <w:tcPr>
            <w:tcW w:w="9360" w:type="dxa"/>
            <w:tcMar>
              <w:top w:w="80" w:type="dxa"/>
              <w:left w:w="90" w:type="dxa"/>
              <w:bottom w:w="80" w:type="dxa"/>
              <w:right w:w="90" w:type="dxa"/>
            </w:tcMar>
            <w:vAlign w:val="center"/>
          </w:tcPr>
          <w:p w14:paraId="1C7C152C" w14:textId="77777777" w:rsidR="00D140EC" w:rsidRDefault="00000000">
            <w:pPr>
              <w:spacing w:after="0"/>
            </w:pPr>
            <w:r>
              <w:rPr>
                <w:sz w:val="17"/>
              </w:rPr>
              <w:t>A material project requirement. Any exception must be clearly disclosed.</w:t>
            </w:r>
          </w:p>
        </w:tc>
      </w:tr>
      <w:tr w:rsidR="00D140EC" w14:paraId="543C97D3" w14:textId="77777777">
        <w:trPr>
          <w:cantSplit/>
          <w:jc w:val="center"/>
        </w:trPr>
        <w:tc>
          <w:tcPr>
            <w:tcW w:w="1872" w:type="dxa"/>
            <w:tcMar>
              <w:top w:w="80" w:type="dxa"/>
              <w:left w:w="90" w:type="dxa"/>
              <w:bottom w:w="80" w:type="dxa"/>
              <w:right w:w="90" w:type="dxa"/>
            </w:tcMar>
            <w:vAlign w:val="center"/>
          </w:tcPr>
          <w:p w14:paraId="72109DF5" w14:textId="77777777" w:rsidR="00D140EC" w:rsidRDefault="00000000">
            <w:pPr>
              <w:spacing w:after="0"/>
            </w:pPr>
            <w:r>
              <w:rPr>
                <w:sz w:val="17"/>
              </w:rPr>
              <w:t>Preferred</w:t>
            </w:r>
          </w:p>
        </w:tc>
        <w:tc>
          <w:tcPr>
            <w:tcW w:w="9360" w:type="dxa"/>
            <w:tcMar>
              <w:top w:w="80" w:type="dxa"/>
              <w:left w:w="90" w:type="dxa"/>
              <w:bottom w:w="80" w:type="dxa"/>
              <w:right w:w="90" w:type="dxa"/>
            </w:tcMar>
            <w:vAlign w:val="center"/>
          </w:tcPr>
          <w:p w14:paraId="0288C6BB" w14:textId="77777777" w:rsidR="00D140EC" w:rsidRDefault="00000000">
            <w:pPr>
              <w:spacing w:after="0"/>
            </w:pPr>
            <w:r>
              <w:rPr>
                <w:sz w:val="17"/>
              </w:rPr>
              <w:t>Strongly desired, but alternatives may be considered.</w:t>
            </w:r>
          </w:p>
        </w:tc>
      </w:tr>
      <w:tr w:rsidR="00D140EC" w14:paraId="1B22D6C6" w14:textId="77777777">
        <w:trPr>
          <w:cantSplit/>
          <w:jc w:val="center"/>
        </w:trPr>
        <w:tc>
          <w:tcPr>
            <w:tcW w:w="1872" w:type="dxa"/>
            <w:tcMar>
              <w:top w:w="80" w:type="dxa"/>
              <w:left w:w="90" w:type="dxa"/>
              <w:bottom w:w="80" w:type="dxa"/>
              <w:right w:w="90" w:type="dxa"/>
            </w:tcMar>
            <w:vAlign w:val="center"/>
          </w:tcPr>
          <w:p w14:paraId="339953B8" w14:textId="77777777" w:rsidR="00D140EC" w:rsidRDefault="00000000">
            <w:pPr>
              <w:spacing w:after="0"/>
            </w:pPr>
            <w:r>
              <w:rPr>
                <w:sz w:val="17"/>
              </w:rPr>
              <w:t>Optional</w:t>
            </w:r>
          </w:p>
        </w:tc>
        <w:tc>
          <w:tcPr>
            <w:tcW w:w="9360" w:type="dxa"/>
            <w:tcMar>
              <w:top w:w="80" w:type="dxa"/>
              <w:left w:w="90" w:type="dxa"/>
              <w:bottom w:w="80" w:type="dxa"/>
              <w:right w:w="90" w:type="dxa"/>
            </w:tcMar>
            <w:vAlign w:val="center"/>
          </w:tcPr>
          <w:p w14:paraId="1C2D9110" w14:textId="77777777" w:rsidR="00D140EC" w:rsidRDefault="00000000">
            <w:pPr>
              <w:spacing w:after="0"/>
            </w:pPr>
            <w:r>
              <w:rPr>
                <w:sz w:val="17"/>
              </w:rPr>
              <w:t>Useful capability or alternate approach the community wants priced or explained.</w:t>
            </w:r>
          </w:p>
        </w:tc>
      </w:tr>
      <w:tr w:rsidR="00D140EC" w14:paraId="4557D7A7" w14:textId="77777777">
        <w:trPr>
          <w:cantSplit/>
          <w:jc w:val="center"/>
        </w:trPr>
        <w:tc>
          <w:tcPr>
            <w:tcW w:w="1872" w:type="dxa"/>
            <w:tcMar>
              <w:top w:w="80" w:type="dxa"/>
              <w:left w:w="90" w:type="dxa"/>
              <w:bottom w:w="80" w:type="dxa"/>
              <w:right w:w="90" w:type="dxa"/>
            </w:tcMar>
            <w:vAlign w:val="center"/>
          </w:tcPr>
          <w:p w14:paraId="22963A1B" w14:textId="77777777" w:rsidR="00D140EC" w:rsidRDefault="00000000">
            <w:pPr>
              <w:spacing w:after="0"/>
            </w:pPr>
            <w:r>
              <w:rPr>
                <w:sz w:val="17"/>
              </w:rPr>
              <w:t>N/A</w:t>
            </w:r>
          </w:p>
        </w:tc>
        <w:tc>
          <w:tcPr>
            <w:tcW w:w="9360" w:type="dxa"/>
            <w:tcMar>
              <w:top w:w="80" w:type="dxa"/>
              <w:left w:w="90" w:type="dxa"/>
              <w:bottom w:w="80" w:type="dxa"/>
              <w:right w:w="90" w:type="dxa"/>
            </w:tcMar>
            <w:vAlign w:val="center"/>
          </w:tcPr>
          <w:p w14:paraId="783FDEEB" w14:textId="77777777" w:rsidR="00D140EC" w:rsidRDefault="00000000">
            <w:pPr>
              <w:spacing w:after="0"/>
            </w:pPr>
            <w:r>
              <w:rPr>
                <w:sz w:val="17"/>
              </w:rPr>
              <w:t>Not applicable to this community or proposal.</w:t>
            </w:r>
          </w:p>
        </w:tc>
      </w:tr>
    </w:tbl>
    <w:p w14:paraId="55F90C4A" w14:textId="77777777" w:rsidR="00D140EC" w:rsidRDefault="00D140EC">
      <w:pPr>
        <w:spacing w:after="20"/>
      </w:pPr>
    </w:p>
    <w:p w14:paraId="4E595EEE" w14:textId="77777777" w:rsidR="00D140EC" w:rsidRDefault="00000000">
      <w:pPr>
        <w:pStyle w:val="SmallNote"/>
      </w:pPr>
      <w:r>
        <w:t>Respondents should answer each applicable requirement with: Comply / Partially Comply / Does Not Comply / Alternate Approach, followed by a concise explanation.</w:t>
      </w:r>
    </w:p>
    <w:p w14:paraId="559BA774" w14:textId="77777777" w:rsidR="00D140EC" w:rsidRDefault="00000000">
      <w:pPr>
        <w:pStyle w:val="Heading1"/>
      </w:pPr>
      <w:r>
        <w:t>1. RFP Overview and Instructions</w:t>
      </w:r>
    </w:p>
    <w:p w14:paraId="4F73E28F" w14:textId="77777777" w:rsidR="00D140EC" w:rsidRDefault="00000000">
      <w:pPr>
        <w:spacing w:after="60"/>
      </w:pPr>
      <w:r>
        <w:rPr>
          <w:b/>
        </w:rPr>
        <w:t xml:space="preserve">Community </w:t>
      </w:r>
      <w:r>
        <w:t>______________________________________________________________________</w:t>
      </w:r>
    </w:p>
    <w:p w14:paraId="2BC7647D" w14:textId="77777777" w:rsidR="00D140EC" w:rsidRDefault="00000000">
      <w:pPr>
        <w:spacing w:after="60"/>
      </w:pPr>
      <w:r>
        <w:rPr>
          <w:b/>
        </w:rPr>
        <w:t xml:space="preserve">RFP title </w:t>
      </w:r>
      <w:r>
        <w:t>______________________________________________________________________</w:t>
      </w:r>
    </w:p>
    <w:p w14:paraId="1B66CF67" w14:textId="77777777" w:rsidR="00D140EC" w:rsidRDefault="00000000">
      <w:pPr>
        <w:spacing w:after="60"/>
      </w:pPr>
      <w:r>
        <w:rPr>
          <w:b/>
        </w:rPr>
        <w:t xml:space="preserve">Issue date </w:t>
      </w:r>
      <w:r>
        <w:t>______________________________________________________________________</w:t>
      </w:r>
    </w:p>
    <w:p w14:paraId="522F5A8A" w14:textId="77777777" w:rsidR="00D140EC" w:rsidRDefault="00000000">
      <w:pPr>
        <w:spacing w:after="60"/>
      </w:pPr>
      <w:r>
        <w:rPr>
          <w:b/>
        </w:rPr>
        <w:t xml:space="preserve">Proposal due date and time </w:t>
      </w:r>
      <w:r>
        <w:t>______________________________________________________________________</w:t>
      </w:r>
    </w:p>
    <w:p w14:paraId="7DB13BD7" w14:textId="77777777" w:rsidR="00D140EC" w:rsidRDefault="00000000">
      <w:pPr>
        <w:spacing w:after="60"/>
      </w:pPr>
      <w:r>
        <w:rPr>
          <w:b/>
        </w:rPr>
        <w:t xml:space="preserve">Primary contact </w:t>
      </w:r>
      <w:r>
        <w:t>______________________________________________________________________</w:t>
      </w:r>
    </w:p>
    <w:p w14:paraId="1351B3E6" w14:textId="77777777" w:rsidR="00D140EC" w:rsidRDefault="00000000">
      <w:pPr>
        <w:spacing w:after="60"/>
      </w:pPr>
      <w:r>
        <w:rPr>
          <w:b/>
        </w:rPr>
        <w:t xml:space="preserve">Questions due date </w:t>
      </w:r>
      <w:r>
        <w:t>______________________________________________________________________</w:t>
      </w:r>
    </w:p>
    <w:p w14:paraId="406F3DB8" w14:textId="77777777" w:rsidR="00D140EC" w:rsidRDefault="00000000">
      <w:pPr>
        <w:spacing w:after="60"/>
      </w:pPr>
      <w:r>
        <w:rPr>
          <w:b/>
        </w:rPr>
        <w:t xml:space="preserve">Site-walk date / registration instructions </w:t>
      </w:r>
      <w:r>
        <w:t>______________________________________________________________________</w:t>
      </w:r>
    </w:p>
    <w:p w14:paraId="069F9A68" w14:textId="77777777" w:rsidR="00D140EC" w:rsidRDefault="00000000">
      <w:pPr>
        <w:spacing w:after="60"/>
      </w:pPr>
      <w:r>
        <w:rPr>
          <w:b/>
        </w:rPr>
        <w:t xml:space="preserve">Finalist demonstration window </w:t>
      </w:r>
      <w:r>
        <w:t>______________________________________________________________________</w:t>
      </w:r>
    </w:p>
    <w:p w14:paraId="33F34419" w14:textId="77777777" w:rsidR="00D140EC" w:rsidRDefault="00000000">
      <w:pPr>
        <w:spacing w:after="60"/>
      </w:pPr>
      <w:r>
        <w:rPr>
          <w:b/>
        </w:rPr>
        <w:t xml:space="preserve">Anticipated award date </w:t>
      </w:r>
      <w:r>
        <w:t>______________________________________________________________________</w:t>
      </w:r>
    </w:p>
    <w:p w14:paraId="16885564" w14:textId="77777777" w:rsidR="00D140EC" w:rsidRDefault="00000000">
      <w:pPr>
        <w:spacing w:after="60"/>
      </w:pPr>
      <w:r>
        <w:rPr>
          <w:b/>
        </w:rPr>
        <w:t xml:space="preserve">Target implementation / go-live </w:t>
      </w:r>
      <w:r>
        <w:t>______________________________________________________________________</w:t>
      </w:r>
    </w:p>
    <w:p w14:paraId="07409CCC" w14:textId="77777777" w:rsidR="00D140EC" w:rsidRDefault="00000000">
      <w:pPr>
        <w:pStyle w:val="Heading2"/>
      </w:pPr>
      <w:r>
        <w:lastRenderedPageBreak/>
        <w:t>1.1 Purpose</w:t>
      </w:r>
    </w:p>
    <w:p w14:paraId="54CBEBD1" w14:textId="77777777" w:rsidR="00D140EC" w:rsidRDefault="00000000">
      <w:r>
        <w:t>[COMMUNITY NAME] is evaluating visitor management, resident and vendor access, gate technology, license plate recognition (LPR), integrations, implementation and ongoing support. The community seeks proposals that explain how the proposed solution will address the operational objectives described in this RFP.</w:t>
      </w:r>
    </w:p>
    <w:p w14:paraId="2E228320" w14:textId="77777777" w:rsidR="00D140EC" w:rsidRDefault="00000000">
      <w:pPr>
        <w:pStyle w:val="Heading2"/>
      </w:pPr>
      <w:r>
        <w:t>1.2 Proposal Instructions</w:t>
      </w:r>
    </w:p>
    <w:p w14:paraId="7D0D2010" w14:textId="77777777" w:rsidR="00D140EC" w:rsidRDefault="00000000">
      <w:pPr>
        <w:pStyle w:val="ListNumber"/>
        <w:spacing w:after="40"/>
      </w:pPr>
      <w:r>
        <w:t>Respond using the section numbering in this RFP.</w:t>
      </w:r>
    </w:p>
    <w:p w14:paraId="7B9403EA" w14:textId="77777777" w:rsidR="00D140EC" w:rsidRDefault="00000000">
      <w:pPr>
        <w:pStyle w:val="ListNumber"/>
        <w:spacing w:after="40"/>
      </w:pPr>
      <w:r>
        <w:t>Identify all companies participating in the proposed solution and each party's role.</w:t>
      </w:r>
    </w:p>
    <w:p w14:paraId="78671CD1" w14:textId="77777777" w:rsidR="00D140EC" w:rsidRDefault="00000000">
      <w:pPr>
        <w:pStyle w:val="ListNumber"/>
        <w:spacing w:after="40"/>
      </w:pPr>
      <w:r>
        <w:t>Clearly disclose exceptions, assumptions, dependencies and third-party products.</w:t>
      </w:r>
    </w:p>
    <w:p w14:paraId="26C98506" w14:textId="77777777" w:rsidR="00D140EC" w:rsidRDefault="00000000">
      <w:pPr>
        <w:pStyle w:val="ListNumber"/>
        <w:spacing w:after="40"/>
      </w:pPr>
      <w:r>
        <w:t>Separate one-time, recurring, usage-based and optional costs using the pricing matrix.</w:t>
      </w:r>
    </w:p>
    <w:p w14:paraId="1C00FDD7" w14:textId="77777777" w:rsidR="00D140EC" w:rsidRDefault="00000000">
      <w:pPr>
        <w:pStyle w:val="ListNumber"/>
        <w:spacing w:after="40"/>
      </w:pPr>
      <w:r>
        <w:t>Do not assume existing infrastructure can be reused unless validated.</w:t>
      </w:r>
    </w:p>
    <w:p w14:paraId="6D16DF98" w14:textId="77777777" w:rsidR="00D140EC" w:rsidRDefault="00000000">
      <w:pPr>
        <w:pStyle w:val="ListNumber"/>
        <w:spacing w:after="40"/>
      </w:pPr>
      <w:r>
        <w:t>Where a requested outcome can be achieved in multiple ways, explain the recommended approach and why.</w:t>
      </w:r>
    </w:p>
    <w:p w14:paraId="218CB6CB" w14:textId="77777777" w:rsidR="00D140EC" w:rsidRDefault="00000000">
      <w:pPr>
        <w:pStyle w:val="ListNumber"/>
        <w:spacing w:after="40"/>
      </w:pPr>
      <w:r>
        <w:t>Provide a proposed implementation timeline and identify community dependencies.</w:t>
      </w:r>
    </w:p>
    <w:p w14:paraId="2E4D44DE" w14:textId="77777777" w:rsidR="00D140EC" w:rsidRDefault="00000000">
      <w:pPr>
        <w:pStyle w:val="ListNumber"/>
        <w:spacing w:after="40"/>
      </w:pPr>
      <w:r>
        <w:t>State the period for which pricing is valid: [PRICING VALIDITY REQUIREMENT].</w:t>
      </w:r>
    </w:p>
    <w:p w14:paraId="6557B830" w14:textId="77777777" w:rsidR="00D140EC" w:rsidRDefault="00000000">
      <w:r>
        <w:br w:type="page"/>
      </w:r>
    </w:p>
    <w:p w14:paraId="7141E479" w14:textId="77777777" w:rsidR="00D140EC" w:rsidRDefault="00000000">
      <w:pPr>
        <w:pStyle w:val="Heading1"/>
      </w:pPr>
      <w:r>
        <w:lastRenderedPageBreak/>
        <w:t>2. Community Background</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3440"/>
        <w:gridCol w:w="6774"/>
      </w:tblGrid>
      <w:tr w:rsidR="00D140EC" w14:paraId="6255E6F8" w14:textId="77777777">
        <w:trPr>
          <w:cantSplit/>
          <w:tblHeader/>
          <w:jc w:val="center"/>
        </w:trPr>
        <w:tc>
          <w:tcPr>
            <w:tcW w:w="3744" w:type="dxa"/>
            <w:shd w:val="clear" w:color="auto" w:fill="202333"/>
            <w:tcMar>
              <w:top w:w="80" w:type="dxa"/>
              <w:left w:w="90" w:type="dxa"/>
              <w:bottom w:w="80" w:type="dxa"/>
              <w:right w:w="90" w:type="dxa"/>
            </w:tcMar>
          </w:tcPr>
          <w:p w14:paraId="07E6EA66" w14:textId="77777777" w:rsidR="00D140EC" w:rsidRDefault="00000000">
            <w:pPr>
              <w:spacing w:after="0"/>
            </w:pPr>
            <w:r>
              <w:rPr>
                <w:b/>
                <w:color w:val="FFFFFF"/>
                <w:sz w:val="16"/>
              </w:rPr>
              <w:t>Community Information</w:t>
            </w:r>
          </w:p>
        </w:tc>
        <w:tc>
          <w:tcPr>
            <w:tcW w:w="7488" w:type="dxa"/>
            <w:shd w:val="clear" w:color="auto" w:fill="202333"/>
            <w:tcMar>
              <w:top w:w="80" w:type="dxa"/>
              <w:left w:w="90" w:type="dxa"/>
              <w:bottom w:w="80" w:type="dxa"/>
              <w:right w:w="90" w:type="dxa"/>
            </w:tcMar>
          </w:tcPr>
          <w:p w14:paraId="40BB0905" w14:textId="77777777" w:rsidR="00D140EC" w:rsidRDefault="00000000">
            <w:pPr>
              <w:spacing w:after="0"/>
            </w:pPr>
            <w:r>
              <w:rPr>
                <w:b/>
                <w:color w:val="FFFFFF"/>
                <w:sz w:val="16"/>
              </w:rPr>
              <w:t>Community Entry</w:t>
            </w:r>
          </w:p>
        </w:tc>
      </w:tr>
      <w:tr w:rsidR="00D140EC" w14:paraId="2A5C9B64" w14:textId="77777777">
        <w:trPr>
          <w:cantSplit/>
          <w:jc w:val="center"/>
        </w:trPr>
        <w:tc>
          <w:tcPr>
            <w:tcW w:w="3744" w:type="dxa"/>
            <w:tcMar>
              <w:top w:w="80" w:type="dxa"/>
              <w:left w:w="90" w:type="dxa"/>
              <w:bottom w:w="80" w:type="dxa"/>
              <w:right w:w="90" w:type="dxa"/>
            </w:tcMar>
            <w:vAlign w:val="center"/>
          </w:tcPr>
          <w:p w14:paraId="148AB65A" w14:textId="77777777" w:rsidR="00D140EC" w:rsidRDefault="00000000">
            <w:pPr>
              <w:spacing w:after="0"/>
            </w:pPr>
            <w:r>
              <w:rPr>
                <w:sz w:val="16"/>
              </w:rPr>
              <w:t>Community name</w:t>
            </w:r>
          </w:p>
        </w:tc>
        <w:tc>
          <w:tcPr>
            <w:tcW w:w="7488" w:type="dxa"/>
            <w:tcMar>
              <w:top w:w="80" w:type="dxa"/>
              <w:left w:w="90" w:type="dxa"/>
              <w:bottom w:w="80" w:type="dxa"/>
              <w:right w:w="90" w:type="dxa"/>
            </w:tcMar>
            <w:vAlign w:val="center"/>
          </w:tcPr>
          <w:p w14:paraId="288250A5" w14:textId="77777777" w:rsidR="00D140EC" w:rsidRDefault="00000000">
            <w:pPr>
              <w:spacing w:after="0"/>
            </w:pPr>
            <w:r>
              <w:rPr>
                <w:sz w:val="16"/>
              </w:rPr>
              <w:t>[COMMUNITY NAME]</w:t>
            </w:r>
          </w:p>
        </w:tc>
      </w:tr>
      <w:tr w:rsidR="00D140EC" w14:paraId="766597CB" w14:textId="77777777">
        <w:trPr>
          <w:cantSplit/>
          <w:jc w:val="center"/>
        </w:trPr>
        <w:tc>
          <w:tcPr>
            <w:tcW w:w="3744" w:type="dxa"/>
            <w:tcMar>
              <w:top w:w="80" w:type="dxa"/>
              <w:left w:w="90" w:type="dxa"/>
              <w:bottom w:w="80" w:type="dxa"/>
              <w:right w:w="90" w:type="dxa"/>
            </w:tcMar>
            <w:vAlign w:val="center"/>
          </w:tcPr>
          <w:p w14:paraId="3DC20FD0" w14:textId="77777777" w:rsidR="00D140EC" w:rsidRDefault="00000000">
            <w:pPr>
              <w:spacing w:after="0"/>
            </w:pPr>
            <w:r>
              <w:rPr>
                <w:sz w:val="16"/>
              </w:rPr>
              <w:t>Location</w:t>
            </w:r>
          </w:p>
        </w:tc>
        <w:tc>
          <w:tcPr>
            <w:tcW w:w="7488" w:type="dxa"/>
            <w:tcMar>
              <w:top w:w="80" w:type="dxa"/>
              <w:left w:w="90" w:type="dxa"/>
              <w:bottom w:w="80" w:type="dxa"/>
              <w:right w:w="90" w:type="dxa"/>
            </w:tcMar>
            <w:vAlign w:val="center"/>
          </w:tcPr>
          <w:p w14:paraId="58E57926" w14:textId="77777777" w:rsidR="00D140EC" w:rsidRDefault="00000000">
            <w:pPr>
              <w:spacing w:after="0"/>
            </w:pPr>
            <w:r>
              <w:rPr>
                <w:sz w:val="16"/>
              </w:rPr>
              <w:t>[CITY, STATE]</w:t>
            </w:r>
          </w:p>
        </w:tc>
      </w:tr>
      <w:tr w:rsidR="00D140EC" w14:paraId="31C85559" w14:textId="77777777">
        <w:trPr>
          <w:cantSplit/>
          <w:jc w:val="center"/>
        </w:trPr>
        <w:tc>
          <w:tcPr>
            <w:tcW w:w="3744" w:type="dxa"/>
            <w:tcMar>
              <w:top w:w="80" w:type="dxa"/>
              <w:left w:w="90" w:type="dxa"/>
              <w:bottom w:w="80" w:type="dxa"/>
              <w:right w:w="90" w:type="dxa"/>
            </w:tcMar>
            <w:vAlign w:val="center"/>
          </w:tcPr>
          <w:p w14:paraId="327D43A7" w14:textId="77777777" w:rsidR="00D140EC" w:rsidRDefault="00000000">
            <w:pPr>
              <w:spacing w:after="0"/>
            </w:pPr>
            <w:r>
              <w:rPr>
                <w:sz w:val="16"/>
              </w:rPr>
              <w:t>Community type</w:t>
            </w:r>
          </w:p>
        </w:tc>
        <w:tc>
          <w:tcPr>
            <w:tcW w:w="7488" w:type="dxa"/>
            <w:tcMar>
              <w:top w:w="80" w:type="dxa"/>
              <w:left w:w="90" w:type="dxa"/>
              <w:bottom w:w="80" w:type="dxa"/>
              <w:right w:w="90" w:type="dxa"/>
            </w:tcMar>
            <w:vAlign w:val="center"/>
          </w:tcPr>
          <w:p w14:paraId="0A992FB8" w14:textId="77777777" w:rsidR="00D140EC" w:rsidRDefault="00000000">
            <w:pPr>
              <w:spacing w:after="0"/>
            </w:pPr>
            <w:r>
              <w:rPr>
                <w:sz w:val="16"/>
              </w:rPr>
              <w:t>☐ HOA  ☐ Condo  ☐ Master-planned  ☐ Club/Resort  ☐ Other: ______</w:t>
            </w:r>
          </w:p>
        </w:tc>
      </w:tr>
      <w:tr w:rsidR="00D140EC" w14:paraId="1CA86F75" w14:textId="77777777">
        <w:trPr>
          <w:cantSplit/>
          <w:jc w:val="center"/>
        </w:trPr>
        <w:tc>
          <w:tcPr>
            <w:tcW w:w="3744" w:type="dxa"/>
            <w:tcMar>
              <w:top w:w="80" w:type="dxa"/>
              <w:left w:w="90" w:type="dxa"/>
              <w:bottom w:w="80" w:type="dxa"/>
              <w:right w:w="90" w:type="dxa"/>
            </w:tcMar>
            <w:vAlign w:val="center"/>
          </w:tcPr>
          <w:p w14:paraId="6D7F1750" w14:textId="77777777" w:rsidR="00D140EC" w:rsidRDefault="00000000">
            <w:pPr>
              <w:spacing w:after="0"/>
            </w:pPr>
            <w:r>
              <w:rPr>
                <w:sz w:val="16"/>
              </w:rPr>
              <w:t>Homes / units</w:t>
            </w:r>
          </w:p>
        </w:tc>
        <w:tc>
          <w:tcPr>
            <w:tcW w:w="7488" w:type="dxa"/>
            <w:tcMar>
              <w:top w:w="80" w:type="dxa"/>
              <w:left w:w="90" w:type="dxa"/>
              <w:bottom w:w="80" w:type="dxa"/>
              <w:right w:w="90" w:type="dxa"/>
            </w:tcMar>
            <w:vAlign w:val="center"/>
          </w:tcPr>
          <w:p w14:paraId="3FAE4C0D" w14:textId="77777777" w:rsidR="00D140EC" w:rsidRDefault="00000000">
            <w:pPr>
              <w:spacing w:after="0"/>
            </w:pPr>
            <w:r>
              <w:rPr>
                <w:sz w:val="16"/>
              </w:rPr>
              <w:t>[NUMBER OF HOMES/UNITS]</w:t>
            </w:r>
          </w:p>
        </w:tc>
      </w:tr>
      <w:tr w:rsidR="00D140EC" w14:paraId="15449912" w14:textId="77777777">
        <w:trPr>
          <w:cantSplit/>
          <w:jc w:val="center"/>
        </w:trPr>
        <w:tc>
          <w:tcPr>
            <w:tcW w:w="3744" w:type="dxa"/>
            <w:tcMar>
              <w:top w:w="80" w:type="dxa"/>
              <w:left w:w="90" w:type="dxa"/>
              <w:bottom w:w="80" w:type="dxa"/>
              <w:right w:w="90" w:type="dxa"/>
            </w:tcMar>
            <w:vAlign w:val="center"/>
          </w:tcPr>
          <w:p w14:paraId="04C8A217" w14:textId="77777777" w:rsidR="00D140EC" w:rsidRDefault="00000000">
            <w:pPr>
              <w:spacing w:after="0"/>
            </w:pPr>
            <w:r>
              <w:rPr>
                <w:sz w:val="16"/>
              </w:rPr>
              <w:t>Approx. residents</w:t>
            </w:r>
          </w:p>
        </w:tc>
        <w:tc>
          <w:tcPr>
            <w:tcW w:w="7488" w:type="dxa"/>
            <w:tcMar>
              <w:top w:w="80" w:type="dxa"/>
              <w:left w:w="90" w:type="dxa"/>
              <w:bottom w:w="80" w:type="dxa"/>
              <w:right w:w="90" w:type="dxa"/>
            </w:tcMar>
            <w:vAlign w:val="center"/>
          </w:tcPr>
          <w:p w14:paraId="1FFF03E1" w14:textId="77777777" w:rsidR="00D140EC" w:rsidRDefault="00000000">
            <w:pPr>
              <w:spacing w:after="0"/>
            </w:pPr>
            <w:r>
              <w:rPr>
                <w:sz w:val="16"/>
              </w:rPr>
              <w:t>[NUMBER]</w:t>
            </w:r>
          </w:p>
        </w:tc>
      </w:tr>
      <w:tr w:rsidR="00D140EC" w14:paraId="1B7F4C85" w14:textId="77777777">
        <w:trPr>
          <w:cantSplit/>
          <w:jc w:val="center"/>
        </w:trPr>
        <w:tc>
          <w:tcPr>
            <w:tcW w:w="3744" w:type="dxa"/>
            <w:tcMar>
              <w:top w:w="80" w:type="dxa"/>
              <w:left w:w="90" w:type="dxa"/>
              <w:bottom w:w="80" w:type="dxa"/>
              <w:right w:w="90" w:type="dxa"/>
            </w:tcMar>
            <w:vAlign w:val="center"/>
          </w:tcPr>
          <w:p w14:paraId="03B10236" w14:textId="77777777" w:rsidR="00D140EC" w:rsidRDefault="00000000">
            <w:pPr>
              <w:spacing w:after="0"/>
            </w:pPr>
            <w:r>
              <w:rPr>
                <w:sz w:val="16"/>
              </w:rPr>
              <w:t>Management model</w:t>
            </w:r>
          </w:p>
        </w:tc>
        <w:tc>
          <w:tcPr>
            <w:tcW w:w="7488" w:type="dxa"/>
            <w:tcMar>
              <w:top w:w="80" w:type="dxa"/>
              <w:left w:w="90" w:type="dxa"/>
              <w:bottom w:w="80" w:type="dxa"/>
              <w:right w:w="90" w:type="dxa"/>
            </w:tcMar>
            <w:vAlign w:val="center"/>
          </w:tcPr>
          <w:p w14:paraId="38AE8DB6" w14:textId="77777777" w:rsidR="00D140EC" w:rsidRDefault="00000000">
            <w:pPr>
              <w:spacing w:after="0"/>
            </w:pPr>
            <w:r>
              <w:rPr>
                <w:sz w:val="16"/>
              </w:rPr>
              <w:t>☐ On-site  ☐ Management company  ☐ Self-managed  ☐ Other</w:t>
            </w:r>
          </w:p>
        </w:tc>
      </w:tr>
      <w:tr w:rsidR="00D140EC" w14:paraId="079C5ECE" w14:textId="77777777">
        <w:trPr>
          <w:cantSplit/>
          <w:jc w:val="center"/>
        </w:trPr>
        <w:tc>
          <w:tcPr>
            <w:tcW w:w="3744" w:type="dxa"/>
            <w:tcMar>
              <w:top w:w="80" w:type="dxa"/>
              <w:left w:w="90" w:type="dxa"/>
              <w:bottom w:w="80" w:type="dxa"/>
              <w:right w:w="90" w:type="dxa"/>
            </w:tcMar>
            <w:vAlign w:val="center"/>
          </w:tcPr>
          <w:p w14:paraId="7DA75624" w14:textId="77777777" w:rsidR="00D140EC" w:rsidRDefault="00000000">
            <w:pPr>
              <w:spacing w:after="0"/>
            </w:pPr>
            <w:r>
              <w:rPr>
                <w:sz w:val="16"/>
              </w:rPr>
              <w:t>Board / committee involvement</w:t>
            </w:r>
          </w:p>
        </w:tc>
        <w:tc>
          <w:tcPr>
            <w:tcW w:w="7488" w:type="dxa"/>
            <w:tcMar>
              <w:top w:w="80" w:type="dxa"/>
              <w:left w:w="90" w:type="dxa"/>
              <w:bottom w:w="80" w:type="dxa"/>
              <w:right w:w="90" w:type="dxa"/>
            </w:tcMar>
            <w:vAlign w:val="center"/>
          </w:tcPr>
          <w:p w14:paraId="17A09C64" w14:textId="77777777" w:rsidR="00D140EC" w:rsidRDefault="00000000">
            <w:pPr>
              <w:spacing w:after="0"/>
            </w:pPr>
            <w:r>
              <w:rPr>
                <w:sz w:val="16"/>
              </w:rPr>
              <w:t>[DESCRIBE]</w:t>
            </w:r>
          </w:p>
        </w:tc>
      </w:tr>
      <w:tr w:rsidR="00D140EC" w14:paraId="7AAA7EBB" w14:textId="77777777">
        <w:trPr>
          <w:cantSplit/>
          <w:jc w:val="center"/>
        </w:trPr>
        <w:tc>
          <w:tcPr>
            <w:tcW w:w="3744" w:type="dxa"/>
            <w:tcMar>
              <w:top w:w="80" w:type="dxa"/>
              <w:left w:w="90" w:type="dxa"/>
              <w:bottom w:w="80" w:type="dxa"/>
              <w:right w:w="90" w:type="dxa"/>
            </w:tcMar>
            <w:vAlign w:val="center"/>
          </w:tcPr>
          <w:p w14:paraId="14EDBA56" w14:textId="77777777" w:rsidR="00D140EC" w:rsidRDefault="00000000">
            <w:pPr>
              <w:spacing w:after="0"/>
            </w:pPr>
            <w:r>
              <w:rPr>
                <w:sz w:val="16"/>
              </w:rPr>
              <w:t>Security / gate staffing provider</w:t>
            </w:r>
          </w:p>
        </w:tc>
        <w:tc>
          <w:tcPr>
            <w:tcW w:w="7488" w:type="dxa"/>
            <w:tcMar>
              <w:top w:w="80" w:type="dxa"/>
              <w:left w:w="90" w:type="dxa"/>
              <w:bottom w:w="80" w:type="dxa"/>
              <w:right w:w="90" w:type="dxa"/>
            </w:tcMar>
            <w:vAlign w:val="center"/>
          </w:tcPr>
          <w:p w14:paraId="7F12433D" w14:textId="77777777" w:rsidR="00D140EC" w:rsidRDefault="00000000">
            <w:pPr>
              <w:spacing w:after="0"/>
            </w:pPr>
            <w:r>
              <w:rPr>
                <w:sz w:val="16"/>
              </w:rPr>
              <w:t>[CURRENT PROVIDER / N/A]</w:t>
            </w:r>
          </w:p>
        </w:tc>
      </w:tr>
      <w:tr w:rsidR="00D140EC" w14:paraId="09F6457E" w14:textId="77777777">
        <w:trPr>
          <w:cantSplit/>
          <w:jc w:val="center"/>
        </w:trPr>
        <w:tc>
          <w:tcPr>
            <w:tcW w:w="3744" w:type="dxa"/>
            <w:tcMar>
              <w:top w:w="80" w:type="dxa"/>
              <w:left w:w="90" w:type="dxa"/>
              <w:bottom w:w="80" w:type="dxa"/>
              <w:right w:w="90" w:type="dxa"/>
            </w:tcMar>
            <w:vAlign w:val="center"/>
          </w:tcPr>
          <w:p w14:paraId="79CCCAA2" w14:textId="77777777" w:rsidR="00D140EC" w:rsidRDefault="00000000">
            <w:pPr>
              <w:spacing w:after="0"/>
            </w:pPr>
            <w:r>
              <w:rPr>
                <w:sz w:val="16"/>
              </w:rPr>
              <w:t>Relevant community rules</w:t>
            </w:r>
          </w:p>
        </w:tc>
        <w:tc>
          <w:tcPr>
            <w:tcW w:w="7488" w:type="dxa"/>
            <w:tcMar>
              <w:top w:w="80" w:type="dxa"/>
              <w:left w:w="90" w:type="dxa"/>
              <w:bottom w:w="80" w:type="dxa"/>
              <w:right w:w="90" w:type="dxa"/>
            </w:tcMar>
            <w:vAlign w:val="center"/>
          </w:tcPr>
          <w:p w14:paraId="4086AF0C" w14:textId="77777777" w:rsidR="00D140EC" w:rsidRDefault="00000000">
            <w:pPr>
              <w:spacing w:after="0"/>
            </w:pPr>
            <w:r>
              <w:rPr>
                <w:sz w:val="16"/>
              </w:rPr>
              <w:t>[ACCESS HOURS, VENDOR RULES, RENTAL RULES, ETC.]</w:t>
            </w:r>
          </w:p>
        </w:tc>
      </w:tr>
    </w:tbl>
    <w:p w14:paraId="47D495FD" w14:textId="77777777" w:rsidR="00D140EC" w:rsidRDefault="00D140EC">
      <w:pPr>
        <w:spacing w:after="20"/>
      </w:pPr>
    </w:p>
    <w:p w14:paraId="418AF2FC" w14:textId="77777777" w:rsidR="00D140EC" w:rsidRDefault="00000000">
      <w:pPr>
        <w:pStyle w:val="Heading1"/>
      </w:pPr>
      <w:r>
        <w:t>3. Current Environment &amp; Operational Profile Worksheet</w:t>
      </w:r>
    </w:p>
    <w:p w14:paraId="0A9892DA" w14:textId="77777777" w:rsidR="00D140EC" w:rsidRDefault="00000000">
      <w:r>
        <w:t>Complete this worksheet before issuing the RFP. Accurate operating context produces more useful proposals and more reliable pricing.</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3019"/>
        <w:gridCol w:w="3535"/>
        <w:gridCol w:w="3660"/>
      </w:tblGrid>
      <w:tr w:rsidR="00D140EC" w14:paraId="015462FC" w14:textId="77777777">
        <w:trPr>
          <w:cantSplit/>
          <w:tblHeader/>
          <w:jc w:val="center"/>
        </w:trPr>
        <w:tc>
          <w:tcPr>
            <w:tcW w:w="3240" w:type="dxa"/>
            <w:shd w:val="clear" w:color="auto" w:fill="202333"/>
            <w:tcMar>
              <w:top w:w="80" w:type="dxa"/>
              <w:left w:w="90" w:type="dxa"/>
              <w:bottom w:w="80" w:type="dxa"/>
              <w:right w:w="90" w:type="dxa"/>
            </w:tcMar>
          </w:tcPr>
          <w:p w14:paraId="1A467EDA" w14:textId="77777777" w:rsidR="00D140EC" w:rsidRDefault="00000000">
            <w:pPr>
              <w:spacing w:after="0"/>
            </w:pPr>
            <w:r>
              <w:rPr>
                <w:b/>
                <w:color w:val="FFFFFF"/>
                <w:sz w:val="14"/>
              </w:rPr>
              <w:t>Operational Item</w:t>
            </w:r>
          </w:p>
        </w:tc>
        <w:tc>
          <w:tcPr>
            <w:tcW w:w="3888" w:type="dxa"/>
            <w:shd w:val="clear" w:color="auto" w:fill="202333"/>
            <w:tcMar>
              <w:top w:w="80" w:type="dxa"/>
              <w:left w:w="90" w:type="dxa"/>
              <w:bottom w:w="80" w:type="dxa"/>
              <w:right w:w="90" w:type="dxa"/>
            </w:tcMar>
          </w:tcPr>
          <w:p w14:paraId="1D7D39E1" w14:textId="77777777" w:rsidR="00D140EC" w:rsidRDefault="00000000">
            <w:pPr>
              <w:spacing w:after="0"/>
            </w:pPr>
            <w:r>
              <w:rPr>
                <w:b/>
                <w:color w:val="FFFFFF"/>
                <w:sz w:val="14"/>
              </w:rPr>
              <w:t>Current State / Volume</w:t>
            </w:r>
          </w:p>
        </w:tc>
        <w:tc>
          <w:tcPr>
            <w:tcW w:w="4104" w:type="dxa"/>
            <w:shd w:val="clear" w:color="auto" w:fill="202333"/>
            <w:tcMar>
              <w:top w:w="80" w:type="dxa"/>
              <w:left w:w="90" w:type="dxa"/>
              <w:bottom w:w="80" w:type="dxa"/>
              <w:right w:w="90" w:type="dxa"/>
            </w:tcMar>
          </w:tcPr>
          <w:p w14:paraId="6822278E" w14:textId="77777777" w:rsidR="00D140EC" w:rsidRDefault="00000000">
            <w:pPr>
              <w:spacing w:after="0"/>
            </w:pPr>
            <w:r>
              <w:rPr>
                <w:b/>
                <w:color w:val="FFFFFF"/>
                <w:sz w:val="14"/>
              </w:rPr>
              <w:t>Notes</w:t>
            </w:r>
          </w:p>
        </w:tc>
      </w:tr>
      <w:tr w:rsidR="00D140EC" w14:paraId="69DD0503" w14:textId="77777777">
        <w:trPr>
          <w:cantSplit/>
          <w:jc w:val="center"/>
        </w:trPr>
        <w:tc>
          <w:tcPr>
            <w:tcW w:w="3240" w:type="dxa"/>
            <w:tcMar>
              <w:top w:w="80" w:type="dxa"/>
              <w:left w:w="90" w:type="dxa"/>
              <w:bottom w:w="80" w:type="dxa"/>
              <w:right w:w="90" w:type="dxa"/>
            </w:tcMar>
            <w:vAlign w:val="center"/>
          </w:tcPr>
          <w:p w14:paraId="1D65FC58" w14:textId="77777777" w:rsidR="00D140EC" w:rsidRDefault="00000000">
            <w:pPr>
              <w:spacing w:after="0"/>
            </w:pPr>
            <w:r>
              <w:rPr>
                <w:sz w:val="14"/>
              </w:rPr>
              <w:t>Homes / units</w:t>
            </w:r>
          </w:p>
        </w:tc>
        <w:tc>
          <w:tcPr>
            <w:tcW w:w="3888" w:type="dxa"/>
            <w:tcMar>
              <w:top w:w="80" w:type="dxa"/>
              <w:left w:w="90" w:type="dxa"/>
              <w:bottom w:w="80" w:type="dxa"/>
              <w:right w:w="90" w:type="dxa"/>
            </w:tcMar>
            <w:vAlign w:val="center"/>
          </w:tcPr>
          <w:p w14:paraId="6C8E888B" w14:textId="77777777" w:rsidR="00D140EC" w:rsidRDefault="00000000">
            <w:pPr>
              <w:spacing w:after="0"/>
            </w:pPr>
            <w:r>
              <w:rPr>
                <w:sz w:val="14"/>
              </w:rPr>
              <w:t>[NUMBER]</w:t>
            </w:r>
          </w:p>
        </w:tc>
        <w:tc>
          <w:tcPr>
            <w:tcW w:w="4104" w:type="dxa"/>
            <w:tcMar>
              <w:top w:w="80" w:type="dxa"/>
              <w:left w:w="90" w:type="dxa"/>
              <w:bottom w:w="80" w:type="dxa"/>
              <w:right w:w="90" w:type="dxa"/>
            </w:tcMar>
            <w:vAlign w:val="center"/>
          </w:tcPr>
          <w:p w14:paraId="33193A44" w14:textId="77777777" w:rsidR="00D140EC" w:rsidRDefault="00D140EC">
            <w:pPr>
              <w:spacing w:after="0"/>
            </w:pPr>
          </w:p>
        </w:tc>
      </w:tr>
      <w:tr w:rsidR="00D140EC" w14:paraId="41EC5F77" w14:textId="77777777">
        <w:trPr>
          <w:cantSplit/>
          <w:jc w:val="center"/>
        </w:trPr>
        <w:tc>
          <w:tcPr>
            <w:tcW w:w="3240" w:type="dxa"/>
            <w:tcMar>
              <w:top w:w="80" w:type="dxa"/>
              <w:left w:w="90" w:type="dxa"/>
              <w:bottom w:w="80" w:type="dxa"/>
              <w:right w:w="90" w:type="dxa"/>
            </w:tcMar>
            <w:vAlign w:val="center"/>
          </w:tcPr>
          <w:p w14:paraId="5F163AC6" w14:textId="77777777" w:rsidR="00D140EC" w:rsidRDefault="00000000">
            <w:pPr>
              <w:spacing w:after="0"/>
            </w:pPr>
            <w:r>
              <w:rPr>
                <w:sz w:val="14"/>
              </w:rPr>
              <w:t>Entrances</w:t>
            </w:r>
          </w:p>
        </w:tc>
        <w:tc>
          <w:tcPr>
            <w:tcW w:w="3888" w:type="dxa"/>
            <w:tcMar>
              <w:top w:w="80" w:type="dxa"/>
              <w:left w:w="90" w:type="dxa"/>
              <w:bottom w:w="80" w:type="dxa"/>
              <w:right w:w="90" w:type="dxa"/>
            </w:tcMar>
            <w:vAlign w:val="center"/>
          </w:tcPr>
          <w:p w14:paraId="72D9B357" w14:textId="77777777" w:rsidR="00D140EC" w:rsidRDefault="00000000">
            <w:pPr>
              <w:spacing w:after="0"/>
            </w:pPr>
            <w:r>
              <w:rPr>
                <w:sz w:val="14"/>
              </w:rPr>
              <w:t>[NUMBER]</w:t>
            </w:r>
          </w:p>
        </w:tc>
        <w:tc>
          <w:tcPr>
            <w:tcW w:w="4104" w:type="dxa"/>
            <w:tcMar>
              <w:top w:w="80" w:type="dxa"/>
              <w:left w:w="90" w:type="dxa"/>
              <w:bottom w:w="80" w:type="dxa"/>
              <w:right w:w="90" w:type="dxa"/>
            </w:tcMar>
            <w:vAlign w:val="center"/>
          </w:tcPr>
          <w:p w14:paraId="24C202A6" w14:textId="77777777" w:rsidR="00D140EC" w:rsidRDefault="00D140EC">
            <w:pPr>
              <w:spacing w:after="0"/>
            </w:pPr>
          </w:p>
        </w:tc>
      </w:tr>
      <w:tr w:rsidR="00D140EC" w14:paraId="7ED1D20F" w14:textId="77777777">
        <w:trPr>
          <w:cantSplit/>
          <w:jc w:val="center"/>
        </w:trPr>
        <w:tc>
          <w:tcPr>
            <w:tcW w:w="3240" w:type="dxa"/>
            <w:tcMar>
              <w:top w:w="80" w:type="dxa"/>
              <w:left w:w="90" w:type="dxa"/>
              <w:bottom w:w="80" w:type="dxa"/>
              <w:right w:w="90" w:type="dxa"/>
            </w:tcMar>
            <w:vAlign w:val="center"/>
          </w:tcPr>
          <w:p w14:paraId="241724CF" w14:textId="77777777" w:rsidR="00D140EC" w:rsidRDefault="00000000">
            <w:pPr>
              <w:spacing w:after="0"/>
            </w:pPr>
            <w:r>
              <w:rPr>
                <w:sz w:val="14"/>
              </w:rPr>
              <w:t>Exits</w:t>
            </w:r>
          </w:p>
        </w:tc>
        <w:tc>
          <w:tcPr>
            <w:tcW w:w="3888" w:type="dxa"/>
            <w:tcMar>
              <w:top w:w="80" w:type="dxa"/>
              <w:left w:w="90" w:type="dxa"/>
              <w:bottom w:w="80" w:type="dxa"/>
              <w:right w:w="90" w:type="dxa"/>
            </w:tcMar>
            <w:vAlign w:val="center"/>
          </w:tcPr>
          <w:p w14:paraId="26EBE51A" w14:textId="77777777" w:rsidR="00D140EC" w:rsidRDefault="00000000">
            <w:pPr>
              <w:spacing w:after="0"/>
            </w:pPr>
            <w:r>
              <w:rPr>
                <w:sz w:val="14"/>
              </w:rPr>
              <w:t>[NUMBER]</w:t>
            </w:r>
          </w:p>
        </w:tc>
        <w:tc>
          <w:tcPr>
            <w:tcW w:w="4104" w:type="dxa"/>
            <w:tcMar>
              <w:top w:w="80" w:type="dxa"/>
              <w:left w:w="90" w:type="dxa"/>
              <w:bottom w:w="80" w:type="dxa"/>
              <w:right w:w="90" w:type="dxa"/>
            </w:tcMar>
            <w:vAlign w:val="center"/>
          </w:tcPr>
          <w:p w14:paraId="42C0F05C" w14:textId="77777777" w:rsidR="00D140EC" w:rsidRDefault="00D140EC">
            <w:pPr>
              <w:spacing w:after="0"/>
            </w:pPr>
          </w:p>
        </w:tc>
      </w:tr>
      <w:tr w:rsidR="00D140EC" w14:paraId="5A011B46" w14:textId="77777777">
        <w:trPr>
          <w:cantSplit/>
          <w:jc w:val="center"/>
        </w:trPr>
        <w:tc>
          <w:tcPr>
            <w:tcW w:w="3240" w:type="dxa"/>
            <w:tcMar>
              <w:top w:w="80" w:type="dxa"/>
              <w:left w:w="90" w:type="dxa"/>
              <w:bottom w:w="80" w:type="dxa"/>
              <w:right w:w="90" w:type="dxa"/>
            </w:tcMar>
            <w:vAlign w:val="center"/>
          </w:tcPr>
          <w:p w14:paraId="52748515" w14:textId="77777777" w:rsidR="00D140EC" w:rsidRDefault="00000000">
            <w:pPr>
              <w:spacing w:after="0"/>
            </w:pPr>
            <w:r>
              <w:rPr>
                <w:sz w:val="14"/>
              </w:rPr>
              <w:t>Manned gates</w:t>
            </w:r>
          </w:p>
        </w:tc>
        <w:tc>
          <w:tcPr>
            <w:tcW w:w="3888" w:type="dxa"/>
            <w:tcMar>
              <w:top w:w="80" w:type="dxa"/>
              <w:left w:w="90" w:type="dxa"/>
              <w:bottom w:w="80" w:type="dxa"/>
              <w:right w:w="90" w:type="dxa"/>
            </w:tcMar>
            <w:vAlign w:val="center"/>
          </w:tcPr>
          <w:p w14:paraId="5B224561" w14:textId="77777777" w:rsidR="00D140EC" w:rsidRDefault="00000000">
            <w:pPr>
              <w:spacing w:after="0"/>
            </w:pPr>
            <w:r>
              <w:rPr>
                <w:sz w:val="14"/>
              </w:rPr>
              <w:t>[NUMBER]</w:t>
            </w:r>
          </w:p>
        </w:tc>
        <w:tc>
          <w:tcPr>
            <w:tcW w:w="4104" w:type="dxa"/>
            <w:tcMar>
              <w:top w:w="80" w:type="dxa"/>
              <w:left w:w="90" w:type="dxa"/>
              <w:bottom w:w="80" w:type="dxa"/>
              <w:right w:w="90" w:type="dxa"/>
            </w:tcMar>
            <w:vAlign w:val="center"/>
          </w:tcPr>
          <w:p w14:paraId="4CCC7068" w14:textId="77777777" w:rsidR="00D140EC" w:rsidRDefault="00D140EC">
            <w:pPr>
              <w:spacing w:after="0"/>
            </w:pPr>
          </w:p>
        </w:tc>
      </w:tr>
      <w:tr w:rsidR="00D140EC" w14:paraId="39EA2CFA" w14:textId="77777777">
        <w:trPr>
          <w:cantSplit/>
          <w:jc w:val="center"/>
        </w:trPr>
        <w:tc>
          <w:tcPr>
            <w:tcW w:w="3240" w:type="dxa"/>
            <w:tcMar>
              <w:top w:w="80" w:type="dxa"/>
              <w:left w:w="90" w:type="dxa"/>
              <w:bottom w:w="80" w:type="dxa"/>
              <w:right w:w="90" w:type="dxa"/>
            </w:tcMar>
            <w:vAlign w:val="center"/>
          </w:tcPr>
          <w:p w14:paraId="77802FEE" w14:textId="77777777" w:rsidR="00D140EC" w:rsidRDefault="00000000">
            <w:pPr>
              <w:spacing w:after="0"/>
            </w:pPr>
            <w:r>
              <w:rPr>
                <w:sz w:val="14"/>
              </w:rPr>
              <w:t>Unmanned gates</w:t>
            </w:r>
          </w:p>
        </w:tc>
        <w:tc>
          <w:tcPr>
            <w:tcW w:w="3888" w:type="dxa"/>
            <w:tcMar>
              <w:top w:w="80" w:type="dxa"/>
              <w:left w:w="90" w:type="dxa"/>
              <w:bottom w:w="80" w:type="dxa"/>
              <w:right w:w="90" w:type="dxa"/>
            </w:tcMar>
            <w:vAlign w:val="center"/>
          </w:tcPr>
          <w:p w14:paraId="0BBBC60F" w14:textId="77777777" w:rsidR="00D140EC" w:rsidRDefault="00000000">
            <w:pPr>
              <w:spacing w:after="0"/>
            </w:pPr>
            <w:r>
              <w:rPr>
                <w:sz w:val="14"/>
              </w:rPr>
              <w:t>[NUMBER]</w:t>
            </w:r>
          </w:p>
        </w:tc>
        <w:tc>
          <w:tcPr>
            <w:tcW w:w="4104" w:type="dxa"/>
            <w:tcMar>
              <w:top w:w="80" w:type="dxa"/>
              <w:left w:w="90" w:type="dxa"/>
              <w:bottom w:w="80" w:type="dxa"/>
              <w:right w:w="90" w:type="dxa"/>
            </w:tcMar>
            <w:vAlign w:val="center"/>
          </w:tcPr>
          <w:p w14:paraId="3DA9E605" w14:textId="77777777" w:rsidR="00D140EC" w:rsidRDefault="00D140EC">
            <w:pPr>
              <w:spacing w:after="0"/>
            </w:pPr>
          </w:p>
        </w:tc>
      </w:tr>
      <w:tr w:rsidR="00D140EC" w14:paraId="7E0F020D" w14:textId="77777777">
        <w:trPr>
          <w:cantSplit/>
          <w:jc w:val="center"/>
        </w:trPr>
        <w:tc>
          <w:tcPr>
            <w:tcW w:w="3240" w:type="dxa"/>
            <w:tcMar>
              <w:top w:w="80" w:type="dxa"/>
              <w:left w:w="90" w:type="dxa"/>
              <w:bottom w:w="80" w:type="dxa"/>
              <w:right w:w="90" w:type="dxa"/>
            </w:tcMar>
            <w:vAlign w:val="center"/>
          </w:tcPr>
          <w:p w14:paraId="67CC4085" w14:textId="77777777" w:rsidR="00D140EC" w:rsidRDefault="00000000">
            <w:pPr>
              <w:spacing w:after="0"/>
            </w:pPr>
            <w:r>
              <w:rPr>
                <w:sz w:val="14"/>
              </w:rPr>
              <w:t>Resident-only gates</w:t>
            </w:r>
          </w:p>
        </w:tc>
        <w:tc>
          <w:tcPr>
            <w:tcW w:w="3888" w:type="dxa"/>
            <w:tcMar>
              <w:top w:w="80" w:type="dxa"/>
              <w:left w:w="90" w:type="dxa"/>
              <w:bottom w:w="80" w:type="dxa"/>
              <w:right w:w="90" w:type="dxa"/>
            </w:tcMar>
            <w:vAlign w:val="center"/>
          </w:tcPr>
          <w:p w14:paraId="21D41605" w14:textId="77777777" w:rsidR="00D140EC" w:rsidRDefault="00000000">
            <w:pPr>
              <w:spacing w:after="0"/>
            </w:pPr>
            <w:r>
              <w:rPr>
                <w:sz w:val="14"/>
              </w:rPr>
              <w:t>[NUMBER]</w:t>
            </w:r>
          </w:p>
        </w:tc>
        <w:tc>
          <w:tcPr>
            <w:tcW w:w="4104" w:type="dxa"/>
            <w:tcMar>
              <w:top w:w="80" w:type="dxa"/>
              <w:left w:w="90" w:type="dxa"/>
              <w:bottom w:w="80" w:type="dxa"/>
              <w:right w:w="90" w:type="dxa"/>
            </w:tcMar>
            <w:vAlign w:val="center"/>
          </w:tcPr>
          <w:p w14:paraId="605D8047" w14:textId="77777777" w:rsidR="00D140EC" w:rsidRDefault="00D140EC">
            <w:pPr>
              <w:spacing w:after="0"/>
            </w:pPr>
          </w:p>
        </w:tc>
      </w:tr>
      <w:tr w:rsidR="00D140EC" w14:paraId="3D359A9E" w14:textId="77777777">
        <w:trPr>
          <w:cantSplit/>
          <w:jc w:val="center"/>
        </w:trPr>
        <w:tc>
          <w:tcPr>
            <w:tcW w:w="3240" w:type="dxa"/>
            <w:tcMar>
              <w:top w:w="80" w:type="dxa"/>
              <w:left w:w="90" w:type="dxa"/>
              <w:bottom w:w="80" w:type="dxa"/>
              <w:right w:w="90" w:type="dxa"/>
            </w:tcMar>
            <w:vAlign w:val="center"/>
          </w:tcPr>
          <w:p w14:paraId="20CE99E5" w14:textId="77777777" w:rsidR="00D140EC" w:rsidRDefault="00000000">
            <w:pPr>
              <w:spacing w:after="0"/>
            </w:pPr>
            <w:r>
              <w:rPr>
                <w:sz w:val="14"/>
              </w:rPr>
              <w:t>Gatehouse hours</w:t>
            </w:r>
          </w:p>
        </w:tc>
        <w:tc>
          <w:tcPr>
            <w:tcW w:w="3888" w:type="dxa"/>
            <w:tcMar>
              <w:top w:w="80" w:type="dxa"/>
              <w:left w:w="90" w:type="dxa"/>
              <w:bottom w:w="80" w:type="dxa"/>
              <w:right w:w="90" w:type="dxa"/>
            </w:tcMar>
            <w:vAlign w:val="center"/>
          </w:tcPr>
          <w:p w14:paraId="30F2B2B2" w14:textId="77777777" w:rsidR="00D140EC" w:rsidRDefault="00000000">
            <w:pPr>
              <w:spacing w:after="0"/>
            </w:pPr>
            <w:r>
              <w:rPr>
                <w:sz w:val="14"/>
              </w:rPr>
              <w:t>[BY GATE]</w:t>
            </w:r>
          </w:p>
        </w:tc>
        <w:tc>
          <w:tcPr>
            <w:tcW w:w="4104" w:type="dxa"/>
            <w:tcMar>
              <w:top w:w="80" w:type="dxa"/>
              <w:left w:w="90" w:type="dxa"/>
              <w:bottom w:w="80" w:type="dxa"/>
              <w:right w:w="90" w:type="dxa"/>
            </w:tcMar>
            <w:vAlign w:val="center"/>
          </w:tcPr>
          <w:p w14:paraId="69BE1B99" w14:textId="77777777" w:rsidR="00D140EC" w:rsidRDefault="00D140EC">
            <w:pPr>
              <w:spacing w:after="0"/>
            </w:pPr>
          </w:p>
        </w:tc>
      </w:tr>
      <w:tr w:rsidR="00D140EC" w14:paraId="3F48AD89" w14:textId="77777777">
        <w:trPr>
          <w:cantSplit/>
          <w:jc w:val="center"/>
        </w:trPr>
        <w:tc>
          <w:tcPr>
            <w:tcW w:w="3240" w:type="dxa"/>
            <w:tcMar>
              <w:top w:w="80" w:type="dxa"/>
              <w:left w:w="90" w:type="dxa"/>
              <w:bottom w:w="80" w:type="dxa"/>
              <w:right w:w="90" w:type="dxa"/>
            </w:tcMar>
            <w:vAlign w:val="center"/>
          </w:tcPr>
          <w:p w14:paraId="4C7977AA" w14:textId="77777777" w:rsidR="00D140EC" w:rsidRDefault="00000000">
            <w:pPr>
              <w:spacing w:after="0"/>
            </w:pPr>
            <w:r>
              <w:rPr>
                <w:sz w:val="14"/>
              </w:rPr>
              <w:t>Resident vehicle entries</w:t>
            </w:r>
          </w:p>
        </w:tc>
        <w:tc>
          <w:tcPr>
            <w:tcW w:w="3888" w:type="dxa"/>
            <w:tcMar>
              <w:top w:w="80" w:type="dxa"/>
              <w:left w:w="90" w:type="dxa"/>
              <w:bottom w:w="80" w:type="dxa"/>
              <w:right w:w="90" w:type="dxa"/>
            </w:tcMar>
            <w:vAlign w:val="center"/>
          </w:tcPr>
          <w:p w14:paraId="6AF08D8C" w14:textId="77777777" w:rsidR="00D140EC" w:rsidRDefault="00000000">
            <w:pPr>
              <w:spacing w:after="0"/>
            </w:pPr>
            <w:r>
              <w:rPr>
                <w:sz w:val="14"/>
              </w:rPr>
              <w:t>[AVG/DAY OR MONTH]</w:t>
            </w:r>
          </w:p>
        </w:tc>
        <w:tc>
          <w:tcPr>
            <w:tcW w:w="4104" w:type="dxa"/>
            <w:tcMar>
              <w:top w:w="80" w:type="dxa"/>
              <w:left w:w="90" w:type="dxa"/>
              <w:bottom w:w="80" w:type="dxa"/>
              <w:right w:w="90" w:type="dxa"/>
            </w:tcMar>
            <w:vAlign w:val="center"/>
          </w:tcPr>
          <w:p w14:paraId="29731711" w14:textId="77777777" w:rsidR="00D140EC" w:rsidRDefault="00D140EC">
            <w:pPr>
              <w:spacing w:after="0"/>
            </w:pPr>
          </w:p>
        </w:tc>
      </w:tr>
      <w:tr w:rsidR="00D140EC" w14:paraId="5787C306" w14:textId="77777777">
        <w:trPr>
          <w:cantSplit/>
          <w:jc w:val="center"/>
        </w:trPr>
        <w:tc>
          <w:tcPr>
            <w:tcW w:w="3240" w:type="dxa"/>
            <w:tcMar>
              <w:top w:w="80" w:type="dxa"/>
              <w:left w:w="90" w:type="dxa"/>
              <w:bottom w:w="80" w:type="dxa"/>
              <w:right w:w="90" w:type="dxa"/>
            </w:tcMar>
            <w:vAlign w:val="center"/>
          </w:tcPr>
          <w:p w14:paraId="623629BF" w14:textId="77777777" w:rsidR="00D140EC" w:rsidRDefault="00000000">
            <w:pPr>
              <w:spacing w:after="0"/>
            </w:pPr>
            <w:r>
              <w:rPr>
                <w:sz w:val="14"/>
              </w:rPr>
              <w:t>Visitor entries</w:t>
            </w:r>
          </w:p>
        </w:tc>
        <w:tc>
          <w:tcPr>
            <w:tcW w:w="3888" w:type="dxa"/>
            <w:tcMar>
              <w:top w:w="80" w:type="dxa"/>
              <w:left w:w="90" w:type="dxa"/>
              <w:bottom w:w="80" w:type="dxa"/>
              <w:right w:w="90" w:type="dxa"/>
            </w:tcMar>
            <w:vAlign w:val="center"/>
          </w:tcPr>
          <w:p w14:paraId="52EC8171" w14:textId="77777777" w:rsidR="00D140EC" w:rsidRDefault="00000000">
            <w:pPr>
              <w:spacing w:after="0"/>
            </w:pPr>
            <w:r>
              <w:rPr>
                <w:sz w:val="14"/>
              </w:rPr>
              <w:t>[AVG/DAY OR MONTH]</w:t>
            </w:r>
          </w:p>
        </w:tc>
        <w:tc>
          <w:tcPr>
            <w:tcW w:w="4104" w:type="dxa"/>
            <w:tcMar>
              <w:top w:w="80" w:type="dxa"/>
              <w:left w:w="90" w:type="dxa"/>
              <w:bottom w:w="80" w:type="dxa"/>
              <w:right w:w="90" w:type="dxa"/>
            </w:tcMar>
            <w:vAlign w:val="center"/>
          </w:tcPr>
          <w:p w14:paraId="562EABF5" w14:textId="77777777" w:rsidR="00D140EC" w:rsidRDefault="00D140EC">
            <w:pPr>
              <w:spacing w:after="0"/>
            </w:pPr>
          </w:p>
        </w:tc>
      </w:tr>
      <w:tr w:rsidR="00D140EC" w14:paraId="75B22480" w14:textId="77777777">
        <w:trPr>
          <w:cantSplit/>
          <w:jc w:val="center"/>
        </w:trPr>
        <w:tc>
          <w:tcPr>
            <w:tcW w:w="3240" w:type="dxa"/>
            <w:tcMar>
              <w:top w:w="80" w:type="dxa"/>
              <w:left w:w="90" w:type="dxa"/>
              <w:bottom w:w="80" w:type="dxa"/>
              <w:right w:w="90" w:type="dxa"/>
            </w:tcMar>
            <w:vAlign w:val="center"/>
          </w:tcPr>
          <w:p w14:paraId="0E51A209" w14:textId="77777777" w:rsidR="00D140EC" w:rsidRDefault="00000000">
            <w:pPr>
              <w:spacing w:after="0"/>
            </w:pPr>
            <w:r>
              <w:rPr>
                <w:sz w:val="14"/>
              </w:rPr>
              <w:t>Vendor/service-provider entries</w:t>
            </w:r>
          </w:p>
        </w:tc>
        <w:tc>
          <w:tcPr>
            <w:tcW w:w="3888" w:type="dxa"/>
            <w:tcMar>
              <w:top w:w="80" w:type="dxa"/>
              <w:left w:w="90" w:type="dxa"/>
              <w:bottom w:w="80" w:type="dxa"/>
              <w:right w:w="90" w:type="dxa"/>
            </w:tcMar>
            <w:vAlign w:val="center"/>
          </w:tcPr>
          <w:p w14:paraId="6CC1F97A" w14:textId="77777777" w:rsidR="00D140EC" w:rsidRDefault="00000000">
            <w:pPr>
              <w:spacing w:after="0"/>
            </w:pPr>
            <w:r>
              <w:rPr>
                <w:sz w:val="14"/>
              </w:rPr>
              <w:t>[AVG/DAY OR MONTH]</w:t>
            </w:r>
          </w:p>
        </w:tc>
        <w:tc>
          <w:tcPr>
            <w:tcW w:w="4104" w:type="dxa"/>
            <w:tcMar>
              <w:top w:w="80" w:type="dxa"/>
              <w:left w:w="90" w:type="dxa"/>
              <w:bottom w:w="80" w:type="dxa"/>
              <w:right w:w="90" w:type="dxa"/>
            </w:tcMar>
            <w:vAlign w:val="center"/>
          </w:tcPr>
          <w:p w14:paraId="688C9EBA" w14:textId="77777777" w:rsidR="00D140EC" w:rsidRDefault="00D140EC">
            <w:pPr>
              <w:spacing w:after="0"/>
            </w:pPr>
          </w:p>
        </w:tc>
      </w:tr>
      <w:tr w:rsidR="00D140EC" w14:paraId="7A493B4A" w14:textId="77777777">
        <w:trPr>
          <w:cantSplit/>
          <w:jc w:val="center"/>
        </w:trPr>
        <w:tc>
          <w:tcPr>
            <w:tcW w:w="3240" w:type="dxa"/>
            <w:tcMar>
              <w:top w:w="80" w:type="dxa"/>
              <w:left w:w="90" w:type="dxa"/>
              <w:bottom w:w="80" w:type="dxa"/>
              <w:right w:w="90" w:type="dxa"/>
            </w:tcMar>
            <w:vAlign w:val="center"/>
          </w:tcPr>
          <w:p w14:paraId="4E2F4806" w14:textId="77777777" w:rsidR="00D140EC" w:rsidRDefault="00000000">
            <w:pPr>
              <w:spacing w:after="0"/>
            </w:pPr>
            <w:r>
              <w:rPr>
                <w:sz w:val="14"/>
              </w:rPr>
              <w:t>Peak traffic periods</w:t>
            </w:r>
          </w:p>
        </w:tc>
        <w:tc>
          <w:tcPr>
            <w:tcW w:w="3888" w:type="dxa"/>
            <w:tcMar>
              <w:top w:w="80" w:type="dxa"/>
              <w:left w:w="90" w:type="dxa"/>
              <w:bottom w:w="80" w:type="dxa"/>
              <w:right w:w="90" w:type="dxa"/>
            </w:tcMar>
            <w:vAlign w:val="center"/>
          </w:tcPr>
          <w:p w14:paraId="06EADC09" w14:textId="77777777" w:rsidR="00D140EC" w:rsidRDefault="00000000">
            <w:pPr>
              <w:spacing w:after="0"/>
            </w:pPr>
            <w:r>
              <w:rPr>
                <w:sz w:val="14"/>
              </w:rPr>
              <w:t>[TIMES/DAYS]</w:t>
            </w:r>
          </w:p>
        </w:tc>
        <w:tc>
          <w:tcPr>
            <w:tcW w:w="4104" w:type="dxa"/>
            <w:tcMar>
              <w:top w:w="80" w:type="dxa"/>
              <w:left w:w="90" w:type="dxa"/>
              <w:bottom w:w="80" w:type="dxa"/>
              <w:right w:w="90" w:type="dxa"/>
            </w:tcMar>
            <w:vAlign w:val="center"/>
          </w:tcPr>
          <w:p w14:paraId="7B07EE2D" w14:textId="77777777" w:rsidR="00D140EC" w:rsidRDefault="00D140EC">
            <w:pPr>
              <w:spacing w:after="0"/>
            </w:pPr>
          </w:p>
        </w:tc>
      </w:tr>
      <w:tr w:rsidR="00D140EC" w14:paraId="407B621D" w14:textId="77777777">
        <w:trPr>
          <w:cantSplit/>
          <w:jc w:val="center"/>
        </w:trPr>
        <w:tc>
          <w:tcPr>
            <w:tcW w:w="3240" w:type="dxa"/>
            <w:tcMar>
              <w:top w:w="80" w:type="dxa"/>
              <w:left w:w="90" w:type="dxa"/>
              <w:bottom w:w="80" w:type="dxa"/>
              <w:right w:w="90" w:type="dxa"/>
            </w:tcMar>
            <w:vAlign w:val="center"/>
          </w:tcPr>
          <w:p w14:paraId="66748B54" w14:textId="77777777" w:rsidR="00D140EC" w:rsidRDefault="00000000">
            <w:pPr>
              <w:spacing w:after="0"/>
            </w:pPr>
            <w:r>
              <w:rPr>
                <w:sz w:val="14"/>
              </w:rPr>
              <w:t>Current visitor-management system</w:t>
            </w:r>
          </w:p>
        </w:tc>
        <w:tc>
          <w:tcPr>
            <w:tcW w:w="3888" w:type="dxa"/>
            <w:tcMar>
              <w:top w:w="80" w:type="dxa"/>
              <w:left w:w="90" w:type="dxa"/>
              <w:bottom w:w="80" w:type="dxa"/>
              <w:right w:w="90" w:type="dxa"/>
            </w:tcMar>
            <w:vAlign w:val="center"/>
          </w:tcPr>
          <w:p w14:paraId="201202B0" w14:textId="77777777" w:rsidR="00D140EC" w:rsidRDefault="00000000">
            <w:pPr>
              <w:spacing w:after="0"/>
            </w:pPr>
            <w:r>
              <w:rPr>
                <w:sz w:val="14"/>
              </w:rPr>
              <w:t>[SYSTEM / NONE]</w:t>
            </w:r>
          </w:p>
        </w:tc>
        <w:tc>
          <w:tcPr>
            <w:tcW w:w="4104" w:type="dxa"/>
            <w:tcMar>
              <w:top w:w="80" w:type="dxa"/>
              <w:left w:w="90" w:type="dxa"/>
              <w:bottom w:w="80" w:type="dxa"/>
              <w:right w:w="90" w:type="dxa"/>
            </w:tcMar>
            <w:vAlign w:val="center"/>
          </w:tcPr>
          <w:p w14:paraId="6DFDE65D" w14:textId="77777777" w:rsidR="00D140EC" w:rsidRDefault="00D140EC">
            <w:pPr>
              <w:spacing w:after="0"/>
            </w:pPr>
          </w:p>
        </w:tc>
      </w:tr>
      <w:tr w:rsidR="00D140EC" w14:paraId="4C8A502F" w14:textId="77777777">
        <w:trPr>
          <w:cantSplit/>
          <w:jc w:val="center"/>
        </w:trPr>
        <w:tc>
          <w:tcPr>
            <w:tcW w:w="3240" w:type="dxa"/>
            <w:tcMar>
              <w:top w:w="80" w:type="dxa"/>
              <w:left w:w="90" w:type="dxa"/>
              <w:bottom w:w="80" w:type="dxa"/>
              <w:right w:w="90" w:type="dxa"/>
            </w:tcMar>
            <w:vAlign w:val="center"/>
          </w:tcPr>
          <w:p w14:paraId="586FD4C4" w14:textId="77777777" w:rsidR="00D140EC" w:rsidRDefault="00000000">
            <w:pPr>
              <w:spacing w:after="0"/>
            </w:pPr>
            <w:r>
              <w:rPr>
                <w:sz w:val="14"/>
              </w:rPr>
              <w:t>Current access-control system</w:t>
            </w:r>
          </w:p>
        </w:tc>
        <w:tc>
          <w:tcPr>
            <w:tcW w:w="3888" w:type="dxa"/>
            <w:tcMar>
              <w:top w:w="80" w:type="dxa"/>
              <w:left w:w="90" w:type="dxa"/>
              <w:bottom w:w="80" w:type="dxa"/>
              <w:right w:w="90" w:type="dxa"/>
            </w:tcMar>
            <w:vAlign w:val="center"/>
          </w:tcPr>
          <w:p w14:paraId="55424210" w14:textId="77777777" w:rsidR="00D140EC" w:rsidRDefault="00000000">
            <w:pPr>
              <w:spacing w:after="0"/>
            </w:pPr>
            <w:r>
              <w:rPr>
                <w:sz w:val="14"/>
              </w:rPr>
              <w:t>[SYSTEM / NONE]</w:t>
            </w:r>
          </w:p>
        </w:tc>
        <w:tc>
          <w:tcPr>
            <w:tcW w:w="4104" w:type="dxa"/>
            <w:tcMar>
              <w:top w:w="80" w:type="dxa"/>
              <w:left w:w="90" w:type="dxa"/>
              <w:bottom w:w="80" w:type="dxa"/>
              <w:right w:w="90" w:type="dxa"/>
            </w:tcMar>
            <w:vAlign w:val="center"/>
          </w:tcPr>
          <w:p w14:paraId="69ED3800" w14:textId="77777777" w:rsidR="00D140EC" w:rsidRDefault="00D140EC">
            <w:pPr>
              <w:spacing w:after="0"/>
            </w:pPr>
          </w:p>
        </w:tc>
      </w:tr>
      <w:tr w:rsidR="00D140EC" w14:paraId="020EF86A" w14:textId="77777777">
        <w:trPr>
          <w:cantSplit/>
          <w:jc w:val="center"/>
        </w:trPr>
        <w:tc>
          <w:tcPr>
            <w:tcW w:w="3240" w:type="dxa"/>
            <w:tcMar>
              <w:top w:w="80" w:type="dxa"/>
              <w:left w:w="90" w:type="dxa"/>
              <w:bottom w:w="80" w:type="dxa"/>
              <w:right w:w="90" w:type="dxa"/>
            </w:tcMar>
            <w:vAlign w:val="center"/>
          </w:tcPr>
          <w:p w14:paraId="71330266" w14:textId="77777777" w:rsidR="00D140EC" w:rsidRDefault="00000000">
            <w:pPr>
              <w:spacing w:after="0"/>
            </w:pPr>
            <w:r>
              <w:rPr>
                <w:sz w:val="14"/>
              </w:rPr>
              <w:t>Existing LPR</w:t>
            </w:r>
          </w:p>
        </w:tc>
        <w:tc>
          <w:tcPr>
            <w:tcW w:w="3888" w:type="dxa"/>
            <w:tcMar>
              <w:top w:w="80" w:type="dxa"/>
              <w:left w:w="90" w:type="dxa"/>
              <w:bottom w:w="80" w:type="dxa"/>
              <w:right w:w="90" w:type="dxa"/>
            </w:tcMar>
            <w:vAlign w:val="center"/>
          </w:tcPr>
          <w:p w14:paraId="4CEFEF67" w14:textId="77777777" w:rsidR="00D140EC" w:rsidRDefault="00000000">
            <w:pPr>
              <w:spacing w:after="0"/>
            </w:pPr>
            <w:r>
              <w:rPr>
                <w:sz w:val="14"/>
              </w:rPr>
              <w:t>[SYSTEM / LOCATIONS / NONE]</w:t>
            </w:r>
          </w:p>
        </w:tc>
        <w:tc>
          <w:tcPr>
            <w:tcW w:w="4104" w:type="dxa"/>
            <w:tcMar>
              <w:top w:w="80" w:type="dxa"/>
              <w:left w:w="90" w:type="dxa"/>
              <w:bottom w:w="80" w:type="dxa"/>
              <w:right w:w="90" w:type="dxa"/>
            </w:tcMar>
            <w:vAlign w:val="center"/>
          </w:tcPr>
          <w:p w14:paraId="2BC00F12" w14:textId="77777777" w:rsidR="00D140EC" w:rsidRDefault="00D140EC">
            <w:pPr>
              <w:spacing w:after="0"/>
            </w:pPr>
          </w:p>
        </w:tc>
      </w:tr>
      <w:tr w:rsidR="00D140EC" w14:paraId="26F70EDF" w14:textId="77777777">
        <w:trPr>
          <w:cantSplit/>
          <w:jc w:val="center"/>
        </w:trPr>
        <w:tc>
          <w:tcPr>
            <w:tcW w:w="3240" w:type="dxa"/>
            <w:tcMar>
              <w:top w:w="80" w:type="dxa"/>
              <w:left w:w="90" w:type="dxa"/>
              <w:bottom w:w="80" w:type="dxa"/>
              <w:right w:w="90" w:type="dxa"/>
            </w:tcMar>
            <w:vAlign w:val="center"/>
          </w:tcPr>
          <w:p w14:paraId="135CA9F1" w14:textId="77777777" w:rsidR="00D140EC" w:rsidRDefault="00000000">
            <w:pPr>
              <w:spacing w:after="0"/>
            </w:pPr>
            <w:r>
              <w:rPr>
                <w:sz w:val="14"/>
              </w:rPr>
              <w:t>Existing credentials</w:t>
            </w:r>
          </w:p>
        </w:tc>
        <w:tc>
          <w:tcPr>
            <w:tcW w:w="3888" w:type="dxa"/>
            <w:tcMar>
              <w:top w:w="80" w:type="dxa"/>
              <w:left w:w="90" w:type="dxa"/>
              <w:bottom w:w="80" w:type="dxa"/>
              <w:right w:w="90" w:type="dxa"/>
            </w:tcMar>
            <w:vAlign w:val="center"/>
          </w:tcPr>
          <w:p w14:paraId="64F03534" w14:textId="77777777" w:rsidR="00D140EC" w:rsidRDefault="00000000">
            <w:pPr>
              <w:spacing w:after="0"/>
            </w:pPr>
            <w:r>
              <w:rPr>
                <w:sz w:val="14"/>
              </w:rPr>
              <w:t>[RFID / BARCODE / FOB / CARD / BLE / OTHER]</w:t>
            </w:r>
          </w:p>
        </w:tc>
        <w:tc>
          <w:tcPr>
            <w:tcW w:w="4104" w:type="dxa"/>
            <w:tcMar>
              <w:top w:w="80" w:type="dxa"/>
              <w:left w:w="90" w:type="dxa"/>
              <w:bottom w:w="80" w:type="dxa"/>
              <w:right w:w="90" w:type="dxa"/>
            </w:tcMar>
            <w:vAlign w:val="center"/>
          </w:tcPr>
          <w:p w14:paraId="6E35F4A3" w14:textId="77777777" w:rsidR="00D140EC" w:rsidRDefault="00D140EC">
            <w:pPr>
              <w:spacing w:after="0"/>
            </w:pPr>
          </w:p>
        </w:tc>
      </w:tr>
      <w:tr w:rsidR="00D140EC" w14:paraId="64DB49B5" w14:textId="77777777">
        <w:trPr>
          <w:cantSplit/>
          <w:jc w:val="center"/>
        </w:trPr>
        <w:tc>
          <w:tcPr>
            <w:tcW w:w="3240" w:type="dxa"/>
            <w:tcMar>
              <w:top w:w="80" w:type="dxa"/>
              <w:left w:w="90" w:type="dxa"/>
              <w:bottom w:w="80" w:type="dxa"/>
              <w:right w:w="90" w:type="dxa"/>
            </w:tcMar>
            <w:vAlign w:val="center"/>
          </w:tcPr>
          <w:p w14:paraId="6F024C03" w14:textId="77777777" w:rsidR="00D140EC" w:rsidRDefault="00000000">
            <w:pPr>
              <w:spacing w:after="0"/>
            </w:pPr>
            <w:r>
              <w:rPr>
                <w:sz w:val="14"/>
              </w:rPr>
              <w:t>Telephone/intercom entry</w:t>
            </w:r>
          </w:p>
        </w:tc>
        <w:tc>
          <w:tcPr>
            <w:tcW w:w="3888" w:type="dxa"/>
            <w:tcMar>
              <w:top w:w="80" w:type="dxa"/>
              <w:left w:w="90" w:type="dxa"/>
              <w:bottom w:w="80" w:type="dxa"/>
              <w:right w:w="90" w:type="dxa"/>
            </w:tcMar>
            <w:vAlign w:val="center"/>
          </w:tcPr>
          <w:p w14:paraId="462B0879" w14:textId="77777777" w:rsidR="00D140EC" w:rsidRDefault="00000000">
            <w:pPr>
              <w:spacing w:after="0"/>
            </w:pPr>
            <w:r>
              <w:rPr>
                <w:sz w:val="14"/>
              </w:rPr>
              <w:t>[SYSTEM / LOCATIONS / NONE]</w:t>
            </w:r>
          </w:p>
        </w:tc>
        <w:tc>
          <w:tcPr>
            <w:tcW w:w="4104" w:type="dxa"/>
            <w:tcMar>
              <w:top w:w="80" w:type="dxa"/>
              <w:left w:w="90" w:type="dxa"/>
              <w:bottom w:w="80" w:type="dxa"/>
              <w:right w:w="90" w:type="dxa"/>
            </w:tcMar>
            <w:vAlign w:val="center"/>
          </w:tcPr>
          <w:p w14:paraId="7BF0EDAF" w14:textId="77777777" w:rsidR="00D140EC" w:rsidRDefault="00D140EC">
            <w:pPr>
              <w:spacing w:after="0"/>
            </w:pPr>
          </w:p>
        </w:tc>
      </w:tr>
      <w:tr w:rsidR="00D140EC" w14:paraId="7EA3C8FE" w14:textId="77777777">
        <w:trPr>
          <w:cantSplit/>
          <w:jc w:val="center"/>
        </w:trPr>
        <w:tc>
          <w:tcPr>
            <w:tcW w:w="3240" w:type="dxa"/>
            <w:tcMar>
              <w:top w:w="80" w:type="dxa"/>
              <w:left w:w="90" w:type="dxa"/>
              <w:bottom w:w="80" w:type="dxa"/>
              <w:right w:w="90" w:type="dxa"/>
            </w:tcMar>
            <w:vAlign w:val="center"/>
          </w:tcPr>
          <w:p w14:paraId="4BA79DC3" w14:textId="77777777" w:rsidR="00D140EC" w:rsidRDefault="00000000">
            <w:pPr>
              <w:spacing w:after="0"/>
            </w:pPr>
            <w:r>
              <w:rPr>
                <w:sz w:val="14"/>
              </w:rPr>
              <w:lastRenderedPageBreak/>
              <w:t>HOA/property-management system</w:t>
            </w:r>
          </w:p>
        </w:tc>
        <w:tc>
          <w:tcPr>
            <w:tcW w:w="3888" w:type="dxa"/>
            <w:tcMar>
              <w:top w:w="80" w:type="dxa"/>
              <w:left w:w="90" w:type="dxa"/>
              <w:bottom w:w="80" w:type="dxa"/>
              <w:right w:w="90" w:type="dxa"/>
            </w:tcMar>
            <w:vAlign w:val="center"/>
          </w:tcPr>
          <w:p w14:paraId="785C2917" w14:textId="77777777" w:rsidR="00D140EC" w:rsidRDefault="00000000">
            <w:pPr>
              <w:spacing w:after="0"/>
            </w:pPr>
            <w:r>
              <w:rPr>
                <w:sz w:val="14"/>
              </w:rPr>
              <w:t>[SYSTEM / NONE]</w:t>
            </w:r>
          </w:p>
        </w:tc>
        <w:tc>
          <w:tcPr>
            <w:tcW w:w="4104" w:type="dxa"/>
            <w:tcMar>
              <w:top w:w="80" w:type="dxa"/>
              <w:left w:w="90" w:type="dxa"/>
              <w:bottom w:w="80" w:type="dxa"/>
              <w:right w:w="90" w:type="dxa"/>
            </w:tcMar>
            <w:vAlign w:val="center"/>
          </w:tcPr>
          <w:p w14:paraId="02A13CBD" w14:textId="77777777" w:rsidR="00D140EC" w:rsidRDefault="00D140EC">
            <w:pPr>
              <w:spacing w:after="0"/>
            </w:pPr>
          </w:p>
        </w:tc>
      </w:tr>
      <w:tr w:rsidR="00D140EC" w14:paraId="0F929574" w14:textId="77777777">
        <w:trPr>
          <w:cantSplit/>
          <w:jc w:val="center"/>
        </w:trPr>
        <w:tc>
          <w:tcPr>
            <w:tcW w:w="3240" w:type="dxa"/>
            <w:tcMar>
              <w:top w:w="80" w:type="dxa"/>
              <w:left w:w="90" w:type="dxa"/>
              <w:bottom w:w="80" w:type="dxa"/>
              <w:right w:w="90" w:type="dxa"/>
            </w:tcMar>
            <w:vAlign w:val="center"/>
          </w:tcPr>
          <w:p w14:paraId="6C62AA2A" w14:textId="77777777" w:rsidR="00D140EC" w:rsidRDefault="00000000">
            <w:pPr>
              <w:spacing w:after="0"/>
            </w:pPr>
            <w:r>
              <w:rPr>
                <w:sz w:val="14"/>
              </w:rPr>
              <w:t>Cameras / VMS</w:t>
            </w:r>
          </w:p>
        </w:tc>
        <w:tc>
          <w:tcPr>
            <w:tcW w:w="3888" w:type="dxa"/>
            <w:tcMar>
              <w:top w:w="80" w:type="dxa"/>
              <w:left w:w="90" w:type="dxa"/>
              <w:bottom w:w="80" w:type="dxa"/>
              <w:right w:w="90" w:type="dxa"/>
            </w:tcMar>
            <w:vAlign w:val="center"/>
          </w:tcPr>
          <w:p w14:paraId="202701C6" w14:textId="77777777" w:rsidR="00D140EC" w:rsidRDefault="00000000">
            <w:pPr>
              <w:spacing w:after="0"/>
            </w:pPr>
            <w:r>
              <w:rPr>
                <w:sz w:val="14"/>
              </w:rPr>
              <w:t>[SYSTEM / LOCATIONS / NONE]</w:t>
            </w:r>
          </w:p>
        </w:tc>
        <w:tc>
          <w:tcPr>
            <w:tcW w:w="4104" w:type="dxa"/>
            <w:tcMar>
              <w:top w:w="80" w:type="dxa"/>
              <w:left w:w="90" w:type="dxa"/>
              <w:bottom w:w="80" w:type="dxa"/>
              <w:right w:w="90" w:type="dxa"/>
            </w:tcMar>
            <w:vAlign w:val="center"/>
          </w:tcPr>
          <w:p w14:paraId="137BCDCB" w14:textId="77777777" w:rsidR="00D140EC" w:rsidRDefault="00D140EC">
            <w:pPr>
              <w:spacing w:after="0"/>
            </w:pPr>
          </w:p>
        </w:tc>
      </w:tr>
      <w:tr w:rsidR="00D140EC" w14:paraId="58A26394" w14:textId="77777777">
        <w:trPr>
          <w:cantSplit/>
          <w:jc w:val="center"/>
        </w:trPr>
        <w:tc>
          <w:tcPr>
            <w:tcW w:w="3240" w:type="dxa"/>
            <w:tcMar>
              <w:top w:w="80" w:type="dxa"/>
              <w:left w:w="90" w:type="dxa"/>
              <w:bottom w:w="80" w:type="dxa"/>
              <w:right w:w="90" w:type="dxa"/>
            </w:tcMar>
            <w:vAlign w:val="center"/>
          </w:tcPr>
          <w:p w14:paraId="057C392B" w14:textId="77777777" w:rsidR="00D140EC" w:rsidRDefault="00000000">
            <w:pPr>
              <w:spacing w:after="0"/>
            </w:pPr>
            <w:r>
              <w:rPr>
                <w:sz w:val="14"/>
              </w:rPr>
              <w:t>Internet/network environment</w:t>
            </w:r>
          </w:p>
        </w:tc>
        <w:tc>
          <w:tcPr>
            <w:tcW w:w="3888" w:type="dxa"/>
            <w:tcMar>
              <w:top w:w="80" w:type="dxa"/>
              <w:left w:w="90" w:type="dxa"/>
              <w:bottom w:w="80" w:type="dxa"/>
              <w:right w:w="90" w:type="dxa"/>
            </w:tcMar>
            <w:vAlign w:val="center"/>
          </w:tcPr>
          <w:p w14:paraId="09A9D8AD" w14:textId="77777777" w:rsidR="00D140EC" w:rsidRDefault="00000000">
            <w:pPr>
              <w:spacing w:after="0"/>
            </w:pPr>
            <w:r>
              <w:rPr>
                <w:sz w:val="14"/>
              </w:rPr>
              <w:t>[ISP / CIRCUITS / FAILOVER / KNOWN LIMITS]</w:t>
            </w:r>
          </w:p>
        </w:tc>
        <w:tc>
          <w:tcPr>
            <w:tcW w:w="4104" w:type="dxa"/>
            <w:tcMar>
              <w:top w:w="80" w:type="dxa"/>
              <w:left w:w="90" w:type="dxa"/>
              <w:bottom w:w="80" w:type="dxa"/>
              <w:right w:w="90" w:type="dxa"/>
            </w:tcMar>
            <w:vAlign w:val="center"/>
          </w:tcPr>
          <w:p w14:paraId="53EA2536" w14:textId="77777777" w:rsidR="00D140EC" w:rsidRDefault="00D140EC">
            <w:pPr>
              <w:spacing w:after="0"/>
            </w:pPr>
          </w:p>
        </w:tc>
      </w:tr>
      <w:tr w:rsidR="00D140EC" w14:paraId="371061C1" w14:textId="77777777">
        <w:trPr>
          <w:cantSplit/>
          <w:jc w:val="center"/>
        </w:trPr>
        <w:tc>
          <w:tcPr>
            <w:tcW w:w="3240" w:type="dxa"/>
            <w:tcMar>
              <w:top w:w="80" w:type="dxa"/>
              <w:left w:w="90" w:type="dxa"/>
              <w:bottom w:w="80" w:type="dxa"/>
              <w:right w:w="90" w:type="dxa"/>
            </w:tcMar>
            <w:vAlign w:val="center"/>
          </w:tcPr>
          <w:p w14:paraId="68D3123C" w14:textId="77777777" w:rsidR="00D140EC" w:rsidRDefault="00000000">
            <w:pPr>
              <w:spacing w:after="0"/>
            </w:pPr>
            <w:r>
              <w:rPr>
                <w:sz w:val="14"/>
              </w:rPr>
              <w:t>Gate operators/controllers</w:t>
            </w:r>
          </w:p>
        </w:tc>
        <w:tc>
          <w:tcPr>
            <w:tcW w:w="3888" w:type="dxa"/>
            <w:tcMar>
              <w:top w:w="80" w:type="dxa"/>
              <w:left w:w="90" w:type="dxa"/>
              <w:bottom w:w="80" w:type="dxa"/>
              <w:right w:w="90" w:type="dxa"/>
            </w:tcMar>
            <w:vAlign w:val="center"/>
          </w:tcPr>
          <w:p w14:paraId="046F701A" w14:textId="77777777" w:rsidR="00D140EC" w:rsidRDefault="00000000">
            <w:pPr>
              <w:spacing w:after="0"/>
            </w:pPr>
            <w:r>
              <w:rPr>
                <w:sz w:val="14"/>
              </w:rPr>
              <w:t>[MAKE/MODEL BY GATE IF KNOWN]</w:t>
            </w:r>
          </w:p>
        </w:tc>
        <w:tc>
          <w:tcPr>
            <w:tcW w:w="4104" w:type="dxa"/>
            <w:tcMar>
              <w:top w:w="80" w:type="dxa"/>
              <w:left w:w="90" w:type="dxa"/>
              <w:bottom w:w="80" w:type="dxa"/>
              <w:right w:w="90" w:type="dxa"/>
            </w:tcMar>
            <w:vAlign w:val="center"/>
          </w:tcPr>
          <w:p w14:paraId="422C42ED" w14:textId="77777777" w:rsidR="00D140EC" w:rsidRDefault="00D140EC">
            <w:pPr>
              <w:spacing w:after="0"/>
            </w:pPr>
          </w:p>
        </w:tc>
      </w:tr>
      <w:tr w:rsidR="00D140EC" w14:paraId="025BDEFA" w14:textId="77777777">
        <w:trPr>
          <w:cantSplit/>
          <w:jc w:val="center"/>
        </w:trPr>
        <w:tc>
          <w:tcPr>
            <w:tcW w:w="3240" w:type="dxa"/>
            <w:tcMar>
              <w:top w:w="80" w:type="dxa"/>
              <w:left w:w="90" w:type="dxa"/>
              <w:bottom w:w="80" w:type="dxa"/>
              <w:right w:w="90" w:type="dxa"/>
            </w:tcMar>
            <w:vAlign w:val="center"/>
          </w:tcPr>
          <w:p w14:paraId="0A82F2EC" w14:textId="77777777" w:rsidR="00D140EC" w:rsidRDefault="00000000">
            <w:pPr>
              <w:spacing w:after="0"/>
            </w:pPr>
            <w:r>
              <w:rPr>
                <w:sz w:val="14"/>
              </w:rPr>
              <w:t>Current pain points</w:t>
            </w:r>
          </w:p>
        </w:tc>
        <w:tc>
          <w:tcPr>
            <w:tcW w:w="3888" w:type="dxa"/>
            <w:tcMar>
              <w:top w:w="80" w:type="dxa"/>
              <w:left w:w="90" w:type="dxa"/>
              <w:bottom w:w="80" w:type="dxa"/>
              <w:right w:w="90" w:type="dxa"/>
            </w:tcMar>
            <w:vAlign w:val="center"/>
          </w:tcPr>
          <w:p w14:paraId="5CADF7FD" w14:textId="77777777" w:rsidR="00D140EC" w:rsidRDefault="00000000">
            <w:pPr>
              <w:spacing w:after="0"/>
            </w:pPr>
            <w:r>
              <w:rPr>
                <w:sz w:val="14"/>
              </w:rPr>
              <w:t>[SUMMARY]</w:t>
            </w:r>
          </w:p>
        </w:tc>
        <w:tc>
          <w:tcPr>
            <w:tcW w:w="4104" w:type="dxa"/>
            <w:tcMar>
              <w:top w:w="80" w:type="dxa"/>
              <w:left w:w="90" w:type="dxa"/>
              <w:bottom w:w="80" w:type="dxa"/>
              <w:right w:w="90" w:type="dxa"/>
            </w:tcMar>
            <w:vAlign w:val="center"/>
          </w:tcPr>
          <w:p w14:paraId="190F7DDA" w14:textId="77777777" w:rsidR="00D140EC" w:rsidRDefault="00D140EC">
            <w:pPr>
              <w:spacing w:after="0"/>
            </w:pPr>
          </w:p>
        </w:tc>
      </w:tr>
    </w:tbl>
    <w:p w14:paraId="1985DAF0" w14:textId="77777777" w:rsidR="00D140EC" w:rsidRDefault="00D140EC">
      <w:pPr>
        <w:spacing w:after="20"/>
      </w:pPr>
    </w:p>
    <w:p w14:paraId="3F2CF2EB" w14:textId="77777777" w:rsidR="00D140EC" w:rsidRDefault="00000000">
      <w:r>
        <w:br w:type="page"/>
      </w:r>
    </w:p>
    <w:p w14:paraId="3A700806" w14:textId="77777777" w:rsidR="00D140EC" w:rsidRDefault="00000000">
      <w:pPr>
        <w:pStyle w:val="Heading1"/>
      </w:pPr>
      <w:r>
        <w:lastRenderedPageBreak/>
        <w:t>4. Existing Systems and Infrastructure</w:t>
      </w:r>
    </w:p>
    <w:p w14:paraId="76F0A22C" w14:textId="77777777" w:rsidR="00D140EC" w:rsidRDefault="00000000">
      <w:r>
        <w:t>List systems expected to remain, be integrated, be replaced or be evaluated. Attach diagrams, photos, inventories or as-builts when available.</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2259"/>
        <w:gridCol w:w="2588"/>
        <w:gridCol w:w="2246"/>
        <w:gridCol w:w="3121"/>
      </w:tblGrid>
      <w:tr w:rsidR="00D140EC" w14:paraId="1EC8CAEF" w14:textId="77777777">
        <w:trPr>
          <w:cantSplit/>
          <w:tblHeader/>
          <w:jc w:val="center"/>
        </w:trPr>
        <w:tc>
          <w:tcPr>
            <w:tcW w:w="2448" w:type="dxa"/>
            <w:shd w:val="clear" w:color="auto" w:fill="202333"/>
            <w:tcMar>
              <w:top w:w="80" w:type="dxa"/>
              <w:left w:w="90" w:type="dxa"/>
              <w:bottom w:w="80" w:type="dxa"/>
              <w:right w:w="90" w:type="dxa"/>
            </w:tcMar>
          </w:tcPr>
          <w:p w14:paraId="088A6394" w14:textId="77777777" w:rsidR="00D140EC" w:rsidRDefault="00000000">
            <w:pPr>
              <w:spacing w:after="0"/>
            </w:pPr>
            <w:r>
              <w:rPr>
                <w:b/>
                <w:color w:val="FFFFFF"/>
                <w:sz w:val="15"/>
              </w:rPr>
              <w:t>System / Asset</w:t>
            </w:r>
          </w:p>
        </w:tc>
        <w:tc>
          <w:tcPr>
            <w:tcW w:w="2880" w:type="dxa"/>
            <w:shd w:val="clear" w:color="auto" w:fill="202333"/>
            <w:tcMar>
              <w:top w:w="80" w:type="dxa"/>
              <w:left w:w="90" w:type="dxa"/>
              <w:bottom w:w="80" w:type="dxa"/>
              <w:right w:w="90" w:type="dxa"/>
            </w:tcMar>
          </w:tcPr>
          <w:p w14:paraId="401AE654" w14:textId="77777777" w:rsidR="00D140EC" w:rsidRDefault="00000000">
            <w:pPr>
              <w:spacing w:after="0"/>
            </w:pPr>
            <w:r>
              <w:rPr>
                <w:b/>
                <w:color w:val="FFFFFF"/>
                <w:sz w:val="15"/>
              </w:rPr>
              <w:t>Make / Model / Version</w:t>
            </w:r>
          </w:p>
        </w:tc>
        <w:tc>
          <w:tcPr>
            <w:tcW w:w="2448" w:type="dxa"/>
            <w:shd w:val="clear" w:color="auto" w:fill="202333"/>
            <w:tcMar>
              <w:top w:w="80" w:type="dxa"/>
              <w:left w:w="90" w:type="dxa"/>
              <w:bottom w:w="80" w:type="dxa"/>
              <w:right w:w="90" w:type="dxa"/>
            </w:tcMar>
          </w:tcPr>
          <w:p w14:paraId="6302FBE1" w14:textId="77777777" w:rsidR="00D140EC" w:rsidRDefault="00000000">
            <w:pPr>
              <w:spacing w:after="0"/>
            </w:pPr>
            <w:r>
              <w:rPr>
                <w:b/>
                <w:color w:val="FFFFFF"/>
                <w:sz w:val="15"/>
              </w:rPr>
              <w:t>Location(s)</w:t>
            </w:r>
          </w:p>
        </w:tc>
        <w:tc>
          <w:tcPr>
            <w:tcW w:w="3456" w:type="dxa"/>
            <w:shd w:val="clear" w:color="auto" w:fill="202333"/>
            <w:tcMar>
              <w:top w:w="80" w:type="dxa"/>
              <w:left w:w="90" w:type="dxa"/>
              <w:bottom w:w="80" w:type="dxa"/>
              <w:right w:w="90" w:type="dxa"/>
            </w:tcMar>
          </w:tcPr>
          <w:p w14:paraId="0485DF01" w14:textId="77777777" w:rsidR="00D140EC" w:rsidRDefault="00000000">
            <w:pPr>
              <w:spacing w:after="0"/>
            </w:pPr>
            <w:r>
              <w:rPr>
                <w:b/>
                <w:color w:val="FFFFFF"/>
                <w:sz w:val="15"/>
              </w:rPr>
              <w:t>Disposition</w:t>
            </w:r>
          </w:p>
        </w:tc>
      </w:tr>
      <w:tr w:rsidR="00D140EC" w14:paraId="7927D568" w14:textId="77777777">
        <w:trPr>
          <w:cantSplit/>
          <w:jc w:val="center"/>
        </w:trPr>
        <w:tc>
          <w:tcPr>
            <w:tcW w:w="2448" w:type="dxa"/>
            <w:tcMar>
              <w:top w:w="80" w:type="dxa"/>
              <w:left w:w="90" w:type="dxa"/>
              <w:bottom w:w="80" w:type="dxa"/>
              <w:right w:w="90" w:type="dxa"/>
            </w:tcMar>
            <w:vAlign w:val="center"/>
          </w:tcPr>
          <w:p w14:paraId="181DF4B0" w14:textId="77777777" w:rsidR="00D140EC" w:rsidRDefault="00000000">
            <w:pPr>
              <w:spacing w:after="0"/>
            </w:pPr>
            <w:r>
              <w:rPr>
                <w:sz w:val="15"/>
              </w:rPr>
              <w:t>Visitor management</w:t>
            </w:r>
          </w:p>
        </w:tc>
        <w:tc>
          <w:tcPr>
            <w:tcW w:w="2880" w:type="dxa"/>
            <w:tcMar>
              <w:top w:w="80" w:type="dxa"/>
              <w:left w:w="90" w:type="dxa"/>
              <w:bottom w:w="80" w:type="dxa"/>
              <w:right w:w="90" w:type="dxa"/>
            </w:tcMar>
            <w:vAlign w:val="center"/>
          </w:tcPr>
          <w:p w14:paraId="5040D0D0"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6197A356" w14:textId="77777777" w:rsidR="00D140EC" w:rsidRDefault="00000000">
            <w:pPr>
              <w:spacing w:after="0"/>
            </w:pPr>
            <w:r>
              <w:rPr>
                <w:sz w:val="15"/>
              </w:rPr>
              <w:t>[ ]</w:t>
            </w:r>
          </w:p>
        </w:tc>
        <w:tc>
          <w:tcPr>
            <w:tcW w:w="3456" w:type="dxa"/>
            <w:tcMar>
              <w:top w:w="80" w:type="dxa"/>
              <w:left w:w="90" w:type="dxa"/>
              <w:bottom w:w="80" w:type="dxa"/>
              <w:right w:w="90" w:type="dxa"/>
            </w:tcMar>
            <w:vAlign w:val="center"/>
          </w:tcPr>
          <w:p w14:paraId="11620A0A" w14:textId="77777777" w:rsidR="00D140EC" w:rsidRDefault="00000000">
            <w:pPr>
              <w:spacing w:after="0"/>
            </w:pPr>
            <w:r>
              <w:rPr>
                <w:sz w:val="15"/>
              </w:rPr>
              <w:t>☐ Retain ☐ Replace ☐ Evaluate</w:t>
            </w:r>
          </w:p>
        </w:tc>
      </w:tr>
      <w:tr w:rsidR="00D140EC" w14:paraId="64F67BF5" w14:textId="77777777">
        <w:trPr>
          <w:cantSplit/>
          <w:jc w:val="center"/>
        </w:trPr>
        <w:tc>
          <w:tcPr>
            <w:tcW w:w="2448" w:type="dxa"/>
            <w:tcMar>
              <w:top w:w="80" w:type="dxa"/>
              <w:left w:w="90" w:type="dxa"/>
              <w:bottom w:w="80" w:type="dxa"/>
              <w:right w:w="90" w:type="dxa"/>
            </w:tcMar>
            <w:vAlign w:val="center"/>
          </w:tcPr>
          <w:p w14:paraId="0832E455" w14:textId="77777777" w:rsidR="00D140EC" w:rsidRDefault="00000000">
            <w:pPr>
              <w:spacing w:after="0"/>
            </w:pPr>
            <w:r>
              <w:rPr>
                <w:sz w:val="15"/>
              </w:rPr>
              <w:t>Access control</w:t>
            </w:r>
          </w:p>
        </w:tc>
        <w:tc>
          <w:tcPr>
            <w:tcW w:w="2880" w:type="dxa"/>
            <w:tcMar>
              <w:top w:w="80" w:type="dxa"/>
              <w:left w:w="90" w:type="dxa"/>
              <w:bottom w:w="80" w:type="dxa"/>
              <w:right w:w="90" w:type="dxa"/>
            </w:tcMar>
            <w:vAlign w:val="center"/>
          </w:tcPr>
          <w:p w14:paraId="236E3393"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55BD45B3" w14:textId="77777777" w:rsidR="00D140EC" w:rsidRDefault="00000000">
            <w:pPr>
              <w:spacing w:after="0"/>
            </w:pPr>
            <w:r>
              <w:rPr>
                <w:sz w:val="15"/>
              </w:rPr>
              <w:t>[ ]</w:t>
            </w:r>
          </w:p>
        </w:tc>
        <w:tc>
          <w:tcPr>
            <w:tcW w:w="3456" w:type="dxa"/>
            <w:tcMar>
              <w:top w:w="80" w:type="dxa"/>
              <w:left w:w="90" w:type="dxa"/>
              <w:bottom w:w="80" w:type="dxa"/>
              <w:right w:w="90" w:type="dxa"/>
            </w:tcMar>
            <w:vAlign w:val="center"/>
          </w:tcPr>
          <w:p w14:paraId="5927BFD0" w14:textId="77777777" w:rsidR="00D140EC" w:rsidRDefault="00000000">
            <w:pPr>
              <w:spacing w:after="0"/>
            </w:pPr>
            <w:r>
              <w:rPr>
                <w:sz w:val="15"/>
              </w:rPr>
              <w:t>☐ Retain ☐ Replace ☐ Evaluate</w:t>
            </w:r>
          </w:p>
        </w:tc>
      </w:tr>
      <w:tr w:rsidR="00D140EC" w14:paraId="376A76F1" w14:textId="77777777">
        <w:trPr>
          <w:cantSplit/>
          <w:jc w:val="center"/>
        </w:trPr>
        <w:tc>
          <w:tcPr>
            <w:tcW w:w="2448" w:type="dxa"/>
            <w:tcMar>
              <w:top w:w="80" w:type="dxa"/>
              <w:left w:w="90" w:type="dxa"/>
              <w:bottom w:w="80" w:type="dxa"/>
              <w:right w:w="90" w:type="dxa"/>
            </w:tcMar>
            <w:vAlign w:val="center"/>
          </w:tcPr>
          <w:p w14:paraId="5EFE4756" w14:textId="77777777" w:rsidR="00D140EC" w:rsidRDefault="00000000">
            <w:pPr>
              <w:spacing w:after="0"/>
            </w:pPr>
            <w:r>
              <w:rPr>
                <w:sz w:val="15"/>
              </w:rPr>
              <w:t>LPR</w:t>
            </w:r>
          </w:p>
        </w:tc>
        <w:tc>
          <w:tcPr>
            <w:tcW w:w="2880" w:type="dxa"/>
            <w:tcMar>
              <w:top w:w="80" w:type="dxa"/>
              <w:left w:w="90" w:type="dxa"/>
              <w:bottom w:w="80" w:type="dxa"/>
              <w:right w:w="90" w:type="dxa"/>
            </w:tcMar>
            <w:vAlign w:val="center"/>
          </w:tcPr>
          <w:p w14:paraId="5C038635"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0E40828A" w14:textId="77777777" w:rsidR="00D140EC" w:rsidRDefault="00000000">
            <w:pPr>
              <w:spacing w:after="0"/>
            </w:pPr>
            <w:r>
              <w:rPr>
                <w:sz w:val="15"/>
              </w:rPr>
              <w:t>[ ]</w:t>
            </w:r>
          </w:p>
        </w:tc>
        <w:tc>
          <w:tcPr>
            <w:tcW w:w="3456" w:type="dxa"/>
            <w:tcMar>
              <w:top w:w="80" w:type="dxa"/>
              <w:left w:w="90" w:type="dxa"/>
              <w:bottom w:w="80" w:type="dxa"/>
              <w:right w:w="90" w:type="dxa"/>
            </w:tcMar>
            <w:vAlign w:val="center"/>
          </w:tcPr>
          <w:p w14:paraId="5BDC8F18" w14:textId="77777777" w:rsidR="00D140EC" w:rsidRDefault="00000000">
            <w:pPr>
              <w:spacing w:after="0"/>
            </w:pPr>
            <w:r>
              <w:rPr>
                <w:sz w:val="15"/>
              </w:rPr>
              <w:t>☐ Retain ☐ Replace ☐ Evaluate</w:t>
            </w:r>
          </w:p>
        </w:tc>
      </w:tr>
      <w:tr w:rsidR="00D140EC" w14:paraId="404FA0C3" w14:textId="77777777">
        <w:trPr>
          <w:cantSplit/>
          <w:jc w:val="center"/>
        </w:trPr>
        <w:tc>
          <w:tcPr>
            <w:tcW w:w="2448" w:type="dxa"/>
            <w:tcMar>
              <w:top w:w="80" w:type="dxa"/>
              <w:left w:w="90" w:type="dxa"/>
              <w:bottom w:w="80" w:type="dxa"/>
              <w:right w:w="90" w:type="dxa"/>
            </w:tcMar>
            <w:vAlign w:val="center"/>
          </w:tcPr>
          <w:p w14:paraId="0A61D29F" w14:textId="77777777" w:rsidR="00D140EC" w:rsidRDefault="00000000">
            <w:pPr>
              <w:spacing w:after="0"/>
            </w:pPr>
            <w:r>
              <w:rPr>
                <w:sz w:val="15"/>
              </w:rPr>
              <w:t>Gate operators</w:t>
            </w:r>
          </w:p>
        </w:tc>
        <w:tc>
          <w:tcPr>
            <w:tcW w:w="2880" w:type="dxa"/>
            <w:tcMar>
              <w:top w:w="80" w:type="dxa"/>
              <w:left w:w="90" w:type="dxa"/>
              <w:bottom w:w="80" w:type="dxa"/>
              <w:right w:w="90" w:type="dxa"/>
            </w:tcMar>
            <w:vAlign w:val="center"/>
          </w:tcPr>
          <w:p w14:paraId="65D9D3C8"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709E9E6F" w14:textId="77777777" w:rsidR="00D140EC" w:rsidRDefault="00000000">
            <w:pPr>
              <w:spacing w:after="0"/>
            </w:pPr>
            <w:r>
              <w:rPr>
                <w:sz w:val="15"/>
              </w:rPr>
              <w:t>[ ]</w:t>
            </w:r>
          </w:p>
        </w:tc>
        <w:tc>
          <w:tcPr>
            <w:tcW w:w="3456" w:type="dxa"/>
            <w:tcMar>
              <w:top w:w="80" w:type="dxa"/>
              <w:left w:w="90" w:type="dxa"/>
              <w:bottom w:w="80" w:type="dxa"/>
              <w:right w:w="90" w:type="dxa"/>
            </w:tcMar>
            <w:vAlign w:val="center"/>
          </w:tcPr>
          <w:p w14:paraId="1030EF0E" w14:textId="77777777" w:rsidR="00D140EC" w:rsidRDefault="00000000">
            <w:pPr>
              <w:spacing w:after="0"/>
            </w:pPr>
            <w:r>
              <w:rPr>
                <w:sz w:val="15"/>
              </w:rPr>
              <w:t>☐ Retain ☐ Replace ☐ Evaluate</w:t>
            </w:r>
          </w:p>
        </w:tc>
      </w:tr>
      <w:tr w:rsidR="00D140EC" w14:paraId="6A849BD1" w14:textId="77777777">
        <w:trPr>
          <w:cantSplit/>
          <w:jc w:val="center"/>
        </w:trPr>
        <w:tc>
          <w:tcPr>
            <w:tcW w:w="2448" w:type="dxa"/>
            <w:tcMar>
              <w:top w:w="80" w:type="dxa"/>
              <w:left w:w="90" w:type="dxa"/>
              <w:bottom w:w="80" w:type="dxa"/>
              <w:right w:w="90" w:type="dxa"/>
            </w:tcMar>
            <w:vAlign w:val="center"/>
          </w:tcPr>
          <w:p w14:paraId="49D726EA" w14:textId="77777777" w:rsidR="00D140EC" w:rsidRDefault="00000000">
            <w:pPr>
              <w:spacing w:after="0"/>
            </w:pPr>
            <w:r>
              <w:rPr>
                <w:sz w:val="15"/>
              </w:rPr>
              <w:t>Readers / credentials</w:t>
            </w:r>
          </w:p>
        </w:tc>
        <w:tc>
          <w:tcPr>
            <w:tcW w:w="2880" w:type="dxa"/>
            <w:tcMar>
              <w:top w:w="80" w:type="dxa"/>
              <w:left w:w="90" w:type="dxa"/>
              <w:bottom w:w="80" w:type="dxa"/>
              <w:right w:w="90" w:type="dxa"/>
            </w:tcMar>
            <w:vAlign w:val="center"/>
          </w:tcPr>
          <w:p w14:paraId="5DFCC32F"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44D8DCA8" w14:textId="77777777" w:rsidR="00D140EC" w:rsidRDefault="00000000">
            <w:pPr>
              <w:spacing w:after="0"/>
            </w:pPr>
            <w:r>
              <w:rPr>
                <w:sz w:val="15"/>
              </w:rPr>
              <w:t>[ ]</w:t>
            </w:r>
          </w:p>
        </w:tc>
        <w:tc>
          <w:tcPr>
            <w:tcW w:w="3456" w:type="dxa"/>
            <w:tcMar>
              <w:top w:w="80" w:type="dxa"/>
              <w:left w:w="90" w:type="dxa"/>
              <w:bottom w:w="80" w:type="dxa"/>
              <w:right w:w="90" w:type="dxa"/>
            </w:tcMar>
            <w:vAlign w:val="center"/>
          </w:tcPr>
          <w:p w14:paraId="4E95F92A" w14:textId="77777777" w:rsidR="00D140EC" w:rsidRDefault="00000000">
            <w:pPr>
              <w:spacing w:after="0"/>
            </w:pPr>
            <w:r>
              <w:rPr>
                <w:sz w:val="15"/>
              </w:rPr>
              <w:t>☐ Retain ☐ Replace ☐ Evaluate</w:t>
            </w:r>
          </w:p>
        </w:tc>
      </w:tr>
      <w:tr w:rsidR="00D140EC" w14:paraId="7276FD25" w14:textId="77777777">
        <w:trPr>
          <w:cantSplit/>
          <w:jc w:val="center"/>
        </w:trPr>
        <w:tc>
          <w:tcPr>
            <w:tcW w:w="2448" w:type="dxa"/>
            <w:tcMar>
              <w:top w:w="80" w:type="dxa"/>
              <w:left w:w="90" w:type="dxa"/>
              <w:bottom w:w="80" w:type="dxa"/>
              <w:right w:w="90" w:type="dxa"/>
            </w:tcMar>
            <w:vAlign w:val="center"/>
          </w:tcPr>
          <w:p w14:paraId="7C5A9FC7" w14:textId="77777777" w:rsidR="00D140EC" w:rsidRDefault="00000000">
            <w:pPr>
              <w:spacing w:after="0"/>
            </w:pPr>
            <w:r>
              <w:rPr>
                <w:sz w:val="15"/>
              </w:rPr>
              <w:t>Intercom / telephone entry</w:t>
            </w:r>
          </w:p>
        </w:tc>
        <w:tc>
          <w:tcPr>
            <w:tcW w:w="2880" w:type="dxa"/>
            <w:tcMar>
              <w:top w:w="80" w:type="dxa"/>
              <w:left w:w="90" w:type="dxa"/>
              <w:bottom w:w="80" w:type="dxa"/>
              <w:right w:w="90" w:type="dxa"/>
            </w:tcMar>
            <w:vAlign w:val="center"/>
          </w:tcPr>
          <w:p w14:paraId="3BB082FD"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7D9DFAC0" w14:textId="77777777" w:rsidR="00D140EC" w:rsidRDefault="00000000">
            <w:pPr>
              <w:spacing w:after="0"/>
            </w:pPr>
            <w:r>
              <w:rPr>
                <w:sz w:val="15"/>
              </w:rPr>
              <w:t>[ ]</w:t>
            </w:r>
          </w:p>
        </w:tc>
        <w:tc>
          <w:tcPr>
            <w:tcW w:w="3456" w:type="dxa"/>
            <w:tcMar>
              <w:top w:w="80" w:type="dxa"/>
              <w:left w:w="90" w:type="dxa"/>
              <w:bottom w:w="80" w:type="dxa"/>
              <w:right w:w="90" w:type="dxa"/>
            </w:tcMar>
            <w:vAlign w:val="center"/>
          </w:tcPr>
          <w:p w14:paraId="30A98599" w14:textId="77777777" w:rsidR="00D140EC" w:rsidRDefault="00000000">
            <w:pPr>
              <w:spacing w:after="0"/>
            </w:pPr>
            <w:r>
              <w:rPr>
                <w:sz w:val="15"/>
              </w:rPr>
              <w:t>☐ Retain ☐ Replace ☐ Evaluate</w:t>
            </w:r>
          </w:p>
        </w:tc>
      </w:tr>
      <w:tr w:rsidR="00D140EC" w14:paraId="66265F73" w14:textId="77777777">
        <w:trPr>
          <w:cantSplit/>
          <w:jc w:val="center"/>
        </w:trPr>
        <w:tc>
          <w:tcPr>
            <w:tcW w:w="2448" w:type="dxa"/>
            <w:tcMar>
              <w:top w:w="80" w:type="dxa"/>
              <w:left w:w="90" w:type="dxa"/>
              <w:bottom w:w="80" w:type="dxa"/>
              <w:right w:w="90" w:type="dxa"/>
            </w:tcMar>
            <w:vAlign w:val="center"/>
          </w:tcPr>
          <w:p w14:paraId="59DA67FB" w14:textId="77777777" w:rsidR="00D140EC" w:rsidRDefault="00000000">
            <w:pPr>
              <w:spacing w:after="0"/>
            </w:pPr>
            <w:r>
              <w:rPr>
                <w:sz w:val="15"/>
              </w:rPr>
              <w:t>Cameras / VMS</w:t>
            </w:r>
          </w:p>
        </w:tc>
        <w:tc>
          <w:tcPr>
            <w:tcW w:w="2880" w:type="dxa"/>
            <w:tcMar>
              <w:top w:w="80" w:type="dxa"/>
              <w:left w:w="90" w:type="dxa"/>
              <w:bottom w:w="80" w:type="dxa"/>
              <w:right w:w="90" w:type="dxa"/>
            </w:tcMar>
            <w:vAlign w:val="center"/>
          </w:tcPr>
          <w:p w14:paraId="2AD3E59F"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1E1CCBA5" w14:textId="77777777" w:rsidR="00D140EC" w:rsidRDefault="00000000">
            <w:pPr>
              <w:spacing w:after="0"/>
            </w:pPr>
            <w:r>
              <w:rPr>
                <w:sz w:val="15"/>
              </w:rPr>
              <w:t>[ ]</w:t>
            </w:r>
          </w:p>
        </w:tc>
        <w:tc>
          <w:tcPr>
            <w:tcW w:w="3456" w:type="dxa"/>
            <w:tcMar>
              <w:top w:w="80" w:type="dxa"/>
              <w:left w:w="90" w:type="dxa"/>
              <w:bottom w:w="80" w:type="dxa"/>
              <w:right w:w="90" w:type="dxa"/>
            </w:tcMar>
            <w:vAlign w:val="center"/>
          </w:tcPr>
          <w:p w14:paraId="51BD4C56" w14:textId="77777777" w:rsidR="00D140EC" w:rsidRDefault="00000000">
            <w:pPr>
              <w:spacing w:after="0"/>
            </w:pPr>
            <w:r>
              <w:rPr>
                <w:sz w:val="15"/>
              </w:rPr>
              <w:t>☐ Retain ☐ Replace ☐ Evaluate</w:t>
            </w:r>
          </w:p>
        </w:tc>
      </w:tr>
      <w:tr w:rsidR="00D140EC" w14:paraId="0382107F" w14:textId="77777777">
        <w:trPr>
          <w:cantSplit/>
          <w:jc w:val="center"/>
        </w:trPr>
        <w:tc>
          <w:tcPr>
            <w:tcW w:w="2448" w:type="dxa"/>
            <w:tcMar>
              <w:top w:w="80" w:type="dxa"/>
              <w:left w:w="90" w:type="dxa"/>
              <w:bottom w:w="80" w:type="dxa"/>
              <w:right w:w="90" w:type="dxa"/>
            </w:tcMar>
            <w:vAlign w:val="center"/>
          </w:tcPr>
          <w:p w14:paraId="6928A14E" w14:textId="77777777" w:rsidR="00D140EC" w:rsidRDefault="00000000">
            <w:pPr>
              <w:spacing w:after="0"/>
            </w:pPr>
            <w:r>
              <w:rPr>
                <w:sz w:val="15"/>
              </w:rPr>
              <w:t>Network / cellular</w:t>
            </w:r>
          </w:p>
        </w:tc>
        <w:tc>
          <w:tcPr>
            <w:tcW w:w="2880" w:type="dxa"/>
            <w:tcMar>
              <w:top w:w="80" w:type="dxa"/>
              <w:left w:w="90" w:type="dxa"/>
              <w:bottom w:w="80" w:type="dxa"/>
              <w:right w:w="90" w:type="dxa"/>
            </w:tcMar>
            <w:vAlign w:val="center"/>
          </w:tcPr>
          <w:p w14:paraId="56C12811"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4B2B023F" w14:textId="77777777" w:rsidR="00D140EC" w:rsidRDefault="00000000">
            <w:pPr>
              <w:spacing w:after="0"/>
            </w:pPr>
            <w:r>
              <w:rPr>
                <w:sz w:val="15"/>
              </w:rPr>
              <w:t>[ ]</w:t>
            </w:r>
          </w:p>
        </w:tc>
        <w:tc>
          <w:tcPr>
            <w:tcW w:w="3456" w:type="dxa"/>
            <w:tcMar>
              <w:top w:w="80" w:type="dxa"/>
              <w:left w:w="90" w:type="dxa"/>
              <w:bottom w:w="80" w:type="dxa"/>
              <w:right w:w="90" w:type="dxa"/>
            </w:tcMar>
            <w:vAlign w:val="center"/>
          </w:tcPr>
          <w:p w14:paraId="4C01FE35" w14:textId="77777777" w:rsidR="00D140EC" w:rsidRDefault="00000000">
            <w:pPr>
              <w:spacing w:after="0"/>
            </w:pPr>
            <w:r>
              <w:rPr>
                <w:sz w:val="15"/>
              </w:rPr>
              <w:t>☐ Retain ☐ Replace ☐ Evaluate</w:t>
            </w:r>
          </w:p>
        </w:tc>
      </w:tr>
      <w:tr w:rsidR="00D140EC" w14:paraId="147150FA" w14:textId="77777777">
        <w:trPr>
          <w:cantSplit/>
          <w:jc w:val="center"/>
        </w:trPr>
        <w:tc>
          <w:tcPr>
            <w:tcW w:w="2448" w:type="dxa"/>
            <w:tcMar>
              <w:top w:w="80" w:type="dxa"/>
              <w:left w:w="90" w:type="dxa"/>
              <w:bottom w:w="80" w:type="dxa"/>
              <w:right w:w="90" w:type="dxa"/>
            </w:tcMar>
            <w:vAlign w:val="center"/>
          </w:tcPr>
          <w:p w14:paraId="2FBF986D" w14:textId="77777777" w:rsidR="00D140EC" w:rsidRDefault="00000000">
            <w:pPr>
              <w:spacing w:after="0"/>
            </w:pPr>
            <w:r>
              <w:rPr>
                <w:sz w:val="15"/>
              </w:rPr>
              <w:t>Property-management system</w:t>
            </w:r>
          </w:p>
        </w:tc>
        <w:tc>
          <w:tcPr>
            <w:tcW w:w="2880" w:type="dxa"/>
            <w:tcMar>
              <w:top w:w="80" w:type="dxa"/>
              <w:left w:w="90" w:type="dxa"/>
              <w:bottom w:w="80" w:type="dxa"/>
              <w:right w:w="90" w:type="dxa"/>
            </w:tcMar>
            <w:vAlign w:val="center"/>
          </w:tcPr>
          <w:p w14:paraId="64476197"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2177CF73" w14:textId="77777777" w:rsidR="00D140EC" w:rsidRDefault="00000000">
            <w:pPr>
              <w:spacing w:after="0"/>
            </w:pPr>
            <w:r>
              <w:rPr>
                <w:sz w:val="15"/>
              </w:rPr>
              <w:t>[ ]</w:t>
            </w:r>
          </w:p>
        </w:tc>
        <w:tc>
          <w:tcPr>
            <w:tcW w:w="3456" w:type="dxa"/>
            <w:tcMar>
              <w:top w:w="80" w:type="dxa"/>
              <w:left w:w="90" w:type="dxa"/>
              <w:bottom w:w="80" w:type="dxa"/>
              <w:right w:w="90" w:type="dxa"/>
            </w:tcMar>
            <w:vAlign w:val="center"/>
          </w:tcPr>
          <w:p w14:paraId="0C5E3058" w14:textId="77777777" w:rsidR="00D140EC" w:rsidRDefault="00000000">
            <w:pPr>
              <w:spacing w:after="0"/>
            </w:pPr>
            <w:r>
              <w:rPr>
                <w:sz w:val="15"/>
              </w:rPr>
              <w:t>☐ Integrate ☐ Replace ☐ N/A</w:t>
            </w:r>
          </w:p>
        </w:tc>
      </w:tr>
      <w:tr w:rsidR="00D140EC" w14:paraId="57DB4DC8" w14:textId="77777777">
        <w:trPr>
          <w:cantSplit/>
          <w:jc w:val="center"/>
        </w:trPr>
        <w:tc>
          <w:tcPr>
            <w:tcW w:w="2448" w:type="dxa"/>
            <w:tcMar>
              <w:top w:w="80" w:type="dxa"/>
              <w:left w:w="90" w:type="dxa"/>
              <w:bottom w:w="80" w:type="dxa"/>
              <w:right w:w="90" w:type="dxa"/>
            </w:tcMar>
            <w:vAlign w:val="center"/>
          </w:tcPr>
          <w:p w14:paraId="5A3C325A" w14:textId="77777777" w:rsidR="00D140EC" w:rsidRDefault="00000000">
            <w:pPr>
              <w:spacing w:after="0"/>
            </w:pPr>
            <w:r>
              <w:rPr>
                <w:sz w:val="15"/>
              </w:rPr>
              <w:t>Other</w:t>
            </w:r>
          </w:p>
        </w:tc>
        <w:tc>
          <w:tcPr>
            <w:tcW w:w="2880" w:type="dxa"/>
            <w:tcMar>
              <w:top w:w="80" w:type="dxa"/>
              <w:left w:w="90" w:type="dxa"/>
              <w:bottom w:w="80" w:type="dxa"/>
              <w:right w:w="90" w:type="dxa"/>
            </w:tcMar>
            <w:vAlign w:val="center"/>
          </w:tcPr>
          <w:p w14:paraId="526494FD"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77B49622" w14:textId="77777777" w:rsidR="00D140EC" w:rsidRDefault="00000000">
            <w:pPr>
              <w:spacing w:after="0"/>
            </w:pPr>
            <w:r>
              <w:rPr>
                <w:sz w:val="15"/>
              </w:rPr>
              <w:t>[ ]</w:t>
            </w:r>
          </w:p>
        </w:tc>
        <w:tc>
          <w:tcPr>
            <w:tcW w:w="3456" w:type="dxa"/>
            <w:tcMar>
              <w:top w:w="80" w:type="dxa"/>
              <w:left w:w="90" w:type="dxa"/>
              <w:bottom w:w="80" w:type="dxa"/>
              <w:right w:w="90" w:type="dxa"/>
            </w:tcMar>
            <w:vAlign w:val="center"/>
          </w:tcPr>
          <w:p w14:paraId="65F08997" w14:textId="77777777" w:rsidR="00D140EC" w:rsidRDefault="00000000">
            <w:pPr>
              <w:spacing w:after="0"/>
            </w:pPr>
            <w:r>
              <w:rPr>
                <w:sz w:val="15"/>
              </w:rPr>
              <w:t>[ ]</w:t>
            </w:r>
          </w:p>
        </w:tc>
      </w:tr>
    </w:tbl>
    <w:p w14:paraId="1343C907" w14:textId="77777777" w:rsidR="00D140EC" w:rsidRDefault="00D140EC">
      <w:pPr>
        <w:spacing w:after="20"/>
      </w:pPr>
    </w:p>
    <w:p w14:paraId="2A83BD14" w14:textId="77777777" w:rsidR="00D140EC" w:rsidRDefault="00000000">
      <w:pPr>
        <w:pStyle w:val="Heading1"/>
      </w:pPr>
      <w:r>
        <w:t>5. Current Operational Problems / Reasons for Evaluation</w:t>
      </w:r>
    </w:p>
    <w:p w14:paraId="1AF97033" w14:textId="77777777" w:rsidR="00D140EC" w:rsidRDefault="00000000">
      <w:r>
        <w:t>Select and describe the issues driving the project. Respondents should connect their proposed approach to these problems rather than simply listing features.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3420"/>
        <w:gridCol w:w="1105"/>
        <w:gridCol w:w="5689"/>
      </w:tblGrid>
      <w:tr w:rsidR="00D140EC" w14:paraId="321D124B" w14:textId="77777777">
        <w:trPr>
          <w:cantSplit/>
          <w:tblHeader/>
          <w:jc w:val="center"/>
        </w:trPr>
        <w:tc>
          <w:tcPr>
            <w:tcW w:w="3744" w:type="dxa"/>
            <w:shd w:val="clear" w:color="auto" w:fill="202333"/>
            <w:tcMar>
              <w:top w:w="80" w:type="dxa"/>
              <w:left w:w="90" w:type="dxa"/>
              <w:bottom w:w="80" w:type="dxa"/>
              <w:right w:w="90" w:type="dxa"/>
            </w:tcMar>
          </w:tcPr>
          <w:p w14:paraId="6E521663" w14:textId="77777777" w:rsidR="00D140EC" w:rsidRDefault="00000000">
            <w:pPr>
              <w:spacing w:after="0"/>
            </w:pPr>
            <w:r>
              <w:rPr>
                <w:b/>
                <w:color w:val="FFFFFF"/>
                <w:sz w:val="15"/>
              </w:rPr>
              <w:t>Issue</w:t>
            </w:r>
          </w:p>
        </w:tc>
        <w:tc>
          <w:tcPr>
            <w:tcW w:w="1152" w:type="dxa"/>
            <w:shd w:val="clear" w:color="auto" w:fill="202333"/>
            <w:tcMar>
              <w:top w:w="80" w:type="dxa"/>
              <w:left w:w="90" w:type="dxa"/>
              <w:bottom w:w="80" w:type="dxa"/>
              <w:right w:w="90" w:type="dxa"/>
            </w:tcMar>
          </w:tcPr>
          <w:p w14:paraId="5E31C734" w14:textId="77777777" w:rsidR="00D140EC" w:rsidRDefault="00000000">
            <w:pPr>
              <w:spacing w:after="0"/>
            </w:pPr>
            <w:r>
              <w:rPr>
                <w:b/>
                <w:color w:val="FFFFFF"/>
                <w:sz w:val="15"/>
              </w:rPr>
              <w:t>Applies?</w:t>
            </w:r>
          </w:p>
        </w:tc>
        <w:tc>
          <w:tcPr>
            <w:tcW w:w="6336" w:type="dxa"/>
            <w:shd w:val="clear" w:color="auto" w:fill="202333"/>
            <w:tcMar>
              <w:top w:w="80" w:type="dxa"/>
              <w:left w:w="90" w:type="dxa"/>
              <w:bottom w:w="80" w:type="dxa"/>
              <w:right w:w="90" w:type="dxa"/>
            </w:tcMar>
          </w:tcPr>
          <w:p w14:paraId="36B3FDD1" w14:textId="77777777" w:rsidR="00D140EC" w:rsidRDefault="00000000">
            <w:pPr>
              <w:spacing w:after="0"/>
            </w:pPr>
            <w:r>
              <w:rPr>
                <w:b/>
                <w:color w:val="FFFFFF"/>
                <w:sz w:val="15"/>
              </w:rPr>
              <w:t>Community Detail / Desired Improvement</w:t>
            </w:r>
          </w:p>
        </w:tc>
      </w:tr>
      <w:tr w:rsidR="00D140EC" w14:paraId="3D315B89" w14:textId="77777777">
        <w:trPr>
          <w:cantSplit/>
          <w:jc w:val="center"/>
        </w:trPr>
        <w:tc>
          <w:tcPr>
            <w:tcW w:w="3744" w:type="dxa"/>
            <w:tcMar>
              <w:top w:w="80" w:type="dxa"/>
              <w:left w:w="90" w:type="dxa"/>
              <w:bottom w:w="80" w:type="dxa"/>
              <w:right w:w="90" w:type="dxa"/>
            </w:tcMar>
            <w:vAlign w:val="center"/>
          </w:tcPr>
          <w:p w14:paraId="20539925" w14:textId="77777777" w:rsidR="00D140EC" w:rsidRDefault="00000000">
            <w:pPr>
              <w:spacing w:after="0"/>
            </w:pPr>
            <w:r>
              <w:rPr>
                <w:sz w:val="15"/>
              </w:rPr>
              <w:t>Long visitor processing times</w:t>
            </w:r>
          </w:p>
        </w:tc>
        <w:tc>
          <w:tcPr>
            <w:tcW w:w="1152" w:type="dxa"/>
            <w:tcMar>
              <w:top w:w="80" w:type="dxa"/>
              <w:left w:w="90" w:type="dxa"/>
              <w:bottom w:w="80" w:type="dxa"/>
              <w:right w:w="90" w:type="dxa"/>
            </w:tcMar>
            <w:vAlign w:val="center"/>
          </w:tcPr>
          <w:p w14:paraId="4226E85F"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69AD6CBC" w14:textId="77777777" w:rsidR="00D140EC" w:rsidRDefault="00000000">
            <w:pPr>
              <w:spacing w:after="0"/>
            </w:pPr>
            <w:r>
              <w:rPr>
                <w:sz w:val="15"/>
              </w:rPr>
              <w:t>[ ]</w:t>
            </w:r>
          </w:p>
        </w:tc>
      </w:tr>
      <w:tr w:rsidR="00D140EC" w14:paraId="4C04945C" w14:textId="77777777">
        <w:trPr>
          <w:cantSplit/>
          <w:jc w:val="center"/>
        </w:trPr>
        <w:tc>
          <w:tcPr>
            <w:tcW w:w="3744" w:type="dxa"/>
            <w:tcMar>
              <w:top w:w="80" w:type="dxa"/>
              <w:left w:w="90" w:type="dxa"/>
              <w:bottom w:w="80" w:type="dxa"/>
              <w:right w:w="90" w:type="dxa"/>
            </w:tcMar>
            <w:vAlign w:val="center"/>
          </w:tcPr>
          <w:p w14:paraId="29917E8C" w14:textId="77777777" w:rsidR="00D140EC" w:rsidRDefault="00000000">
            <w:pPr>
              <w:spacing w:after="0"/>
            </w:pPr>
            <w:r>
              <w:rPr>
                <w:sz w:val="15"/>
              </w:rPr>
              <w:t>Too much manual guardhouse work</w:t>
            </w:r>
          </w:p>
        </w:tc>
        <w:tc>
          <w:tcPr>
            <w:tcW w:w="1152" w:type="dxa"/>
            <w:tcMar>
              <w:top w:w="80" w:type="dxa"/>
              <w:left w:w="90" w:type="dxa"/>
              <w:bottom w:w="80" w:type="dxa"/>
              <w:right w:w="90" w:type="dxa"/>
            </w:tcMar>
            <w:vAlign w:val="center"/>
          </w:tcPr>
          <w:p w14:paraId="4DB08A4A"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08B61306" w14:textId="77777777" w:rsidR="00D140EC" w:rsidRDefault="00000000">
            <w:pPr>
              <w:spacing w:after="0"/>
            </w:pPr>
            <w:r>
              <w:rPr>
                <w:sz w:val="15"/>
              </w:rPr>
              <w:t>[ ]</w:t>
            </w:r>
          </w:p>
        </w:tc>
      </w:tr>
      <w:tr w:rsidR="00D140EC" w14:paraId="780231E6" w14:textId="77777777">
        <w:trPr>
          <w:cantSplit/>
          <w:jc w:val="center"/>
        </w:trPr>
        <w:tc>
          <w:tcPr>
            <w:tcW w:w="3744" w:type="dxa"/>
            <w:tcMar>
              <w:top w:w="80" w:type="dxa"/>
              <w:left w:w="90" w:type="dxa"/>
              <w:bottom w:w="80" w:type="dxa"/>
              <w:right w:w="90" w:type="dxa"/>
            </w:tcMar>
            <w:vAlign w:val="center"/>
          </w:tcPr>
          <w:p w14:paraId="66BC7CB0" w14:textId="77777777" w:rsidR="00D140EC" w:rsidRDefault="00000000">
            <w:pPr>
              <w:spacing w:after="0"/>
            </w:pPr>
            <w:r>
              <w:rPr>
                <w:sz w:val="15"/>
              </w:rPr>
              <w:t>Poor resident experience</w:t>
            </w:r>
          </w:p>
        </w:tc>
        <w:tc>
          <w:tcPr>
            <w:tcW w:w="1152" w:type="dxa"/>
            <w:tcMar>
              <w:top w:w="80" w:type="dxa"/>
              <w:left w:w="90" w:type="dxa"/>
              <w:bottom w:w="80" w:type="dxa"/>
              <w:right w:w="90" w:type="dxa"/>
            </w:tcMar>
            <w:vAlign w:val="center"/>
          </w:tcPr>
          <w:p w14:paraId="68086206"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24A56436" w14:textId="77777777" w:rsidR="00D140EC" w:rsidRDefault="00000000">
            <w:pPr>
              <w:spacing w:after="0"/>
            </w:pPr>
            <w:r>
              <w:rPr>
                <w:sz w:val="15"/>
              </w:rPr>
              <w:t>[ ]</w:t>
            </w:r>
          </w:p>
        </w:tc>
      </w:tr>
      <w:tr w:rsidR="00D140EC" w14:paraId="118BECCE" w14:textId="77777777">
        <w:trPr>
          <w:cantSplit/>
          <w:jc w:val="center"/>
        </w:trPr>
        <w:tc>
          <w:tcPr>
            <w:tcW w:w="3744" w:type="dxa"/>
            <w:tcMar>
              <w:top w:w="80" w:type="dxa"/>
              <w:left w:w="90" w:type="dxa"/>
              <w:bottom w:w="80" w:type="dxa"/>
              <w:right w:w="90" w:type="dxa"/>
            </w:tcMar>
            <w:vAlign w:val="center"/>
          </w:tcPr>
          <w:p w14:paraId="07412CEF" w14:textId="77777777" w:rsidR="00D140EC" w:rsidRDefault="00000000">
            <w:pPr>
              <w:spacing w:after="0"/>
            </w:pPr>
            <w:r>
              <w:rPr>
                <w:sz w:val="15"/>
              </w:rPr>
              <w:t>Limited reporting / auditability</w:t>
            </w:r>
          </w:p>
        </w:tc>
        <w:tc>
          <w:tcPr>
            <w:tcW w:w="1152" w:type="dxa"/>
            <w:tcMar>
              <w:top w:w="80" w:type="dxa"/>
              <w:left w:w="90" w:type="dxa"/>
              <w:bottom w:w="80" w:type="dxa"/>
              <w:right w:w="90" w:type="dxa"/>
            </w:tcMar>
            <w:vAlign w:val="center"/>
          </w:tcPr>
          <w:p w14:paraId="6A658159"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532019D5" w14:textId="77777777" w:rsidR="00D140EC" w:rsidRDefault="00000000">
            <w:pPr>
              <w:spacing w:after="0"/>
            </w:pPr>
            <w:r>
              <w:rPr>
                <w:sz w:val="15"/>
              </w:rPr>
              <w:t>[ ]</w:t>
            </w:r>
          </w:p>
        </w:tc>
      </w:tr>
      <w:tr w:rsidR="00D140EC" w14:paraId="471EA1ED" w14:textId="77777777">
        <w:trPr>
          <w:cantSplit/>
          <w:jc w:val="center"/>
        </w:trPr>
        <w:tc>
          <w:tcPr>
            <w:tcW w:w="3744" w:type="dxa"/>
            <w:tcMar>
              <w:top w:w="80" w:type="dxa"/>
              <w:left w:w="90" w:type="dxa"/>
              <w:bottom w:w="80" w:type="dxa"/>
              <w:right w:w="90" w:type="dxa"/>
            </w:tcMar>
            <w:vAlign w:val="center"/>
          </w:tcPr>
          <w:p w14:paraId="400847F1" w14:textId="77777777" w:rsidR="00D140EC" w:rsidRDefault="00000000">
            <w:pPr>
              <w:spacing w:after="0"/>
            </w:pPr>
            <w:r>
              <w:rPr>
                <w:sz w:val="15"/>
              </w:rPr>
              <w:t>Credential cost / administration</w:t>
            </w:r>
          </w:p>
        </w:tc>
        <w:tc>
          <w:tcPr>
            <w:tcW w:w="1152" w:type="dxa"/>
            <w:tcMar>
              <w:top w:w="80" w:type="dxa"/>
              <w:left w:w="90" w:type="dxa"/>
              <w:bottom w:w="80" w:type="dxa"/>
              <w:right w:w="90" w:type="dxa"/>
            </w:tcMar>
            <w:vAlign w:val="center"/>
          </w:tcPr>
          <w:p w14:paraId="18BCCFBB"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1E79F0FB" w14:textId="77777777" w:rsidR="00D140EC" w:rsidRDefault="00000000">
            <w:pPr>
              <w:spacing w:after="0"/>
            </w:pPr>
            <w:r>
              <w:rPr>
                <w:sz w:val="15"/>
              </w:rPr>
              <w:t>[ ]</w:t>
            </w:r>
          </w:p>
        </w:tc>
      </w:tr>
      <w:tr w:rsidR="00D140EC" w14:paraId="3697BF60" w14:textId="77777777">
        <w:trPr>
          <w:cantSplit/>
          <w:jc w:val="center"/>
        </w:trPr>
        <w:tc>
          <w:tcPr>
            <w:tcW w:w="3744" w:type="dxa"/>
            <w:tcMar>
              <w:top w:w="80" w:type="dxa"/>
              <w:left w:w="90" w:type="dxa"/>
              <w:bottom w:w="80" w:type="dxa"/>
              <w:right w:w="90" w:type="dxa"/>
            </w:tcMar>
            <w:vAlign w:val="center"/>
          </w:tcPr>
          <w:p w14:paraId="7D36EBA4" w14:textId="77777777" w:rsidR="00D140EC" w:rsidRDefault="00000000">
            <w:pPr>
              <w:spacing w:after="0"/>
            </w:pPr>
            <w:r>
              <w:rPr>
                <w:sz w:val="15"/>
              </w:rPr>
              <w:t>Vendor access complexity</w:t>
            </w:r>
          </w:p>
        </w:tc>
        <w:tc>
          <w:tcPr>
            <w:tcW w:w="1152" w:type="dxa"/>
            <w:tcMar>
              <w:top w:w="80" w:type="dxa"/>
              <w:left w:w="90" w:type="dxa"/>
              <w:bottom w:w="80" w:type="dxa"/>
              <w:right w:w="90" w:type="dxa"/>
            </w:tcMar>
            <w:vAlign w:val="center"/>
          </w:tcPr>
          <w:p w14:paraId="3EFAFE05"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3DEFE101" w14:textId="77777777" w:rsidR="00D140EC" w:rsidRDefault="00000000">
            <w:pPr>
              <w:spacing w:after="0"/>
            </w:pPr>
            <w:r>
              <w:rPr>
                <w:sz w:val="15"/>
              </w:rPr>
              <w:t>[ ]</w:t>
            </w:r>
          </w:p>
        </w:tc>
      </w:tr>
      <w:tr w:rsidR="00D140EC" w14:paraId="2013D798" w14:textId="77777777">
        <w:trPr>
          <w:cantSplit/>
          <w:jc w:val="center"/>
        </w:trPr>
        <w:tc>
          <w:tcPr>
            <w:tcW w:w="3744" w:type="dxa"/>
            <w:tcMar>
              <w:top w:w="80" w:type="dxa"/>
              <w:left w:w="90" w:type="dxa"/>
              <w:bottom w:w="80" w:type="dxa"/>
              <w:right w:w="90" w:type="dxa"/>
            </w:tcMar>
            <w:vAlign w:val="center"/>
          </w:tcPr>
          <w:p w14:paraId="7695A1CF" w14:textId="77777777" w:rsidR="00D140EC" w:rsidRDefault="00000000">
            <w:pPr>
              <w:spacing w:after="0"/>
            </w:pPr>
            <w:r>
              <w:rPr>
                <w:sz w:val="15"/>
              </w:rPr>
              <w:t>Inaccurate / duplicated resident data</w:t>
            </w:r>
          </w:p>
        </w:tc>
        <w:tc>
          <w:tcPr>
            <w:tcW w:w="1152" w:type="dxa"/>
            <w:tcMar>
              <w:top w:w="80" w:type="dxa"/>
              <w:left w:w="90" w:type="dxa"/>
              <w:bottom w:w="80" w:type="dxa"/>
              <w:right w:w="90" w:type="dxa"/>
            </w:tcMar>
            <w:vAlign w:val="center"/>
          </w:tcPr>
          <w:p w14:paraId="656D7D87"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3475A3A6" w14:textId="77777777" w:rsidR="00D140EC" w:rsidRDefault="00000000">
            <w:pPr>
              <w:spacing w:after="0"/>
            </w:pPr>
            <w:r>
              <w:rPr>
                <w:sz w:val="15"/>
              </w:rPr>
              <w:t>[ ]</w:t>
            </w:r>
          </w:p>
        </w:tc>
      </w:tr>
      <w:tr w:rsidR="00D140EC" w14:paraId="31833027" w14:textId="77777777">
        <w:trPr>
          <w:cantSplit/>
          <w:jc w:val="center"/>
        </w:trPr>
        <w:tc>
          <w:tcPr>
            <w:tcW w:w="3744" w:type="dxa"/>
            <w:tcMar>
              <w:top w:w="80" w:type="dxa"/>
              <w:left w:w="90" w:type="dxa"/>
              <w:bottom w:w="80" w:type="dxa"/>
              <w:right w:w="90" w:type="dxa"/>
            </w:tcMar>
            <w:vAlign w:val="center"/>
          </w:tcPr>
          <w:p w14:paraId="3442B637" w14:textId="77777777" w:rsidR="00D140EC" w:rsidRDefault="00000000">
            <w:pPr>
              <w:spacing w:after="0"/>
            </w:pPr>
            <w:r>
              <w:rPr>
                <w:sz w:val="15"/>
              </w:rPr>
              <w:t>Limited PMS/HOA integration</w:t>
            </w:r>
          </w:p>
        </w:tc>
        <w:tc>
          <w:tcPr>
            <w:tcW w:w="1152" w:type="dxa"/>
            <w:tcMar>
              <w:top w:w="80" w:type="dxa"/>
              <w:left w:w="90" w:type="dxa"/>
              <w:bottom w:w="80" w:type="dxa"/>
              <w:right w:w="90" w:type="dxa"/>
            </w:tcMar>
            <w:vAlign w:val="center"/>
          </w:tcPr>
          <w:p w14:paraId="7E552734"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23CE042E" w14:textId="77777777" w:rsidR="00D140EC" w:rsidRDefault="00000000">
            <w:pPr>
              <w:spacing w:after="0"/>
            </w:pPr>
            <w:r>
              <w:rPr>
                <w:sz w:val="15"/>
              </w:rPr>
              <w:t>[ ]</w:t>
            </w:r>
          </w:p>
        </w:tc>
      </w:tr>
      <w:tr w:rsidR="00D140EC" w14:paraId="51CC6301" w14:textId="77777777">
        <w:trPr>
          <w:cantSplit/>
          <w:jc w:val="center"/>
        </w:trPr>
        <w:tc>
          <w:tcPr>
            <w:tcW w:w="3744" w:type="dxa"/>
            <w:tcMar>
              <w:top w:w="80" w:type="dxa"/>
              <w:left w:w="90" w:type="dxa"/>
              <w:bottom w:w="80" w:type="dxa"/>
              <w:right w:w="90" w:type="dxa"/>
            </w:tcMar>
            <w:vAlign w:val="center"/>
          </w:tcPr>
          <w:p w14:paraId="10DB2109" w14:textId="77777777" w:rsidR="00D140EC" w:rsidRDefault="00000000">
            <w:pPr>
              <w:spacing w:after="0"/>
            </w:pPr>
            <w:r>
              <w:rPr>
                <w:sz w:val="15"/>
              </w:rPr>
              <w:t>Outdated access-control hardware</w:t>
            </w:r>
          </w:p>
        </w:tc>
        <w:tc>
          <w:tcPr>
            <w:tcW w:w="1152" w:type="dxa"/>
            <w:tcMar>
              <w:top w:w="80" w:type="dxa"/>
              <w:left w:w="90" w:type="dxa"/>
              <w:bottom w:w="80" w:type="dxa"/>
              <w:right w:w="90" w:type="dxa"/>
            </w:tcMar>
            <w:vAlign w:val="center"/>
          </w:tcPr>
          <w:p w14:paraId="418F1A14"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29E859DE" w14:textId="77777777" w:rsidR="00D140EC" w:rsidRDefault="00000000">
            <w:pPr>
              <w:spacing w:after="0"/>
            </w:pPr>
            <w:r>
              <w:rPr>
                <w:sz w:val="15"/>
              </w:rPr>
              <w:t>[ ]</w:t>
            </w:r>
          </w:p>
        </w:tc>
      </w:tr>
      <w:tr w:rsidR="00D140EC" w14:paraId="5E9CCD91" w14:textId="77777777">
        <w:trPr>
          <w:cantSplit/>
          <w:jc w:val="center"/>
        </w:trPr>
        <w:tc>
          <w:tcPr>
            <w:tcW w:w="3744" w:type="dxa"/>
            <w:tcMar>
              <w:top w:w="80" w:type="dxa"/>
              <w:left w:w="90" w:type="dxa"/>
              <w:bottom w:w="80" w:type="dxa"/>
              <w:right w:w="90" w:type="dxa"/>
            </w:tcMar>
            <w:vAlign w:val="center"/>
          </w:tcPr>
          <w:p w14:paraId="28FEF089" w14:textId="77777777" w:rsidR="00D140EC" w:rsidRDefault="00000000">
            <w:pPr>
              <w:spacing w:after="0"/>
            </w:pPr>
            <w:r>
              <w:rPr>
                <w:sz w:val="15"/>
              </w:rPr>
              <w:t>Need for LPR</w:t>
            </w:r>
          </w:p>
        </w:tc>
        <w:tc>
          <w:tcPr>
            <w:tcW w:w="1152" w:type="dxa"/>
            <w:tcMar>
              <w:top w:w="80" w:type="dxa"/>
              <w:left w:w="90" w:type="dxa"/>
              <w:bottom w:w="80" w:type="dxa"/>
              <w:right w:w="90" w:type="dxa"/>
            </w:tcMar>
            <w:vAlign w:val="center"/>
          </w:tcPr>
          <w:p w14:paraId="575E8312"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5FD7386E" w14:textId="77777777" w:rsidR="00D140EC" w:rsidRDefault="00000000">
            <w:pPr>
              <w:spacing w:after="0"/>
            </w:pPr>
            <w:r>
              <w:rPr>
                <w:sz w:val="15"/>
              </w:rPr>
              <w:t>[ ]</w:t>
            </w:r>
          </w:p>
        </w:tc>
      </w:tr>
      <w:tr w:rsidR="00D140EC" w14:paraId="3AB06284" w14:textId="77777777">
        <w:trPr>
          <w:cantSplit/>
          <w:jc w:val="center"/>
        </w:trPr>
        <w:tc>
          <w:tcPr>
            <w:tcW w:w="3744" w:type="dxa"/>
            <w:tcMar>
              <w:top w:w="80" w:type="dxa"/>
              <w:left w:w="90" w:type="dxa"/>
              <w:bottom w:w="80" w:type="dxa"/>
              <w:right w:w="90" w:type="dxa"/>
            </w:tcMar>
            <w:vAlign w:val="center"/>
          </w:tcPr>
          <w:p w14:paraId="40872C50" w14:textId="77777777" w:rsidR="00D140EC" w:rsidRDefault="00000000">
            <w:pPr>
              <w:spacing w:after="0"/>
            </w:pPr>
            <w:r>
              <w:rPr>
                <w:sz w:val="15"/>
              </w:rPr>
              <w:t>Unmanned entry challenges</w:t>
            </w:r>
          </w:p>
        </w:tc>
        <w:tc>
          <w:tcPr>
            <w:tcW w:w="1152" w:type="dxa"/>
            <w:tcMar>
              <w:top w:w="80" w:type="dxa"/>
              <w:left w:w="90" w:type="dxa"/>
              <w:bottom w:w="80" w:type="dxa"/>
              <w:right w:w="90" w:type="dxa"/>
            </w:tcMar>
            <w:vAlign w:val="center"/>
          </w:tcPr>
          <w:p w14:paraId="1CBBBD79"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69609E93" w14:textId="77777777" w:rsidR="00D140EC" w:rsidRDefault="00000000">
            <w:pPr>
              <w:spacing w:after="0"/>
            </w:pPr>
            <w:r>
              <w:rPr>
                <w:sz w:val="15"/>
              </w:rPr>
              <w:t>[ ]</w:t>
            </w:r>
          </w:p>
        </w:tc>
      </w:tr>
      <w:tr w:rsidR="00D140EC" w14:paraId="3A5AA4A1" w14:textId="77777777">
        <w:trPr>
          <w:cantSplit/>
          <w:jc w:val="center"/>
        </w:trPr>
        <w:tc>
          <w:tcPr>
            <w:tcW w:w="3744" w:type="dxa"/>
            <w:tcMar>
              <w:top w:w="80" w:type="dxa"/>
              <w:left w:w="90" w:type="dxa"/>
              <w:bottom w:w="80" w:type="dxa"/>
              <w:right w:w="90" w:type="dxa"/>
            </w:tcMar>
            <w:vAlign w:val="center"/>
          </w:tcPr>
          <w:p w14:paraId="1BC03820" w14:textId="77777777" w:rsidR="00D140EC" w:rsidRDefault="00000000">
            <w:pPr>
              <w:spacing w:after="0"/>
            </w:pPr>
            <w:r>
              <w:rPr>
                <w:sz w:val="15"/>
              </w:rPr>
              <w:t>Staffing cost / coverage</w:t>
            </w:r>
          </w:p>
        </w:tc>
        <w:tc>
          <w:tcPr>
            <w:tcW w:w="1152" w:type="dxa"/>
            <w:tcMar>
              <w:top w:w="80" w:type="dxa"/>
              <w:left w:w="90" w:type="dxa"/>
              <w:bottom w:w="80" w:type="dxa"/>
              <w:right w:w="90" w:type="dxa"/>
            </w:tcMar>
            <w:vAlign w:val="center"/>
          </w:tcPr>
          <w:p w14:paraId="3835D2C1"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03E3199F" w14:textId="77777777" w:rsidR="00D140EC" w:rsidRDefault="00000000">
            <w:pPr>
              <w:spacing w:after="0"/>
            </w:pPr>
            <w:r>
              <w:rPr>
                <w:sz w:val="15"/>
              </w:rPr>
              <w:t>[ ]</w:t>
            </w:r>
          </w:p>
        </w:tc>
      </w:tr>
      <w:tr w:rsidR="00D140EC" w14:paraId="7DA8A0D3" w14:textId="77777777">
        <w:trPr>
          <w:cantSplit/>
          <w:jc w:val="center"/>
        </w:trPr>
        <w:tc>
          <w:tcPr>
            <w:tcW w:w="3744" w:type="dxa"/>
            <w:tcMar>
              <w:top w:w="80" w:type="dxa"/>
              <w:left w:w="90" w:type="dxa"/>
              <w:bottom w:w="80" w:type="dxa"/>
              <w:right w:w="90" w:type="dxa"/>
            </w:tcMar>
            <w:vAlign w:val="center"/>
          </w:tcPr>
          <w:p w14:paraId="426A9359" w14:textId="77777777" w:rsidR="00D140EC" w:rsidRDefault="00000000">
            <w:pPr>
              <w:spacing w:after="0"/>
            </w:pPr>
            <w:r>
              <w:rPr>
                <w:sz w:val="15"/>
              </w:rPr>
              <w:t>Limited gate activity visibility</w:t>
            </w:r>
          </w:p>
        </w:tc>
        <w:tc>
          <w:tcPr>
            <w:tcW w:w="1152" w:type="dxa"/>
            <w:tcMar>
              <w:top w:w="80" w:type="dxa"/>
              <w:left w:w="90" w:type="dxa"/>
              <w:bottom w:w="80" w:type="dxa"/>
              <w:right w:w="90" w:type="dxa"/>
            </w:tcMar>
            <w:vAlign w:val="center"/>
          </w:tcPr>
          <w:p w14:paraId="0DA39587"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57AC0780" w14:textId="77777777" w:rsidR="00D140EC" w:rsidRDefault="00000000">
            <w:pPr>
              <w:spacing w:after="0"/>
            </w:pPr>
            <w:r>
              <w:rPr>
                <w:sz w:val="15"/>
              </w:rPr>
              <w:t>[ ]</w:t>
            </w:r>
          </w:p>
        </w:tc>
      </w:tr>
      <w:tr w:rsidR="00D140EC" w14:paraId="4E40DBED" w14:textId="77777777">
        <w:trPr>
          <w:cantSplit/>
          <w:jc w:val="center"/>
        </w:trPr>
        <w:tc>
          <w:tcPr>
            <w:tcW w:w="3744" w:type="dxa"/>
            <w:tcMar>
              <w:top w:w="80" w:type="dxa"/>
              <w:left w:w="90" w:type="dxa"/>
              <w:bottom w:w="80" w:type="dxa"/>
              <w:right w:w="90" w:type="dxa"/>
            </w:tcMar>
            <w:vAlign w:val="center"/>
          </w:tcPr>
          <w:p w14:paraId="492EAB00" w14:textId="77777777" w:rsidR="00D140EC" w:rsidRDefault="00000000">
            <w:pPr>
              <w:spacing w:after="0"/>
            </w:pPr>
            <w:r>
              <w:rPr>
                <w:sz w:val="15"/>
              </w:rPr>
              <w:t>Reliability / outage concerns</w:t>
            </w:r>
          </w:p>
        </w:tc>
        <w:tc>
          <w:tcPr>
            <w:tcW w:w="1152" w:type="dxa"/>
            <w:tcMar>
              <w:top w:w="80" w:type="dxa"/>
              <w:left w:w="90" w:type="dxa"/>
              <w:bottom w:w="80" w:type="dxa"/>
              <w:right w:w="90" w:type="dxa"/>
            </w:tcMar>
            <w:vAlign w:val="center"/>
          </w:tcPr>
          <w:p w14:paraId="1E62EBA7"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53F7388A" w14:textId="77777777" w:rsidR="00D140EC" w:rsidRDefault="00000000">
            <w:pPr>
              <w:spacing w:after="0"/>
            </w:pPr>
            <w:r>
              <w:rPr>
                <w:sz w:val="15"/>
              </w:rPr>
              <w:t>[ ]</w:t>
            </w:r>
          </w:p>
        </w:tc>
      </w:tr>
      <w:tr w:rsidR="00D140EC" w14:paraId="0B1AEA10" w14:textId="77777777">
        <w:trPr>
          <w:cantSplit/>
          <w:jc w:val="center"/>
        </w:trPr>
        <w:tc>
          <w:tcPr>
            <w:tcW w:w="3744" w:type="dxa"/>
            <w:tcMar>
              <w:top w:w="80" w:type="dxa"/>
              <w:left w:w="90" w:type="dxa"/>
              <w:bottom w:w="80" w:type="dxa"/>
              <w:right w:w="90" w:type="dxa"/>
            </w:tcMar>
            <w:vAlign w:val="center"/>
          </w:tcPr>
          <w:p w14:paraId="2941EC1D" w14:textId="77777777" w:rsidR="00D140EC" w:rsidRDefault="00000000">
            <w:pPr>
              <w:spacing w:after="0"/>
            </w:pPr>
            <w:r>
              <w:rPr>
                <w:sz w:val="15"/>
              </w:rPr>
              <w:t>Other</w:t>
            </w:r>
          </w:p>
        </w:tc>
        <w:tc>
          <w:tcPr>
            <w:tcW w:w="1152" w:type="dxa"/>
            <w:tcMar>
              <w:top w:w="80" w:type="dxa"/>
              <w:left w:w="90" w:type="dxa"/>
              <w:bottom w:w="80" w:type="dxa"/>
              <w:right w:w="90" w:type="dxa"/>
            </w:tcMar>
            <w:vAlign w:val="center"/>
          </w:tcPr>
          <w:p w14:paraId="610BE648" w14:textId="77777777" w:rsidR="00D140EC" w:rsidRDefault="00000000">
            <w:pPr>
              <w:spacing w:after="0"/>
            </w:pPr>
            <w:r>
              <w:rPr>
                <w:sz w:val="15"/>
              </w:rPr>
              <w:t>☐</w:t>
            </w:r>
          </w:p>
        </w:tc>
        <w:tc>
          <w:tcPr>
            <w:tcW w:w="6336" w:type="dxa"/>
            <w:tcMar>
              <w:top w:w="80" w:type="dxa"/>
              <w:left w:w="90" w:type="dxa"/>
              <w:bottom w:w="80" w:type="dxa"/>
              <w:right w:w="90" w:type="dxa"/>
            </w:tcMar>
            <w:vAlign w:val="center"/>
          </w:tcPr>
          <w:p w14:paraId="208E3884" w14:textId="77777777" w:rsidR="00D140EC" w:rsidRDefault="00000000">
            <w:pPr>
              <w:spacing w:after="0"/>
            </w:pPr>
            <w:r>
              <w:rPr>
                <w:sz w:val="15"/>
              </w:rPr>
              <w:t>[ ]</w:t>
            </w:r>
          </w:p>
        </w:tc>
      </w:tr>
    </w:tbl>
    <w:p w14:paraId="22920D94" w14:textId="77777777" w:rsidR="00D140EC" w:rsidRDefault="00D140EC">
      <w:pPr>
        <w:spacing w:after="20"/>
      </w:pPr>
    </w:p>
    <w:p w14:paraId="581FAF38" w14:textId="77777777" w:rsidR="00D140EC" w:rsidRDefault="00000000">
      <w:pPr>
        <w:pStyle w:val="Heading1"/>
      </w:pPr>
      <w:r>
        <w:lastRenderedPageBreak/>
        <w:t>6. Project Objectives and Desired Outcomes</w:t>
      </w:r>
    </w:p>
    <w:p w14:paraId="5291E9FC" w14:textId="77777777" w:rsidR="00D140EC" w:rsidRDefault="00000000">
      <w:pPr>
        <w:spacing w:after="60"/>
      </w:pPr>
      <w:r>
        <w:rPr>
          <w:b/>
        </w:rPr>
        <w:t xml:space="preserve">Primary objective </w:t>
      </w:r>
      <w:r>
        <w:t>______________________________________________________________</w:t>
      </w:r>
    </w:p>
    <w:p w14:paraId="42CA3EF0" w14:textId="77777777" w:rsidR="00D140EC" w:rsidRDefault="00000000">
      <w:pPr>
        <w:spacing w:after="60"/>
      </w:pPr>
      <w:r>
        <w:rPr>
          <w:b/>
        </w:rPr>
        <w:t xml:space="preserve">Secondary objectives </w:t>
      </w:r>
      <w:r>
        <w:t>____________________________________________________________</w:t>
      </w:r>
    </w:p>
    <w:p w14:paraId="63DD6795" w14:textId="77777777" w:rsidR="00D140EC" w:rsidRDefault="00000000">
      <w:pPr>
        <w:spacing w:after="60"/>
      </w:pPr>
      <w:r>
        <w:rPr>
          <w:b/>
        </w:rPr>
        <w:t xml:space="preserve">Success measures / KPIs </w:t>
      </w:r>
      <w:r>
        <w:t>__________________________________________________________</w:t>
      </w:r>
    </w:p>
    <w:p w14:paraId="3FDBBCA2" w14:textId="77777777" w:rsidR="00D140EC" w:rsidRDefault="00000000">
      <w:pPr>
        <w:spacing w:after="60"/>
      </w:pPr>
      <w:r>
        <w:rPr>
          <w:b/>
        </w:rPr>
        <w:t xml:space="preserve">Known constraints </w:t>
      </w:r>
      <w:r>
        <w:t>________________________________________________________________</w:t>
      </w:r>
    </w:p>
    <w:tbl>
      <w:tblPr>
        <w:tblW w:w="0" w:type="auto"/>
        <w:jc w:val="center"/>
        <w:tblBorders>
          <w:top w:val="single" w:sz="8" w:space="0" w:color="8264FF"/>
          <w:left w:val="single" w:sz="8" w:space="0" w:color="8264FF"/>
          <w:bottom w:val="single" w:sz="8" w:space="0" w:color="8264FF"/>
          <w:right w:val="single" w:sz="8" w:space="0" w:color="8264FF"/>
          <w:insideH w:val="single" w:sz="8" w:space="0" w:color="8264FF"/>
          <w:insideV w:val="single" w:sz="8" w:space="0" w:color="8264FF"/>
        </w:tblBorders>
        <w:tblLook w:val="04A0" w:firstRow="1" w:lastRow="0" w:firstColumn="1" w:lastColumn="0" w:noHBand="0" w:noVBand="1"/>
      </w:tblPr>
      <w:tblGrid>
        <w:gridCol w:w="10204"/>
      </w:tblGrid>
      <w:tr w:rsidR="00D140EC" w14:paraId="7B461908" w14:textId="77777777">
        <w:trPr>
          <w:cantSplit/>
          <w:jc w:val="center"/>
        </w:trPr>
        <w:tc>
          <w:tcPr>
            <w:tcW w:w="10224" w:type="dxa"/>
            <w:shd w:val="clear" w:color="auto" w:fill="F4F2FF"/>
            <w:tcMar>
              <w:top w:w="120" w:type="dxa"/>
              <w:left w:w="140" w:type="dxa"/>
              <w:bottom w:w="120" w:type="dxa"/>
              <w:right w:w="140" w:type="dxa"/>
            </w:tcMar>
          </w:tcPr>
          <w:p w14:paraId="6BE07634" w14:textId="77777777" w:rsidR="00D140EC" w:rsidRDefault="00000000">
            <w:pPr>
              <w:spacing w:after="60"/>
            </w:pPr>
            <w:r>
              <w:rPr>
                <w:b/>
                <w:color w:val="8264FF"/>
              </w:rPr>
              <w:t>Outcome-based requirement example</w:t>
            </w:r>
          </w:p>
          <w:p w14:paraId="1D23A38D" w14:textId="77777777" w:rsidR="00D140EC" w:rsidRDefault="00000000">
            <w:pPr>
              <w:spacing w:after="0"/>
            </w:pPr>
            <w:r>
              <w:t>Instead of: “System must support windshield RFID tags.” Use: “Provide secure, convenient resident vehicle access with appropriate credential management, revocation, reporting and auditability. Describe the recommended approach, alternatives, costs and tradeoffs.”</w:t>
            </w:r>
          </w:p>
        </w:tc>
      </w:tr>
    </w:tbl>
    <w:p w14:paraId="4B3B4CAE" w14:textId="77777777" w:rsidR="00D140EC" w:rsidRDefault="00D140EC">
      <w:pPr>
        <w:spacing w:after="20"/>
      </w:pPr>
    </w:p>
    <w:p w14:paraId="3CF983F5" w14:textId="77777777" w:rsidR="00D140EC" w:rsidRDefault="00000000">
      <w:r>
        <w:br w:type="page"/>
      </w:r>
    </w:p>
    <w:p w14:paraId="4B481230" w14:textId="77777777" w:rsidR="00D140EC" w:rsidRDefault="00000000">
      <w:pPr>
        <w:pStyle w:val="Heading1"/>
      </w:pPr>
      <w:r>
        <w:lastRenderedPageBreak/>
        <w:t>7. Visitor Management Requirements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29"/>
        <w:gridCol w:w="2595"/>
        <w:gridCol w:w="3490"/>
      </w:tblGrid>
      <w:tr w:rsidR="00D140EC" w14:paraId="49B19C67" w14:textId="77777777">
        <w:trPr>
          <w:cantSplit/>
          <w:tblHeader/>
          <w:jc w:val="center"/>
        </w:trPr>
        <w:tc>
          <w:tcPr>
            <w:tcW w:w="4608" w:type="dxa"/>
            <w:shd w:val="clear" w:color="auto" w:fill="202333"/>
            <w:tcMar>
              <w:top w:w="80" w:type="dxa"/>
              <w:left w:w="90" w:type="dxa"/>
              <w:bottom w:w="80" w:type="dxa"/>
              <w:right w:w="90" w:type="dxa"/>
            </w:tcMar>
          </w:tcPr>
          <w:p w14:paraId="26EEA085"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2B90C311"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6B983838" w14:textId="77777777" w:rsidR="00D140EC" w:rsidRDefault="00000000">
            <w:pPr>
              <w:spacing w:after="0"/>
            </w:pPr>
            <w:r>
              <w:rPr>
                <w:b/>
                <w:color w:val="FFFFFF"/>
                <w:sz w:val="15"/>
              </w:rPr>
              <w:t>Vendor Response</w:t>
            </w:r>
          </w:p>
        </w:tc>
      </w:tr>
      <w:tr w:rsidR="00D140EC" w14:paraId="2FDB481A" w14:textId="77777777">
        <w:trPr>
          <w:cantSplit/>
          <w:jc w:val="center"/>
        </w:trPr>
        <w:tc>
          <w:tcPr>
            <w:tcW w:w="4608" w:type="dxa"/>
            <w:tcMar>
              <w:top w:w="80" w:type="dxa"/>
              <w:left w:w="90" w:type="dxa"/>
              <w:bottom w:w="80" w:type="dxa"/>
              <w:right w:w="90" w:type="dxa"/>
            </w:tcMar>
            <w:vAlign w:val="center"/>
          </w:tcPr>
          <w:p w14:paraId="3DC9F02A" w14:textId="77777777" w:rsidR="00D140EC" w:rsidRDefault="00000000">
            <w:pPr>
              <w:spacing w:after="0"/>
            </w:pPr>
            <w:r>
              <w:rPr>
                <w:sz w:val="15"/>
              </w:rPr>
              <w:t>Residents can pre-authorize personal visitors using one or more convenient methods.</w:t>
            </w:r>
          </w:p>
        </w:tc>
        <w:tc>
          <w:tcPr>
            <w:tcW w:w="2880" w:type="dxa"/>
            <w:tcMar>
              <w:top w:w="80" w:type="dxa"/>
              <w:left w:w="90" w:type="dxa"/>
              <w:bottom w:w="80" w:type="dxa"/>
              <w:right w:w="90" w:type="dxa"/>
            </w:tcMar>
            <w:vAlign w:val="center"/>
          </w:tcPr>
          <w:p w14:paraId="070F3F72"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F01B720" w14:textId="77777777" w:rsidR="00D140EC" w:rsidRDefault="00000000">
            <w:pPr>
              <w:spacing w:after="0"/>
            </w:pPr>
            <w:r>
              <w:rPr>
                <w:sz w:val="15"/>
              </w:rPr>
              <w:t>[VENDOR RESPONSE]</w:t>
            </w:r>
          </w:p>
        </w:tc>
      </w:tr>
      <w:tr w:rsidR="00D140EC" w14:paraId="0106BB0E" w14:textId="77777777">
        <w:trPr>
          <w:cantSplit/>
          <w:jc w:val="center"/>
        </w:trPr>
        <w:tc>
          <w:tcPr>
            <w:tcW w:w="4608" w:type="dxa"/>
            <w:tcMar>
              <w:top w:w="80" w:type="dxa"/>
              <w:left w:w="90" w:type="dxa"/>
              <w:bottom w:w="80" w:type="dxa"/>
              <w:right w:w="90" w:type="dxa"/>
            </w:tcMar>
            <w:vAlign w:val="center"/>
          </w:tcPr>
          <w:p w14:paraId="0A69E27E" w14:textId="77777777" w:rsidR="00D140EC" w:rsidRDefault="00000000">
            <w:pPr>
              <w:spacing w:after="0"/>
            </w:pPr>
            <w:r>
              <w:rPr>
                <w:sz w:val="15"/>
              </w:rPr>
              <w:t>Support recurring / permanent guest authorization with configurable rules.</w:t>
            </w:r>
          </w:p>
        </w:tc>
        <w:tc>
          <w:tcPr>
            <w:tcW w:w="2880" w:type="dxa"/>
            <w:tcMar>
              <w:top w:w="80" w:type="dxa"/>
              <w:left w:w="90" w:type="dxa"/>
              <w:bottom w:w="80" w:type="dxa"/>
              <w:right w:w="90" w:type="dxa"/>
            </w:tcMar>
            <w:vAlign w:val="center"/>
          </w:tcPr>
          <w:p w14:paraId="1B22B57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D989131" w14:textId="77777777" w:rsidR="00D140EC" w:rsidRDefault="00000000">
            <w:pPr>
              <w:spacing w:after="0"/>
            </w:pPr>
            <w:r>
              <w:rPr>
                <w:sz w:val="15"/>
              </w:rPr>
              <w:t>[VENDOR RESPONSE]</w:t>
            </w:r>
          </w:p>
        </w:tc>
      </w:tr>
      <w:tr w:rsidR="00D140EC" w14:paraId="764F1E65" w14:textId="77777777">
        <w:trPr>
          <w:cantSplit/>
          <w:jc w:val="center"/>
        </w:trPr>
        <w:tc>
          <w:tcPr>
            <w:tcW w:w="4608" w:type="dxa"/>
            <w:tcMar>
              <w:top w:w="80" w:type="dxa"/>
              <w:left w:w="90" w:type="dxa"/>
              <w:bottom w:w="80" w:type="dxa"/>
              <w:right w:w="90" w:type="dxa"/>
            </w:tcMar>
            <w:vAlign w:val="center"/>
          </w:tcPr>
          <w:p w14:paraId="7A42A8AD" w14:textId="77777777" w:rsidR="00D140EC" w:rsidRDefault="00000000">
            <w:pPr>
              <w:spacing w:after="0"/>
            </w:pPr>
            <w:r>
              <w:rPr>
                <w:sz w:val="15"/>
              </w:rPr>
              <w:t>Support time-limited and date-limited visitor authorization.</w:t>
            </w:r>
          </w:p>
        </w:tc>
        <w:tc>
          <w:tcPr>
            <w:tcW w:w="2880" w:type="dxa"/>
            <w:tcMar>
              <w:top w:w="80" w:type="dxa"/>
              <w:left w:w="90" w:type="dxa"/>
              <w:bottom w:w="80" w:type="dxa"/>
              <w:right w:w="90" w:type="dxa"/>
            </w:tcMar>
            <w:vAlign w:val="center"/>
          </w:tcPr>
          <w:p w14:paraId="6A4DF593"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BD2F007" w14:textId="77777777" w:rsidR="00D140EC" w:rsidRDefault="00000000">
            <w:pPr>
              <w:spacing w:after="0"/>
            </w:pPr>
            <w:r>
              <w:rPr>
                <w:sz w:val="15"/>
              </w:rPr>
              <w:t>[VENDOR RESPONSE]</w:t>
            </w:r>
          </w:p>
        </w:tc>
      </w:tr>
      <w:tr w:rsidR="00D140EC" w14:paraId="69A77114" w14:textId="77777777">
        <w:trPr>
          <w:cantSplit/>
          <w:jc w:val="center"/>
        </w:trPr>
        <w:tc>
          <w:tcPr>
            <w:tcW w:w="4608" w:type="dxa"/>
            <w:tcMar>
              <w:top w:w="80" w:type="dxa"/>
              <w:left w:w="90" w:type="dxa"/>
              <w:bottom w:w="80" w:type="dxa"/>
              <w:right w:w="90" w:type="dxa"/>
            </w:tcMar>
            <w:vAlign w:val="center"/>
          </w:tcPr>
          <w:p w14:paraId="544E116F" w14:textId="77777777" w:rsidR="00D140EC" w:rsidRDefault="00000000">
            <w:pPr>
              <w:spacing w:after="0"/>
            </w:pPr>
            <w:r>
              <w:rPr>
                <w:sz w:val="15"/>
              </w:rPr>
              <w:t>Provide a workflow for unregistered / unexpected visitors.</w:t>
            </w:r>
          </w:p>
        </w:tc>
        <w:tc>
          <w:tcPr>
            <w:tcW w:w="2880" w:type="dxa"/>
            <w:tcMar>
              <w:top w:w="80" w:type="dxa"/>
              <w:left w:w="90" w:type="dxa"/>
              <w:bottom w:w="80" w:type="dxa"/>
              <w:right w:w="90" w:type="dxa"/>
            </w:tcMar>
            <w:vAlign w:val="center"/>
          </w:tcPr>
          <w:p w14:paraId="51FFBC32"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AE3A114" w14:textId="77777777" w:rsidR="00D140EC" w:rsidRDefault="00000000">
            <w:pPr>
              <w:spacing w:after="0"/>
            </w:pPr>
            <w:r>
              <w:rPr>
                <w:sz w:val="15"/>
              </w:rPr>
              <w:t>[VENDOR RESPONSE]</w:t>
            </w:r>
          </w:p>
        </w:tc>
      </w:tr>
      <w:tr w:rsidR="00D140EC" w14:paraId="60A55494" w14:textId="77777777">
        <w:trPr>
          <w:cantSplit/>
          <w:jc w:val="center"/>
        </w:trPr>
        <w:tc>
          <w:tcPr>
            <w:tcW w:w="4608" w:type="dxa"/>
            <w:tcMar>
              <w:top w:w="80" w:type="dxa"/>
              <w:left w:w="90" w:type="dxa"/>
              <w:bottom w:w="80" w:type="dxa"/>
              <w:right w:w="90" w:type="dxa"/>
            </w:tcMar>
            <w:vAlign w:val="center"/>
          </w:tcPr>
          <w:p w14:paraId="57A9ECEC" w14:textId="77777777" w:rsidR="00D140EC" w:rsidRDefault="00000000">
            <w:pPr>
              <w:spacing w:after="0"/>
            </w:pPr>
            <w:r>
              <w:rPr>
                <w:sz w:val="15"/>
              </w:rPr>
              <w:t>Allow authorized staff to search, verify, admit, deny and document visitors.</w:t>
            </w:r>
          </w:p>
        </w:tc>
        <w:tc>
          <w:tcPr>
            <w:tcW w:w="2880" w:type="dxa"/>
            <w:tcMar>
              <w:top w:w="80" w:type="dxa"/>
              <w:left w:w="90" w:type="dxa"/>
              <w:bottom w:w="80" w:type="dxa"/>
              <w:right w:w="90" w:type="dxa"/>
            </w:tcMar>
            <w:vAlign w:val="center"/>
          </w:tcPr>
          <w:p w14:paraId="2CF2FFB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148CB21" w14:textId="77777777" w:rsidR="00D140EC" w:rsidRDefault="00000000">
            <w:pPr>
              <w:spacing w:after="0"/>
            </w:pPr>
            <w:r>
              <w:rPr>
                <w:sz w:val="15"/>
              </w:rPr>
              <w:t>[VENDOR RESPONSE]</w:t>
            </w:r>
          </w:p>
        </w:tc>
      </w:tr>
      <w:tr w:rsidR="00D140EC" w14:paraId="700A23E4" w14:textId="77777777">
        <w:trPr>
          <w:cantSplit/>
          <w:jc w:val="center"/>
        </w:trPr>
        <w:tc>
          <w:tcPr>
            <w:tcW w:w="4608" w:type="dxa"/>
            <w:tcMar>
              <w:top w:w="80" w:type="dxa"/>
              <w:left w:w="90" w:type="dxa"/>
              <w:bottom w:w="80" w:type="dxa"/>
              <w:right w:w="90" w:type="dxa"/>
            </w:tcMar>
            <w:vAlign w:val="center"/>
          </w:tcPr>
          <w:p w14:paraId="41AA9652" w14:textId="77777777" w:rsidR="00D140EC" w:rsidRDefault="00000000">
            <w:pPr>
              <w:spacing w:after="0"/>
            </w:pPr>
            <w:r>
              <w:rPr>
                <w:sz w:val="15"/>
              </w:rPr>
              <w:t>Record arrival and, where applicable, departure activity.</w:t>
            </w:r>
          </w:p>
        </w:tc>
        <w:tc>
          <w:tcPr>
            <w:tcW w:w="2880" w:type="dxa"/>
            <w:tcMar>
              <w:top w:w="80" w:type="dxa"/>
              <w:left w:w="90" w:type="dxa"/>
              <w:bottom w:w="80" w:type="dxa"/>
              <w:right w:w="90" w:type="dxa"/>
            </w:tcMar>
            <w:vAlign w:val="center"/>
          </w:tcPr>
          <w:p w14:paraId="4855A3F3"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87F8B27" w14:textId="77777777" w:rsidR="00D140EC" w:rsidRDefault="00000000">
            <w:pPr>
              <w:spacing w:after="0"/>
            </w:pPr>
            <w:r>
              <w:rPr>
                <w:sz w:val="15"/>
              </w:rPr>
              <w:t>[VENDOR RESPONSE]</w:t>
            </w:r>
          </w:p>
        </w:tc>
      </w:tr>
      <w:tr w:rsidR="00D140EC" w14:paraId="69F14FA5" w14:textId="77777777">
        <w:trPr>
          <w:cantSplit/>
          <w:jc w:val="center"/>
        </w:trPr>
        <w:tc>
          <w:tcPr>
            <w:tcW w:w="4608" w:type="dxa"/>
            <w:tcMar>
              <w:top w:w="80" w:type="dxa"/>
              <w:left w:w="90" w:type="dxa"/>
              <w:bottom w:w="80" w:type="dxa"/>
              <w:right w:w="90" w:type="dxa"/>
            </w:tcMar>
            <w:vAlign w:val="center"/>
          </w:tcPr>
          <w:p w14:paraId="500FE208" w14:textId="77777777" w:rsidR="00D140EC" w:rsidRDefault="00000000">
            <w:pPr>
              <w:spacing w:after="0"/>
            </w:pPr>
            <w:r>
              <w:rPr>
                <w:sz w:val="15"/>
              </w:rPr>
              <w:t>Support configurable resident notifications when visitors arrive or are processed.</w:t>
            </w:r>
          </w:p>
        </w:tc>
        <w:tc>
          <w:tcPr>
            <w:tcW w:w="2880" w:type="dxa"/>
            <w:tcMar>
              <w:top w:w="80" w:type="dxa"/>
              <w:left w:w="90" w:type="dxa"/>
              <w:bottom w:w="80" w:type="dxa"/>
              <w:right w:w="90" w:type="dxa"/>
            </w:tcMar>
            <w:vAlign w:val="center"/>
          </w:tcPr>
          <w:p w14:paraId="0C5F1EA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827CD07" w14:textId="77777777" w:rsidR="00D140EC" w:rsidRDefault="00000000">
            <w:pPr>
              <w:spacing w:after="0"/>
            </w:pPr>
            <w:r>
              <w:rPr>
                <w:sz w:val="15"/>
              </w:rPr>
              <w:t>[VENDOR RESPONSE]</w:t>
            </w:r>
          </w:p>
        </w:tc>
      </w:tr>
      <w:tr w:rsidR="00D140EC" w14:paraId="1912F038" w14:textId="77777777">
        <w:trPr>
          <w:cantSplit/>
          <w:jc w:val="center"/>
        </w:trPr>
        <w:tc>
          <w:tcPr>
            <w:tcW w:w="4608" w:type="dxa"/>
            <w:tcMar>
              <w:top w:w="80" w:type="dxa"/>
              <w:left w:w="90" w:type="dxa"/>
              <w:bottom w:w="80" w:type="dxa"/>
              <w:right w:w="90" w:type="dxa"/>
            </w:tcMar>
            <w:vAlign w:val="center"/>
          </w:tcPr>
          <w:p w14:paraId="69895F6E" w14:textId="77777777" w:rsidR="00D140EC" w:rsidRDefault="00000000">
            <w:pPr>
              <w:spacing w:after="0"/>
            </w:pPr>
            <w:r>
              <w:rPr>
                <w:sz w:val="15"/>
              </w:rPr>
              <w:t>Support visitor instructions, notes, restrictions and access conditions.</w:t>
            </w:r>
          </w:p>
        </w:tc>
        <w:tc>
          <w:tcPr>
            <w:tcW w:w="2880" w:type="dxa"/>
            <w:tcMar>
              <w:top w:w="80" w:type="dxa"/>
              <w:left w:w="90" w:type="dxa"/>
              <w:bottom w:w="80" w:type="dxa"/>
              <w:right w:w="90" w:type="dxa"/>
            </w:tcMar>
            <w:vAlign w:val="center"/>
          </w:tcPr>
          <w:p w14:paraId="561EEDC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B94DDEE" w14:textId="77777777" w:rsidR="00D140EC" w:rsidRDefault="00000000">
            <w:pPr>
              <w:spacing w:after="0"/>
            </w:pPr>
            <w:r>
              <w:rPr>
                <w:sz w:val="15"/>
              </w:rPr>
              <w:t>[VENDOR RESPONSE]</w:t>
            </w:r>
          </w:p>
        </w:tc>
      </w:tr>
      <w:tr w:rsidR="00D140EC" w14:paraId="457C3FB7" w14:textId="77777777">
        <w:trPr>
          <w:cantSplit/>
          <w:jc w:val="center"/>
        </w:trPr>
        <w:tc>
          <w:tcPr>
            <w:tcW w:w="4608" w:type="dxa"/>
            <w:tcMar>
              <w:top w:w="80" w:type="dxa"/>
              <w:left w:w="90" w:type="dxa"/>
              <w:bottom w:w="80" w:type="dxa"/>
              <w:right w:w="90" w:type="dxa"/>
            </w:tcMar>
            <w:vAlign w:val="center"/>
          </w:tcPr>
          <w:p w14:paraId="06965875" w14:textId="77777777" w:rsidR="00D140EC" w:rsidRDefault="00000000">
            <w:pPr>
              <w:spacing w:after="0"/>
            </w:pPr>
            <w:r>
              <w:rPr>
                <w:sz w:val="15"/>
              </w:rPr>
              <w:t>Describe available digital passes, QR codes, email invitations or other visitor credentials.</w:t>
            </w:r>
          </w:p>
        </w:tc>
        <w:tc>
          <w:tcPr>
            <w:tcW w:w="2880" w:type="dxa"/>
            <w:tcMar>
              <w:top w:w="80" w:type="dxa"/>
              <w:left w:w="90" w:type="dxa"/>
              <w:bottom w:w="80" w:type="dxa"/>
              <w:right w:w="90" w:type="dxa"/>
            </w:tcMar>
            <w:vAlign w:val="center"/>
          </w:tcPr>
          <w:p w14:paraId="50CC3840"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596CE7C" w14:textId="77777777" w:rsidR="00D140EC" w:rsidRDefault="00000000">
            <w:pPr>
              <w:spacing w:after="0"/>
            </w:pPr>
            <w:r>
              <w:rPr>
                <w:sz w:val="15"/>
              </w:rPr>
              <w:t>[VENDOR RESPONSE]</w:t>
            </w:r>
          </w:p>
        </w:tc>
      </w:tr>
      <w:tr w:rsidR="00D140EC" w14:paraId="6705D48F" w14:textId="77777777">
        <w:trPr>
          <w:cantSplit/>
          <w:jc w:val="center"/>
        </w:trPr>
        <w:tc>
          <w:tcPr>
            <w:tcW w:w="4608" w:type="dxa"/>
            <w:tcMar>
              <w:top w:w="80" w:type="dxa"/>
              <w:left w:w="90" w:type="dxa"/>
              <w:bottom w:w="80" w:type="dxa"/>
              <w:right w:w="90" w:type="dxa"/>
            </w:tcMar>
            <w:vAlign w:val="center"/>
          </w:tcPr>
          <w:p w14:paraId="4AA5330F" w14:textId="77777777" w:rsidR="00D140EC" w:rsidRDefault="00000000">
            <w:pPr>
              <w:spacing w:after="0"/>
            </w:pPr>
            <w:r>
              <w:rPr>
                <w:sz w:val="15"/>
              </w:rPr>
              <w:t>Describe telephone / voicemail-assisted registration options, if available.</w:t>
            </w:r>
          </w:p>
        </w:tc>
        <w:tc>
          <w:tcPr>
            <w:tcW w:w="2880" w:type="dxa"/>
            <w:tcMar>
              <w:top w:w="80" w:type="dxa"/>
              <w:left w:w="90" w:type="dxa"/>
              <w:bottom w:w="80" w:type="dxa"/>
              <w:right w:w="90" w:type="dxa"/>
            </w:tcMar>
            <w:vAlign w:val="center"/>
          </w:tcPr>
          <w:p w14:paraId="3EA4AFA6"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EF34E0B" w14:textId="77777777" w:rsidR="00D140EC" w:rsidRDefault="00000000">
            <w:pPr>
              <w:spacing w:after="0"/>
            </w:pPr>
            <w:r>
              <w:rPr>
                <w:sz w:val="15"/>
              </w:rPr>
              <w:t>[VENDOR RESPONSE]</w:t>
            </w:r>
          </w:p>
        </w:tc>
      </w:tr>
      <w:tr w:rsidR="00D140EC" w14:paraId="5A32AF36" w14:textId="77777777">
        <w:trPr>
          <w:cantSplit/>
          <w:jc w:val="center"/>
        </w:trPr>
        <w:tc>
          <w:tcPr>
            <w:tcW w:w="4608" w:type="dxa"/>
            <w:tcMar>
              <w:top w:w="80" w:type="dxa"/>
              <w:left w:w="90" w:type="dxa"/>
              <w:bottom w:w="80" w:type="dxa"/>
              <w:right w:w="90" w:type="dxa"/>
            </w:tcMar>
            <w:vAlign w:val="center"/>
          </w:tcPr>
          <w:p w14:paraId="65B8669C" w14:textId="77777777" w:rsidR="00D140EC" w:rsidRDefault="00000000">
            <w:pPr>
              <w:spacing w:after="0"/>
            </w:pPr>
            <w:r>
              <w:rPr>
                <w:sz w:val="15"/>
              </w:rPr>
              <w:t>Describe how duplicate visitor records, name variations and household associations are handled.</w:t>
            </w:r>
          </w:p>
        </w:tc>
        <w:tc>
          <w:tcPr>
            <w:tcW w:w="2880" w:type="dxa"/>
            <w:tcMar>
              <w:top w:w="80" w:type="dxa"/>
              <w:left w:w="90" w:type="dxa"/>
              <w:bottom w:w="80" w:type="dxa"/>
              <w:right w:w="90" w:type="dxa"/>
            </w:tcMar>
            <w:vAlign w:val="center"/>
          </w:tcPr>
          <w:p w14:paraId="6E4567C1"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7AA4554" w14:textId="77777777" w:rsidR="00D140EC" w:rsidRDefault="00000000">
            <w:pPr>
              <w:spacing w:after="0"/>
            </w:pPr>
            <w:r>
              <w:rPr>
                <w:sz w:val="15"/>
              </w:rPr>
              <w:t>[VENDOR RESPONSE]</w:t>
            </w:r>
          </w:p>
        </w:tc>
      </w:tr>
      <w:tr w:rsidR="00D140EC" w14:paraId="524AB505" w14:textId="77777777">
        <w:trPr>
          <w:cantSplit/>
          <w:jc w:val="center"/>
        </w:trPr>
        <w:tc>
          <w:tcPr>
            <w:tcW w:w="4608" w:type="dxa"/>
            <w:tcMar>
              <w:top w:w="80" w:type="dxa"/>
              <w:left w:w="90" w:type="dxa"/>
              <w:bottom w:w="80" w:type="dxa"/>
              <w:right w:w="90" w:type="dxa"/>
            </w:tcMar>
            <w:vAlign w:val="center"/>
          </w:tcPr>
          <w:p w14:paraId="657882A8" w14:textId="77777777" w:rsidR="00D140EC" w:rsidRDefault="00000000">
            <w:pPr>
              <w:spacing w:after="0"/>
            </w:pPr>
            <w:r>
              <w:rPr>
                <w:sz w:val="15"/>
              </w:rPr>
              <w:t>Describe retention, search and export of visitor history.</w:t>
            </w:r>
          </w:p>
        </w:tc>
        <w:tc>
          <w:tcPr>
            <w:tcW w:w="2880" w:type="dxa"/>
            <w:tcMar>
              <w:top w:w="80" w:type="dxa"/>
              <w:left w:w="90" w:type="dxa"/>
              <w:bottom w:w="80" w:type="dxa"/>
              <w:right w:w="90" w:type="dxa"/>
            </w:tcMar>
            <w:vAlign w:val="center"/>
          </w:tcPr>
          <w:p w14:paraId="5B39514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0F0005D" w14:textId="77777777" w:rsidR="00D140EC" w:rsidRDefault="00000000">
            <w:pPr>
              <w:spacing w:after="0"/>
            </w:pPr>
            <w:r>
              <w:rPr>
                <w:sz w:val="15"/>
              </w:rPr>
              <w:t>[VENDOR RESPONSE]</w:t>
            </w:r>
          </w:p>
        </w:tc>
      </w:tr>
    </w:tbl>
    <w:p w14:paraId="170F545D" w14:textId="77777777" w:rsidR="00D140EC" w:rsidRDefault="00D140EC">
      <w:pPr>
        <w:spacing w:after="20"/>
      </w:pPr>
    </w:p>
    <w:p w14:paraId="42243B91" w14:textId="77777777" w:rsidR="00D140EC" w:rsidRDefault="00000000">
      <w:pPr>
        <w:pStyle w:val="Heading1"/>
      </w:pPr>
      <w:r>
        <w:t>8. Resident Access Requirements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34"/>
        <w:gridCol w:w="2593"/>
        <w:gridCol w:w="3487"/>
      </w:tblGrid>
      <w:tr w:rsidR="00D140EC" w14:paraId="01C86567" w14:textId="77777777">
        <w:trPr>
          <w:cantSplit/>
          <w:tblHeader/>
          <w:jc w:val="center"/>
        </w:trPr>
        <w:tc>
          <w:tcPr>
            <w:tcW w:w="4608" w:type="dxa"/>
            <w:shd w:val="clear" w:color="auto" w:fill="202333"/>
            <w:tcMar>
              <w:top w:w="80" w:type="dxa"/>
              <w:left w:w="90" w:type="dxa"/>
              <w:bottom w:w="80" w:type="dxa"/>
              <w:right w:w="90" w:type="dxa"/>
            </w:tcMar>
          </w:tcPr>
          <w:p w14:paraId="030E03F8"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4BBAEFD9"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5D903EDC" w14:textId="77777777" w:rsidR="00D140EC" w:rsidRDefault="00000000">
            <w:pPr>
              <w:spacing w:after="0"/>
            </w:pPr>
            <w:r>
              <w:rPr>
                <w:b/>
                <w:color w:val="FFFFFF"/>
                <w:sz w:val="15"/>
              </w:rPr>
              <w:t>Vendor Response</w:t>
            </w:r>
          </w:p>
        </w:tc>
      </w:tr>
      <w:tr w:rsidR="00D140EC" w14:paraId="0BDEFF5B" w14:textId="77777777">
        <w:trPr>
          <w:cantSplit/>
          <w:jc w:val="center"/>
        </w:trPr>
        <w:tc>
          <w:tcPr>
            <w:tcW w:w="4608" w:type="dxa"/>
            <w:tcMar>
              <w:top w:w="80" w:type="dxa"/>
              <w:left w:w="90" w:type="dxa"/>
              <w:bottom w:w="80" w:type="dxa"/>
              <w:right w:w="90" w:type="dxa"/>
            </w:tcMar>
            <w:vAlign w:val="center"/>
          </w:tcPr>
          <w:p w14:paraId="7FE6CDF9" w14:textId="77777777" w:rsidR="00D140EC" w:rsidRDefault="00000000">
            <w:pPr>
              <w:spacing w:after="0"/>
            </w:pPr>
            <w:r>
              <w:rPr>
                <w:sz w:val="15"/>
              </w:rPr>
              <w:t>Provide secure, convenient resident vehicle and/or pedestrian access without unnecessary attendant intervention.</w:t>
            </w:r>
          </w:p>
        </w:tc>
        <w:tc>
          <w:tcPr>
            <w:tcW w:w="2880" w:type="dxa"/>
            <w:tcMar>
              <w:top w:w="80" w:type="dxa"/>
              <w:left w:w="90" w:type="dxa"/>
              <w:bottom w:w="80" w:type="dxa"/>
              <w:right w:w="90" w:type="dxa"/>
            </w:tcMar>
            <w:vAlign w:val="center"/>
          </w:tcPr>
          <w:p w14:paraId="5478B415"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5A16651" w14:textId="77777777" w:rsidR="00D140EC" w:rsidRDefault="00000000">
            <w:pPr>
              <w:spacing w:after="0"/>
            </w:pPr>
            <w:r>
              <w:rPr>
                <w:sz w:val="15"/>
              </w:rPr>
              <w:t>[VENDOR RESPONSE]</w:t>
            </w:r>
          </w:p>
        </w:tc>
      </w:tr>
      <w:tr w:rsidR="00D140EC" w14:paraId="5B8F198B" w14:textId="77777777">
        <w:trPr>
          <w:cantSplit/>
          <w:jc w:val="center"/>
        </w:trPr>
        <w:tc>
          <w:tcPr>
            <w:tcW w:w="4608" w:type="dxa"/>
            <w:tcMar>
              <w:top w:w="80" w:type="dxa"/>
              <w:left w:w="90" w:type="dxa"/>
              <w:bottom w:w="80" w:type="dxa"/>
              <w:right w:w="90" w:type="dxa"/>
            </w:tcMar>
            <w:vAlign w:val="center"/>
          </w:tcPr>
          <w:p w14:paraId="04F6F5F1" w14:textId="77777777" w:rsidR="00D140EC" w:rsidRDefault="00000000">
            <w:pPr>
              <w:spacing w:after="0"/>
            </w:pPr>
            <w:r>
              <w:rPr>
                <w:sz w:val="15"/>
              </w:rPr>
              <w:t>Describe supported access methods such as LPR, BLE/mobile, RFID, cards, fobs, PINs or other credentials.</w:t>
            </w:r>
          </w:p>
        </w:tc>
        <w:tc>
          <w:tcPr>
            <w:tcW w:w="2880" w:type="dxa"/>
            <w:tcMar>
              <w:top w:w="80" w:type="dxa"/>
              <w:left w:w="90" w:type="dxa"/>
              <w:bottom w:w="80" w:type="dxa"/>
              <w:right w:w="90" w:type="dxa"/>
            </w:tcMar>
            <w:vAlign w:val="center"/>
          </w:tcPr>
          <w:p w14:paraId="1145D4A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EFBC3B0" w14:textId="77777777" w:rsidR="00D140EC" w:rsidRDefault="00000000">
            <w:pPr>
              <w:spacing w:after="0"/>
            </w:pPr>
            <w:r>
              <w:rPr>
                <w:sz w:val="15"/>
              </w:rPr>
              <w:t>[VENDOR RESPONSE]</w:t>
            </w:r>
          </w:p>
        </w:tc>
      </w:tr>
      <w:tr w:rsidR="00D140EC" w14:paraId="1BC38056" w14:textId="77777777">
        <w:trPr>
          <w:cantSplit/>
          <w:jc w:val="center"/>
        </w:trPr>
        <w:tc>
          <w:tcPr>
            <w:tcW w:w="4608" w:type="dxa"/>
            <w:tcMar>
              <w:top w:w="80" w:type="dxa"/>
              <w:left w:w="90" w:type="dxa"/>
              <w:bottom w:w="80" w:type="dxa"/>
              <w:right w:w="90" w:type="dxa"/>
            </w:tcMar>
            <w:vAlign w:val="center"/>
          </w:tcPr>
          <w:p w14:paraId="1BD3C4D6" w14:textId="77777777" w:rsidR="00D140EC" w:rsidRDefault="00000000">
            <w:pPr>
              <w:spacing w:after="0"/>
            </w:pPr>
            <w:r>
              <w:rPr>
                <w:sz w:val="15"/>
              </w:rPr>
              <w:t>Explain advantages, limitations and operating costs of the recommended resident access method.</w:t>
            </w:r>
          </w:p>
        </w:tc>
        <w:tc>
          <w:tcPr>
            <w:tcW w:w="2880" w:type="dxa"/>
            <w:tcMar>
              <w:top w:w="80" w:type="dxa"/>
              <w:left w:w="90" w:type="dxa"/>
              <w:bottom w:w="80" w:type="dxa"/>
              <w:right w:w="90" w:type="dxa"/>
            </w:tcMar>
            <w:vAlign w:val="center"/>
          </w:tcPr>
          <w:p w14:paraId="26330954"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EF9AF37" w14:textId="77777777" w:rsidR="00D140EC" w:rsidRDefault="00000000">
            <w:pPr>
              <w:spacing w:after="0"/>
            </w:pPr>
            <w:r>
              <w:rPr>
                <w:sz w:val="15"/>
              </w:rPr>
              <w:t>[VENDOR RESPONSE]</w:t>
            </w:r>
          </w:p>
        </w:tc>
      </w:tr>
      <w:tr w:rsidR="00D140EC" w14:paraId="49D03FEC" w14:textId="77777777">
        <w:trPr>
          <w:cantSplit/>
          <w:jc w:val="center"/>
        </w:trPr>
        <w:tc>
          <w:tcPr>
            <w:tcW w:w="4608" w:type="dxa"/>
            <w:tcMar>
              <w:top w:w="80" w:type="dxa"/>
              <w:left w:w="90" w:type="dxa"/>
              <w:bottom w:w="80" w:type="dxa"/>
              <w:right w:w="90" w:type="dxa"/>
            </w:tcMar>
            <w:vAlign w:val="center"/>
          </w:tcPr>
          <w:p w14:paraId="361F354A" w14:textId="77777777" w:rsidR="00D140EC" w:rsidRDefault="00000000">
            <w:pPr>
              <w:spacing w:after="0"/>
            </w:pPr>
            <w:r>
              <w:rPr>
                <w:sz w:val="15"/>
              </w:rPr>
              <w:t>Support rapid activation, suspension and revocation of resident access.</w:t>
            </w:r>
          </w:p>
        </w:tc>
        <w:tc>
          <w:tcPr>
            <w:tcW w:w="2880" w:type="dxa"/>
            <w:tcMar>
              <w:top w:w="80" w:type="dxa"/>
              <w:left w:w="90" w:type="dxa"/>
              <w:bottom w:w="80" w:type="dxa"/>
              <w:right w:w="90" w:type="dxa"/>
            </w:tcMar>
            <w:vAlign w:val="center"/>
          </w:tcPr>
          <w:p w14:paraId="664C2DC0"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383FEBC" w14:textId="77777777" w:rsidR="00D140EC" w:rsidRDefault="00000000">
            <w:pPr>
              <w:spacing w:after="0"/>
            </w:pPr>
            <w:r>
              <w:rPr>
                <w:sz w:val="15"/>
              </w:rPr>
              <w:t>[VENDOR RESPONSE]</w:t>
            </w:r>
          </w:p>
        </w:tc>
      </w:tr>
      <w:tr w:rsidR="00D140EC" w14:paraId="577B6B20" w14:textId="77777777">
        <w:trPr>
          <w:cantSplit/>
          <w:jc w:val="center"/>
        </w:trPr>
        <w:tc>
          <w:tcPr>
            <w:tcW w:w="4608" w:type="dxa"/>
            <w:tcMar>
              <w:top w:w="80" w:type="dxa"/>
              <w:left w:w="90" w:type="dxa"/>
              <w:bottom w:w="80" w:type="dxa"/>
              <w:right w:w="90" w:type="dxa"/>
            </w:tcMar>
            <w:vAlign w:val="center"/>
          </w:tcPr>
          <w:p w14:paraId="55312177" w14:textId="77777777" w:rsidR="00D140EC" w:rsidRDefault="00000000">
            <w:pPr>
              <w:spacing w:after="0"/>
            </w:pPr>
            <w:r>
              <w:rPr>
                <w:sz w:val="15"/>
              </w:rPr>
              <w:t>Support household-level and individual-level access permissions where appropriate.</w:t>
            </w:r>
          </w:p>
        </w:tc>
        <w:tc>
          <w:tcPr>
            <w:tcW w:w="2880" w:type="dxa"/>
            <w:tcMar>
              <w:top w:w="80" w:type="dxa"/>
              <w:left w:w="90" w:type="dxa"/>
              <w:bottom w:w="80" w:type="dxa"/>
              <w:right w:w="90" w:type="dxa"/>
            </w:tcMar>
            <w:vAlign w:val="center"/>
          </w:tcPr>
          <w:p w14:paraId="58DDBF2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DFBFF3B" w14:textId="77777777" w:rsidR="00D140EC" w:rsidRDefault="00000000">
            <w:pPr>
              <w:spacing w:after="0"/>
            </w:pPr>
            <w:r>
              <w:rPr>
                <w:sz w:val="15"/>
              </w:rPr>
              <w:t>[VENDOR RESPONSE]</w:t>
            </w:r>
          </w:p>
        </w:tc>
      </w:tr>
      <w:tr w:rsidR="00D140EC" w14:paraId="4C4CDD64" w14:textId="77777777">
        <w:trPr>
          <w:cantSplit/>
          <w:jc w:val="center"/>
        </w:trPr>
        <w:tc>
          <w:tcPr>
            <w:tcW w:w="4608" w:type="dxa"/>
            <w:tcMar>
              <w:top w:w="80" w:type="dxa"/>
              <w:left w:w="90" w:type="dxa"/>
              <w:bottom w:w="80" w:type="dxa"/>
              <w:right w:w="90" w:type="dxa"/>
            </w:tcMar>
            <w:vAlign w:val="center"/>
          </w:tcPr>
          <w:p w14:paraId="34C98BA8" w14:textId="77777777" w:rsidR="00D140EC" w:rsidRDefault="00000000">
            <w:pPr>
              <w:spacing w:after="0"/>
            </w:pPr>
            <w:r>
              <w:rPr>
                <w:sz w:val="15"/>
              </w:rPr>
              <w:t>Support configurable schedules, gates, amenities or access zones where applicable.</w:t>
            </w:r>
          </w:p>
        </w:tc>
        <w:tc>
          <w:tcPr>
            <w:tcW w:w="2880" w:type="dxa"/>
            <w:tcMar>
              <w:top w:w="80" w:type="dxa"/>
              <w:left w:w="90" w:type="dxa"/>
              <w:bottom w:w="80" w:type="dxa"/>
              <w:right w:w="90" w:type="dxa"/>
            </w:tcMar>
            <w:vAlign w:val="center"/>
          </w:tcPr>
          <w:p w14:paraId="32FF8E7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10A1ED0" w14:textId="77777777" w:rsidR="00D140EC" w:rsidRDefault="00000000">
            <w:pPr>
              <w:spacing w:after="0"/>
            </w:pPr>
            <w:r>
              <w:rPr>
                <w:sz w:val="15"/>
              </w:rPr>
              <w:t>[VENDOR RESPONSE]</w:t>
            </w:r>
          </w:p>
        </w:tc>
      </w:tr>
      <w:tr w:rsidR="00D140EC" w14:paraId="4EB99CC9" w14:textId="77777777">
        <w:trPr>
          <w:cantSplit/>
          <w:jc w:val="center"/>
        </w:trPr>
        <w:tc>
          <w:tcPr>
            <w:tcW w:w="4608" w:type="dxa"/>
            <w:tcMar>
              <w:top w:w="80" w:type="dxa"/>
              <w:left w:w="90" w:type="dxa"/>
              <w:bottom w:w="80" w:type="dxa"/>
              <w:right w:w="90" w:type="dxa"/>
            </w:tcMar>
            <w:vAlign w:val="center"/>
          </w:tcPr>
          <w:p w14:paraId="3BD61846" w14:textId="77777777" w:rsidR="00D140EC" w:rsidRDefault="00000000">
            <w:pPr>
              <w:spacing w:after="0"/>
            </w:pPr>
            <w:r>
              <w:rPr>
                <w:sz w:val="15"/>
              </w:rPr>
              <w:t>Provide searchable resident access activity and audit history.</w:t>
            </w:r>
          </w:p>
        </w:tc>
        <w:tc>
          <w:tcPr>
            <w:tcW w:w="2880" w:type="dxa"/>
            <w:tcMar>
              <w:top w:w="80" w:type="dxa"/>
              <w:left w:w="90" w:type="dxa"/>
              <w:bottom w:w="80" w:type="dxa"/>
              <w:right w:w="90" w:type="dxa"/>
            </w:tcMar>
            <w:vAlign w:val="center"/>
          </w:tcPr>
          <w:p w14:paraId="1F6E1231"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CBCB6B1" w14:textId="77777777" w:rsidR="00D140EC" w:rsidRDefault="00000000">
            <w:pPr>
              <w:spacing w:after="0"/>
            </w:pPr>
            <w:r>
              <w:rPr>
                <w:sz w:val="15"/>
              </w:rPr>
              <w:t>[VENDOR RESPONSE]</w:t>
            </w:r>
          </w:p>
        </w:tc>
      </w:tr>
      <w:tr w:rsidR="00D140EC" w14:paraId="54FCDC02" w14:textId="77777777">
        <w:trPr>
          <w:cantSplit/>
          <w:jc w:val="center"/>
        </w:trPr>
        <w:tc>
          <w:tcPr>
            <w:tcW w:w="4608" w:type="dxa"/>
            <w:tcMar>
              <w:top w:w="80" w:type="dxa"/>
              <w:left w:w="90" w:type="dxa"/>
              <w:bottom w:w="80" w:type="dxa"/>
              <w:right w:w="90" w:type="dxa"/>
            </w:tcMar>
            <w:vAlign w:val="center"/>
          </w:tcPr>
          <w:p w14:paraId="41C0A7DB" w14:textId="77777777" w:rsidR="00D140EC" w:rsidRDefault="00000000">
            <w:pPr>
              <w:spacing w:after="0"/>
            </w:pPr>
            <w:r>
              <w:rPr>
                <w:sz w:val="15"/>
              </w:rPr>
              <w:lastRenderedPageBreak/>
              <w:t>Describe how replacement vehicles, temporary vehicles and rental cars are handled.</w:t>
            </w:r>
          </w:p>
        </w:tc>
        <w:tc>
          <w:tcPr>
            <w:tcW w:w="2880" w:type="dxa"/>
            <w:tcMar>
              <w:top w:w="80" w:type="dxa"/>
              <w:left w:w="90" w:type="dxa"/>
              <w:bottom w:w="80" w:type="dxa"/>
              <w:right w:w="90" w:type="dxa"/>
            </w:tcMar>
            <w:vAlign w:val="center"/>
          </w:tcPr>
          <w:p w14:paraId="16F4586C"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6F0F53C" w14:textId="77777777" w:rsidR="00D140EC" w:rsidRDefault="00000000">
            <w:pPr>
              <w:spacing w:after="0"/>
            </w:pPr>
            <w:r>
              <w:rPr>
                <w:sz w:val="15"/>
              </w:rPr>
              <w:t>[VENDOR RESPONSE]</w:t>
            </w:r>
          </w:p>
        </w:tc>
      </w:tr>
    </w:tbl>
    <w:p w14:paraId="03911112" w14:textId="77777777" w:rsidR="00D140EC" w:rsidRDefault="00D140EC">
      <w:pPr>
        <w:spacing w:after="20"/>
      </w:pPr>
    </w:p>
    <w:p w14:paraId="6F4898EE" w14:textId="77777777" w:rsidR="00D140EC" w:rsidRDefault="00000000">
      <w:pPr>
        <w:pStyle w:val="Heading1"/>
      </w:pPr>
      <w:r>
        <w:t>9. Vendor / Contractor Access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28"/>
        <w:gridCol w:w="2596"/>
        <w:gridCol w:w="3490"/>
      </w:tblGrid>
      <w:tr w:rsidR="00D140EC" w14:paraId="6A23D101" w14:textId="77777777">
        <w:trPr>
          <w:cantSplit/>
          <w:tblHeader/>
          <w:jc w:val="center"/>
        </w:trPr>
        <w:tc>
          <w:tcPr>
            <w:tcW w:w="4608" w:type="dxa"/>
            <w:shd w:val="clear" w:color="auto" w:fill="202333"/>
            <w:tcMar>
              <w:top w:w="80" w:type="dxa"/>
              <w:left w:w="90" w:type="dxa"/>
              <w:bottom w:w="80" w:type="dxa"/>
              <w:right w:w="90" w:type="dxa"/>
            </w:tcMar>
          </w:tcPr>
          <w:p w14:paraId="4F1FE7E8"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16109C74"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164EDA92" w14:textId="77777777" w:rsidR="00D140EC" w:rsidRDefault="00000000">
            <w:pPr>
              <w:spacing w:after="0"/>
            </w:pPr>
            <w:r>
              <w:rPr>
                <w:b/>
                <w:color w:val="FFFFFF"/>
                <w:sz w:val="15"/>
              </w:rPr>
              <w:t>Vendor Response</w:t>
            </w:r>
          </w:p>
        </w:tc>
      </w:tr>
      <w:tr w:rsidR="00D140EC" w14:paraId="3EE123FE" w14:textId="77777777">
        <w:trPr>
          <w:cantSplit/>
          <w:jc w:val="center"/>
        </w:trPr>
        <w:tc>
          <w:tcPr>
            <w:tcW w:w="4608" w:type="dxa"/>
            <w:tcMar>
              <w:top w:w="80" w:type="dxa"/>
              <w:left w:w="90" w:type="dxa"/>
              <w:bottom w:w="80" w:type="dxa"/>
              <w:right w:w="90" w:type="dxa"/>
            </w:tcMar>
            <w:vAlign w:val="center"/>
          </w:tcPr>
          <w:p w14:paraId="7B15F584" w14:textId="77777777" w:rsidR="00D140EC" w:rsidRDefault="00000000">
            <w:pPr>
              <w:spacing w:after="0"/>
            </w:pPr>
            <w:r>
              <w:rPr>
                <w:sz w:val="15"/>
              </w:rPr>
              <w:t>Support vendors and service providers as a distinct access population from personal guests.</w:t>
            </w:r>
          </w:p>
        </w:tc>
        <w:tc>
          <w:tcPr>
            <w:tcW w:w="2880" w:type="dxa"/>
            <w:tcMar>
              <w:top w:w="80" w:type="dxa"/>
              <w:left w:w="90" w:type="dxa"/>
              <w:bottom w:w="80" w:type="dxa"/>
              <w:right w:w="90" w:type="dxa"/>
            </w:tcMar>
            <w:vAlign w:val="center"/>
          </w:tcPr>
          <w:p w14:paraId="1478C736"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87F18A3" w14:textId="77777777" w:rsidR="00D140EC" w:rsidRDefault="00000000">
            <w:pPr>
              <w:spacing w:after="0"/>
            </w:pPr>
            <w:r>
              <w:rPr>
                <w:sz w:val="15"/>
              </w:rPr>
              <w:t>[VENDOR RESPONSE]</w:t>
            </w:r>
          </w:p>
        </w:tc>
      </w:tr>
      <w:tr w:rsidR="00D140EC" w14:paraId="7921EC0A" w14:textId="77777777">
        <w:trPr>
          <w:cantSplit/>
          <w:jc w:val="center"/>
        </w:trPr>
        <w:tc>
          <w:tcPr>
            <w:tcW w:w="4608" w:type="dxa"/>
            <w:tcMar>
              <w:top w:w="80" w:type="dxa"/>
              <w:left w:w="90" w:type="dxa"/>
              <w:bottom w:w="80" w:type="dxa"/>
              <w:right w:w="90" w:type="dxa"/>
            </w:tcMar>
            <w:vAlign w:val="center"/>
          </w:tcPr>
          <w:p w14:paraId="5E2EAE00" w14:textId="77777777" w:rsidR="00D140EC" w:rsidRDefault="00000000">
            <w:pPr>
              <w:spacing w:after="0"/>
            </w:pPr>
            <w:r>
              <w:rPr>
                <w:sz w:val="15"/>
              </w:rPr>
              <w:t>Support recurring schedules, approved days/hours and expiration dates.</w:t>
            </w:r>
          </w:p>
        </w:tc>
        <w:tc>
          <w:tcPr>
            <w:tcW w:w="2880" w:type="dxa"/>
            <w:tcMar>
              <w:top w:w="80" w:type="dxa"/>
              <w:left w:w="90" w:type="dxa"/>
              <w:bottom w:w="80" w:type="dxa"/>
              <w:right w:w="90" w:type="dxa"/>
            </w:tcMar>
            <w:vAlign w:val="center"/>
          </w:tcPr>
          <w:p w14:paraId="3FD610F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2559AD7" w14:textId="77777777" w:rsidR="00D140EC" w:rsidRDefault="00000000">
            <w:pPr>
              <w:spacing w:after="0"/>
            </w:pPr>
            <w:r>
              <w:rPr>
                <w:sz w:val="15"/>
              </w:rPr>
              <w:t>[VENDOR RESPONSE]</w:t>
            </w:r>
          </w:p>
        </w:tc>
      </w:tr>
      <w:tr w:rsidR="00D140EC" w14:paraId="07C9F074" w14:textId="77777777">
        <w:trPr>
          <w:cantSplit/>
          <w:jc w:val="center"/>
        </w:trPr>
        <w:tc>
          <w:tcPr>
            <w:tcW w:w="4608" w:type="dxa"/>
            <w:tcMar>
              <w:top w:w="80" w:type="dxa"/>
              <w:left w:w="90" w:type="dxa"/>
              <w:bottom w:w="80" w:type="dxa"/>
              <w:right w:w="90" w:type="dxa"/>
            </w:tcMar>
            <w:vAlign w:val="center"/>
          </w:tcPr>
          <w:p w14:paraId="256935D8" w14:textId="77777777" w:rsidR="00D140EC" w:rsidRDefault="00000000">
            <w:pPr>
              <w:spacing w:after="0"/>
            </w:pPr>
            <w:r>
              <w:rPr>
                <w:sz w:val="15"/>
              </w:rPr>
              <w:t>Support company-level and individual-level vendor records where appropriate.</w:t>
            </w:r>
          </w:p>
        </w:tc>
        <w:tc>
          <w:tcPr>
            <w:tcW w:w="2880" w:type="dxa"/>
            <w:tcMar>
              <w:top w:w="80" w:type="dxa"/>
              <w:left w:w="90" w:type="dxa"/>
              <w:bottom w:w="80" w:type="dxa"/>
              <w:right w:w="90" w:type="dxa"/>
            </w:tcMar>
            <w:vAlign w:val="center"/>
          </w:tcPr>
          <w:p w14:paraId="50435CD6"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34D4E84" w14:textId="77777777" w:rsidR="00D140EC" w:rsidRDefault="00000000">
            <w:pPr>
              <w:spacing w:after="0"/>
            </w:pPr>
            <w:r>
              <w:rPr>
                <w:sz w:val="15"/>
              </w:rPr>
              <w:t>[VENDOR RESPONSE]</w:t>
            </w:r>
          </w:p>
        </w:tc>
      </w:tr>
      <w:tr w:rsidR="00D140EC" w14:paraId="1C37D645" w14:textId="77777777">
        <w:trPr>
          <w:cantSplit/>
          <w:jc w:val="center"/>
        </w:trPr>
        <w:tc>
          <w:tcPr>
            <w:tcW w:w="4608" w:type="dxa"/>
            <w:tcMar>
              <w:top w:w="80" w:type="dxa"/>
              <w:left w:w="90" w:type="dxa"/>
              <w:bottom w:w="80" w:type="dxa"/>
              <w:right w:w="90" w:type="dxa"/>
            </w:tcMar>
            <w:vAlign w:val="center"/>
          </w:tcPr>
          <w:p w14:paraId="691A4517" w14:textId="77777777" w:rsidR="00D140EC" w:rsidRDefault="00000000">
            <w:pPr>
              <w:spacing w:after="0"/>
            </w:pPr>
            <w:r>
              <w:rPr>
                <w:sz w:val="15"/>
              </w:rPr>
              <w:t>Support temporary or recurring vendor credentials when required.</w:t>
            </w:r>
          </w:p>
        </w:tc>
        <w:tc>
          <w:tcPr>
            <w:tcW w:w="2880" w:type="dxa"/>
            <w:tcMar>
              <w:top w:w="80" w:type="dxa"/>
              <w:left w:w="90" w:type="dxa"/>
              <w:bottom w:w="80" w:type="dxa"/>
              <w:right w:w="90" w:type="dxa"/>
            </w:tcMar>
            <w:vAlign w:val="center"/>
          </w:tcPr>
          <w:p w14:paraId="2FD970FA"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3CFF6B2" w14:textId="77777777" w:rsidR="00D140EC" w:rsidRDefault="00000000">
            <w:pPr>
              <w:spacing w:after="0"/>
            </w:pPr>
            <w:r>
              <w:rPr>
                <w:sz w:val="15"/>
              </w:rPr>
              <w:t>[VENDOR RESPONSE]</w:t>
            </w:r>
          </w:p>
        </w:tc>
      </w:tr>
      <w:tr w:rsidR="00D140EC" w14:paraId="2425EAE8" w14:textId="77777777">
        <w:trPr>
          <w:cantSplit/>
          <w:jc w:val="center"/>
        </w:trPr>
        <w:tc>
          <w:tcPr>
            <w:tcW w:w="4608" w:type="dxa"/>
            <w:tcMar>
              <w:top w:w="80" w:type="dxa"/>
              <w:left w:w="90" w:type="dxa"/>
              <w:bottom w:w="80" w:type="dxa"/>
              <w:right w:w="90" w:type="dxa"/>
            </w:tcMar>
            <w:vAlign w:val="center"/>
          </w:tcPr>
          <w:p w14:paraId="2523D31C" w14:textId="77777777" w:rsidR="00D140EC" w:rsidRDefault="00000000">
            <w:pPr>
              <w:spacing w:after="0"/>
            </w:pPr>
            <w:r>
              <w:rPr>
                <w:sz w:val="15"/>
              </w:rPr>
              <w:t>Allow management to suspend or revoke vendor access promptly.</w:t>
            </w:r>
          </w:p>
        </w:tc>
        <w:tc>
          <w:tcPr>
            <w:tcW w:w="2880" w:type="dxa"/>
            <w:tcMar>
              <w:top w:w="80" w:type="dxa"/>
              <w:left w:w="90" w:type="dxa"/>
              <w:bottom w:w="80" w:type="dxa"/>
              <w:right w:w="90" w:type="dxa"/>
            </w:tcMar>
            <w:vAlign w:val="center"/>
          </w:tcPr>
          <w:p w14:paraId="6A669BEE"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D78F397" w14:textId="77777777" w:rsidR="00D140EC" w:rsidRDefault="00000000">
            <w:pPr>
              <w:spacing w:after="0"/>
            </w:pPr>
            <w:r>
              <w:rPr>
                <w:sz w:val="15"/>
              </w:rPr>
              <w:t>[VENDOR RESPONSE]</w:t>
            </w:r>
          </w:p>
        </w:tc>
      </w:tr>
      <w:tr w:rsidR="00D140EC" w14:paraId="5431142B" w14:textId="77777777">
        <w:trPr>
          <w:cantSplit/>
          <w:jc w:val="center"/>
        </w:trPr>
        <w:tc>
          <w:tcPr>
            <w:tcW w:w="4608" w:type="dxa"/>
            <w:tcMar>
              <w:top w:w="80" w:type="dxa"/>
              <w:left w:w="90" w:type="dxa"/>
              <w:bottom w:w="80" w:type="dxa"/>
              <w:right w:w="90" w:type="dxa"/>
            </w:tcMar>
            <w:vAlign w:val="center"/>
          </w:tcPr>
          <w:p w14:paraId="5DB19448" w14:textId="77777777" w:rsidR="00D140EC" w:rsidRDefault="00000000">
            <w:pPr>
              <w:spacing w:after="0"/>
            </w:pPr>
            <w:r>
              <w:rPr>
                <w:sz w:val="15"/>
              </w:rPr>
              <w:t>Provide reporting by vendor, company, date, gate and/or access event.</w:t>
            </w:r>
          </w:p>
        </w:tc>
        <w:tc>
          <w:tcPr>
            <w:tcW w:w="2880" w:type="dxa"/>
            <w:tcMar>
              <w:top w:w="80" w:type="dxa"/>
              <w:left w:w="90" w:type="dxa"/>
              <w:bottom w:w="80" w:type="dxa"/>
              <w:right w:w="90" w:type="dxa"/>
            </w:tcMar>
            <w:vAlign w:val="center"/>
          </w:tcPr>
          <w:p w14:paraId="00926B5F"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C2DCD7E" w14:textId="77777777" w:rsidR="00D140EC" w:rsidRDefault="00000000">
            <w:pPr>
              <w:spacing w:after="0"/>
            </w:pPr>
            <w:r>
              <w:rPr>
                <w:sz w:val="15"/>
              </w:rPr>
              <w:t>[VENDOR RESPONSE]</w:t>
            </w:r>
          </w:p>
        </w:tc>
      </w:tr>
      <w:tr w:rsidR="00D140EC" w14:paraId="7E24732A" w14:textId="77777777">
        <w:trPr>
          <w:cantSplit/>
          <w:jc w:val="center"/>
        </w:trPr>
        <w:tc>
          <w:tcPr>
            <w:tcW w:w="4608" w:type="dxa"/>
            <w:tcMar>
              <w:top w:w="80" w:type="dxa"/>
              <w:left w:w="90" w:type="dxa"/>
              <w:bottom w:w="80" w:type="dxa"/>
              <w:right w:w="90" w:type="dxa"/>
            </w:tcMar>
            <w:vAlign w:val="center"/>
          </w:tcPr>
          <w:p w14:paraId="79DFA034" w14:textId="77777777" w:rsidR="00D140EC" w:rsidRDefault="00000000">
            <w:pPr>
              <w:spacing w:after="0"/>
            </w:pPr>
            <w:r>
              <w:rPr>
                <w:sz w:val="15"/>
              </w:rPr>
              <w:t>Describe options for document, license, insurance or credential tracking if offered.</w:t>
            </w:r>
          </w:p>
        </w:tc>
        <w:tc>
          <w:tcPr>
            <w:tcW w:w="2880" w:type="dxa"/>
            <w:tcMar>
              <w:top w:w="80" w:type="dxa"/>
              <w:left w:w="90" w:type="dxa"/>
              <w:bottom w:w="80" w:type="dxa"/>
              <w:right w:w="90" w:type="dxa"/>
            </w:tcMar>
            <w:vAlign w:val="center"/>
          </w:tcPr>
          <w:p w14:paraId="1311E6A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0CB3106" w14:textId="77777777" w:rsidR="00D140EC" w:rsidRDefault="00000000">
            <w:pPr>
              <w:spacing w:after="0"/>
            </w:pPr>
            <w:r>
              <w:rPr>
                <w:sz w:val="15"/>
              </w:rPr>
              <w:t>[VENDOR RESPONSE]</w:t>
            </w:r>
          </w:p>
        </w:tc>
      </w:tr>
      <w:tr w:rsidR="00D140EC" w14:paraId="6B8C9E5D" w14:textId="77777777">
        <w:trPr>
          <w:cantSplit/>
          <w:jc w:val="center"/>
        </w:trPr>
        <w:tc>
          <w:tcPr>
            <w:tcW w:w="4608" w:type="dxa"/>
            <w:tcMar>
              <w:top w:w="80" w:type="dxa"/>
              <w:left w:w="90" w:type="dxa"/>
              <w:bottom w:w="80" w:type="dxa"/>
              <w:right w:w="90" w:type="dxa"/>
            </w:tcMar>
            <w:vAlign w:val="center"/>
          </w:tcPr>
          <w:p w14:paraId="5763171B" w14:textId="77777777" w:rsidR="00D140EC" w:rsidRDefault="00000000">
            <w:pPr>
              <w:spacing w:after="0"/>
            </w:pPr>
            <w:r>
              <w:rPr>
                <w:sz w:val="15"/>
              </w:rPr>
              <w:t>Describe controls for after-hours or restricted vendor access.</w:t>
            </w:r>
          </w:p>
        </w:tc>
        <w:tc>
          <w:tcPr>
            <w:tcW w:w="2880" w:type="dxa"/>
            <w:tcMar>
              <w:top w:w="80" w:type="dxa"/>
              <w:left w:w="90" w:type="dxa"/>
              <w:bottom w:w="80" w:type="dxa"/>
              <w:right w:w="90" w:type="dxa"/>
            </w:tcMar>
            <w:vAlign w:val="center"/>
          </w:tcPr>
          <w:p w14:paraId="0F7A429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059AE9D" w14:textId="77777777" w:rsidR="00D140EC" w:rsidRDefault="00000000">
            <w:pPr>
              <w:spacing w:after="0"/>
            </w:pPr>
            <w:r>
              <w:rPr>
                <w:sz w:val="15"/>
              </w:rPr>
              <w:t>[VENDOR RESPONSE]</w:t>
            </w:r>
          </w:p>
        </w:tc>
      </w:tr>
    </w:tbl>
    <w:p w14:paraId="0CA4541E" w14:textId="77777777" w:rsidR="00D140EC" w:rsidRDefault="00D140EC">
      <w:pPr>
        <w:spacing w:after="20"/>
      </w:pPr>
    </w:p>
    <w:p w14:paraId="173BBFF8" w14:textId="77777777" w:rsidR="00D140EC" w:rsidRDefault="00000000">
      <w:r>
        <w:br w:type="page"/>
      </w:r>
    </w:p>
    <w:p w14:paraId="6A4041FE" w14:textId="77777777" w:rsidR="00D140EC" w:rsidRDefault="00000000">
      <w:pPr>
        <w:pStyle w:val="Heading1"/>
      </w:pPr>
      <w:r>
        <w:lastRenderedPageBreak/>
        <w:t>10. Gatehouse / Attendant Workflows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39"/>
        <w:gridCol w:w="2591"/>
        <w:gridCol w:w="3484"/>
      </w:tblGrid>
      <w:tr w:rsidR="00D140EC" w14:paraId="41F3BFE7" w14:textId="77777777">
        <w:trPr>
          <w:cantSplit/>
          <w:tblHeader/>
          <w:jc w:val="center"/>
        </w:trPr>
        <w:tc>
          <w:tcPr>
            <w:tcW w:w="4608" w:type="dxa"/>
            <w:shd w:val="clear" w:color="auto" w:fill="202333"/>
            <w:tcMar>
              <w:top w:w="80" w:type="dxa"/>
              <w:left w:w="90" w:type="dxa"/>
              <w:bottom w:w="80" w:type="dxa"/>
              <w:right w:w="90" w:type="dxa"/>
            </w:tcMar>
          </w:tcPr>
          <w:p w14:paraId="3E309041"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681AE56D"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6AE0824D" w14:textId="77777777" w:rsidR="00D140EC" w:rsidRDefault="00000000">
            <w:pPr>
              <w:spacing w:after="0"/>
            </w:pPr>
            <w:r>
              <w:rPr>
                <w:b/>
                <w:color w:val="FFFFFF"/>
                <w:sz w:val="15"/>
              </w:rPr>
              <w:t>Vendor Response</w:t>
            </w:r>
          </w:p>
        </w:tc>
      </w:tr>
      <w:tr w:rsidR="00D140EC" w14:paraId="6D2E3ECE" w14:textId="77777777">
        <w:trPr>
          <w:cantSplit/>
          <w:jc w:val="center"/>
        </w:trPr>
        <w:tc>
          <w:tcPr>
            <w:tcW w:w="4608" w:type="dxa"/>
            <w:tcMar>
              <w:top w:w="80" w:type="dxa"/>
              <w:left w:w="90" w:type="dxa"/>
              <w:bottom w:w="80" w:type="dxa"/>
              <w:right w:w="90" w:type="dxa"/>
            </w:tcMar>
            <w:vAlign w:val="center"/>
          </w:tcPr>
          <w:p w14:paraId="3F15EB8B" w14:textId="77777777" w:rsidR="00D140EC" w:rsidRDefault="00000000">
            <w:pPr>
              <w:spacing w:after="0"/>
            </w:pPr>
            <w:r>
              <w:rPr>
                <w:sz w:val="15"/>
              </w:rPr>
              <w:t>Attendants can quickly locate expected visitors and household authorization.</w:t>
            </w:r>
          </w:p>
        </w:tc>
        <w:tc>
          <w:tcPr>
            <w:tcW w:w="2880" w:type="dxa"/>
            <w:tcMar>
              <w:top w:w="80" w:type="dxa"/>
              <w:left w:w="90" w:type="dxa"/>
              <w:bottom w:w="80" w:type="dxa"/>
              <w:right w:w="90" w:type="dxa"/>
            </w:tcMar>
            <w:vAlign w:val="center"/>
          </w:tcPr>
          <w:p w14:paraId="46F9F92E"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ED930B3" w14:textId="77777777" w:rsidR="00D140EC" w:rsidRDefault="00000000">
            <w:pPr>
              <w:spacing w:after="0"/>
            </w:pPr>
            <w:r>
              <w:rPr>
                <w:sz w:val="15"/>
              </w:rPr>
              <w:t>[VENDOR RESPONSE]</w:t>
            </w:r>
          </w:p>
        </w:tc>
      </w:tr>
      <w:tr w:rsidR="00D140EC" w14:paraId="543AB5FC" w14:textId="77777777">
        <w:trPr>
          <w:cantSplit/>
          <w:jc w:val="center"/>
        </w:trPr>
        <w:tc>
          <w:tcPr>
            <w:tcW w:w="4608" w:type="dxa"/>
            <w:tcMar>
              <w:top w:w="80" w:type="dxa"/>
              <w:left w:w="90" w:type="dxa"/>
              <w:bottom w:w="80" w:type="dxa"/>
              <w:right w:w="90" w:type="dxa"/>
            </w:tcMar>
            <w:vAlign w:val="center"/>
          </w:tcPr>
          <w:p w14:paraId="222C67BD" w14:textId="77777777" w:rsidR="00D140EC" w:rsidRDefault="00000000">
            <w:pPr>
              <w:spacing w:after="0"/>
            </w:pPr>
            <w:r>
              <w:rPr>
                <w:sz w:val="15"/>
              </w:rPr>
              <w:t>Attendants can process unexpected visitors using a defined exception workflow.</w:t>
            </w:r>
          </w:p>
        </w:tc>
        <w:tc>
          <w:tcPr>
            <w:tcW w:w="2880" w:type="dxa"/>
            <w:tcMar>
              <w:top w:w="80" w:type="dxa"/>
              <w:left w:w="90" w:type="dxa"/>
              <w:bottom w:w="80" w:type="dxa"/>
              <w:right w:w="90" w:type="dxa"/>
            </w:tcMar>
            <w:vAlign w:val="center"/>
          </w:tcPr>
          <w:p w14:paraId="1C947DBA"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7A807AA" w14:textId="77777777" w:rsidR="00D140EC" w:rsidRDefault="00000000">
            <w:pPr>
              <w:spacing w:after="0"/>
            </w:pPr>
            <w:r>
              <w:rPr>
                <w:sz w:val="15"/>
              </w:rPr>
              <w:t>[VENDOR RESPONSE]</w:t>
            </w:r>
          </w:p>
        </w:tc>
      </w:tr>
      <w:tr w:rsidR="00D140EC" w14:paraId="030E7E7D" w14:textId="77777777">
        <w:trPr>
          <w:cantSplit/>
          <w:jc w:val="center"/>
        </w:trPr>
        <w:tc>
          <w:tcPr>
            <w:tcW w:w="4608" w:type="dxa"/>
            <w:tcMar>
              <w:top w:w="80" w:type="dxa"/>
              <w:left w:w="90" w:type="dxa"/>
              <w:bottom w:w="80" w:type="dxa"/>
              <w:right w:w="90" w:type="dxa"/>
            </w:tcMar>
            <w:vAlign w:val="center"/>
          </w:tcPr>
          <w:p w14:paraId="6B646B59" w14:textId="77777777" w:rsidR="00D140EC" w:rsidRDefault="00000000">
            <w:pPr>
              <w:spacing w:after="0"/>
            </w:pPr>
            <w:r>
              <w:rPr>
                <w:sz w:val="15"/>
              </w:rPr>
              <w:t>Attendants can admit, deny or hold an entry and record the disposition.</w:t>
            </w:r>
          </w:p>
        </w:tc>
        <w:tc>
          <w:tcPr>
            <w:tcW w:w="2880" w:type="dxa"/>
            <w:tcMar>
              <w:top w:w="80" w:type="dxa"/>
              <w:left w:w="90" w:type="dxa"/>
              <w:bottom w:w="80" w:type="dxa"/>
              <w:right w:w="90" w:type="dxa"/>
            </w:tcMar>
            <w:vAlign w:val="center"/>
          </w:tcPr>
          <w:p w14:paraId="06771744"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1C44EC4" w14:textId="77777777" w:rsidR="00D140EC" w:rsidRDefault="00000000">
            <w:pPr>
              <w:spacing w:after="0"/>
            </w:pPr>
            <w:r>
              <w:rPr>
                <w:sz w:val="15"/>
              </w:rPr>
              <w:t>[VENDOR RESPONSE]</w:t>
            </w:r>
          </w:p>
        </w:tc>
      </w:tr>
      <w:tr w:rsidR="00D140EC" w14:paraId="343D0F6E" w14:textId="77777777">
        <w:trPr>
          <w:cantSplit/>
          <w:jc w:val="center"/>
        </w:trPr>
        <w:tc>
          <w:tcPr>
            <w:tcW w:w="4608" w:type="dxa"/>
            <w:tcMar>
              <w:top w:w="80" w:type="dxa"/>
              <w:left w:w="90" w:type="dxa"/>
              <w:bottom w:w="80" w:type="dxa"/>
              <w:right w:w="90" w:type="dxa"/>
            </w:tcMar>
            <w:vAlign w:val="center"/>
          </w:tcPr>
          <w:p w14:paraId="5E17273F" w14:textId="77777777" w:rsidR="00D140EC" w:rsidRDefault="00000000">
            <w:pPr>
              <w:spacing w:after="0"/>
            </w:pPr>
            <w:r>
              <w:rPr>
                <w:sz w:val="15"/>
              </w:rPr>
              <w:t>Attendants can contact residents using approved communication methods.</w:t>
            </w:r>
          </w:p>
        </w:tc>
        <w:tc>
          <w:tcPr>
            <w:tcW w:w="2880" w:type="dxa"/>
            <w:tcMar>
              <w:top w:w="80" w:type="dxa"/>
              <w:left w:w="90" w:type="dxa"/>
              <w:bottom w:w="80" w:type="dxa"/>
              <w:right w:w="90" w:type="dxa"/>
            </w:tcMar>
            <w:vAlign w:val="center"/>
          </w:tcPr>
          <w:p w14:paraId="394991A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6667901" w14:textId="77777777" w:rsidR="00D140EC" w:rsidRDefault="00000000">
            <w:pPr>
              <w:spacing w:after="0"/>
            </w:pPr>
            <w:r>
              <w:rPr>
                <w:sz w:val="15"/>
              </w:rPr>
              <w:t>[VENDOR RESPONSE]</w:t>
            </w:r>
          </w:p>
        </w:tc>
      </w:tr>
      <w:tr w:rsidR="00D140EC" w14:paraId="7D26DD4C" w14:textId="77777777">
        <w:trPr>
          <w:cantSplit/>
          <w:jc w:val="center"/>
        </w:trPr>
        <w:tc>
          <w:tcPr>
            <w:tcW w:w="4608" w:type="dxa"/>
            <w:tcMar>
              <w:top w:w="80" w:type="dxa"/>
              <w:left w:w="90" w:type="dxa"/>
              <w:bottom w:w="80" w:type="dxa"/>
              <w:right w:w="90" w:type="dxa"/>
            </w:tcMar>
            <w:vAlign w:val="center"/>
          </w:tcPr>
          <w:p w14:paraId="2585B04D" w14:textId="77777777" w:rsidR="00D140EC" w:rsidRDefault="00000000">
            <w:pPr>
              <w:spacing w:after="0"/>
            </w:pPr>
            <w:r>
              <w:rPr>
                <w:sz w:val="15"/>
              </w:rPr>
              <w:t>System minimizes repetitive data entry during peak periods.</w:t>
            </w:r>
          </w:p>
        </w:tc>
        <w:tc>
          <w:tcPr>
            <w:tcW w:w="2880" w:type="dxa"/>
            <w:tcMar>
              <w:top w:w="80" w:type="dxa"/>
              <w:left w:w="90" w:type="dxa"/>
              <w:bottom w:w="80" w:type="dxa"/>
              <w:right w:w="90" w:type="dxa"/>
            </w:tcMar>
            <w:vAlign w:val="center"/>
          </w:tcPr>
          <w:p w14:paraId="14C93C70"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7204C96" w14:textId="77777777" w:rsidR="00D140EC" w:rsidRDefault="00000000">
            <w:pPr>
              <w:spacing w:after="0"/>
            </w:pPr>
            <w:r>
              <w:rPr>
                <w:sz w:val="15"/>
              </w:rPr>
              <w:t>[VENDOR RESPONSE]</w:t>
            </w:r>
          </w:p>
        </w:tc>
      </w:tr>
      <w:tr w:rsidR="00D140EC" w14:paraId="115B075F" w14:textId="77777777">
        <w:trPr>
          <w:cantSplit/>
          <w:jc w:val="center"/>
        </w:trPr>
        <w:tc>
          <w:tcPr>
            <w:tcW w:w="4608" w:type="dxa"/>
            <w:tcMar>
              <w:top w:w="80" w:type="dxa"/>
              <w:left w:w="90" w:type="dxa"/>
              <w:bottom w:w="80" w:type="dxa"/>
              <w:right w:w="90" w:type="dxa"/>
            </w:tcMar>
            <w:vAlign w:val="center"/>
          </w:tcPr>
          <w:p w14:paraId="57049F66" w14:textId="77777777" w:rsidR="00D140EC" w:rsidRDefault="00000000">
            <w:pPr>
              <w:spacing w:after="0"/>
            </w:pPr>
            <w:r>
              <w:rPr>
                <w:sz w:val="15"/>
              </w:rPr>
              <w:t>System supports notes, alerts, restrictions and watch information with appropriate permissions.</w:t>
            </w:r>
          </w:p>
        </w:tc>
        <w:tc>
          <w:tcPr>
            <w:tcW w:w="2880" w:type="dxa"/>
            <w:tcMar>
              <w:top w:w="80" w:type="dxa"/>
              <w:left w:w="90" w:type="dxa"/>
              <w:bottom w:w="80" w:type="dxa"/>
              <w:right w:w="90" w:type="dxa"/>
            </w:tcMar>
            <w:vAlign w:val="center"/>
          </w:tcPr>
          <w:p w14:paraId="6763F062"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009C1C3" w14:textId="77777777" w:rsidR="00D140EC" w:rsidRDefault="00000000">
            <w:pPr>
              <w:spacing w:after="0"/>
            </w:pPr>
            <w:r>
              <w:rPr>
                <w:sz w:val="15"/>
              </w:rPr>
              <w:t>[VENDOR RESPONSE]</w:t>
            </w:r>
          </w:p>
        </w:tc>
      </w:tr>
      <w:tr w:rsidR="00D140EC" w14:paraId="2C568B95" w14:textId="77777777">
        <w:trPr>
          <w:cantSplit/>
          <w:jc w:val="center"/>
        </w:trPr>
        <w:tc>
          <w:tcPr>
            <w:tcW w:w="4608" w:type="dxa"/>
            <w:tcMar>
              <w:top w:w="80" w:type="dxa"/>
              <w:left w:w="90" w:type="dxa"/>
              <w:bottom w:w="80" w:type="dxa"/>
              <w:right w:w="90" w:type="dxa"/>
            </w:tcMar>
            <w:vAlign w:val="center"/>
          </w:tcPr>
          <w:p w14:paraId="6C367D76" w14:textId="77777777" w:rsidR="00D140EC" w:rsidRDefault="00000000">
            <w:pPr>
              <w:spacing w:after="0"/>
            </w:pPr>
            <w:r>
              <w:rPr>
                <w:sz w:val="15"/>
              </w:rPr>
              <w:t>Describe workflows for denied visitors, suspended residents, emergency responders and delivery drivers.</w:t>
            </w:r>
          </w:p>
        </w:tc>
        <w:tc>
          <w:tcPr>
            <w:tcW w:w="2880" w:type="dxa"/>
            <w:tcMar>
              <w:top w:w="80" w:type="dxa"/>
              <w:left w:w="90" w:type="dxa"/>
              <w:bottom w:w="80" w:type="dxa"/>
              <w:right w:w="90" w:type="dxa"/>
            </w:tcMar>
            <w:vAlign w:val="center"/>
          </w:tcPr>
          <w:p w14:paraId="0177F6F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24A6D78" w14:textId="77777777" w:rsidR="00D140EC" w:rsidRDefault="00000000">
            <w:pPr>
              <w:spacing w:after="0"/>
            </w:pPr>
            <w:r>
              <w:rPr>
                <w:sz w:val="15"/>
              </w:rPr>
              <w:t>[VENDOR RESPONSE]</w:t>
            </w:r>
          </w:p>
        </w:tc>
      </w:tr>
      <w:tr w:rsidR="00D140EC" w14:paraId="1502A216" w14:textId="77777777">
        <w:trPr>
          <w:cantSplit/>
          <w:jc w:val="center"/>
        </w:trPr>
        <w:tc>
          <w:tcPr>
            <w:tcW w:w="4608" w:type="dxa"/>
            <w:tcMar>
              <w:top w:w="80" w:type="dxa"/>
              <w:left w:w="90" w:type="dxa"/>
              <w:bottom w:w="80" w:type="dxa"/>
              <w:right w:w="90" w:type="dxa"/>
            </w:tcMar>
            <w:vAlign w:val="center"/>
          </w:tcPr>
          <w:p w14:paraId="0F35A33B" w14:textId="77777777" w:rsidR="00D140EC" w:rsidRDefault="00000000">
            <w:pPr>
              <w:spacing w:after="0"/>
            </w:pPr>
            <w:r>
              <w:rPr>
                <w:sz w:val="15"/>
              </w:rPr>
              <w:t>Describe attendant accountability, shift activity and administrative audit logs.</w:t>
            </w:r>
          </w:p>
        </w:tc>
        <w:tc>
          <w:tcPr>
            <w:tcW w:w="2880" w:type="dxa"/>
            <w:tcMar>
              <w:top w:w="80" w:type="dxa"/>
              <w:left w:w="90" w:type="dxa"/>
              <w:bottom w:w="80" w:type="dxa"/>
              <w:right w:w="90" w:type="dxa"/>
            </w:tcMar>
            <w:vAlign w:val="center"/>
          </w:tcPr>
          <w:p w14:paraId="17C3C895"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CF2ADCE" w14:textId="77777777" w:rsidR="00D140EC" w:rsidRDefault="00000000">
            <w:pPr>
              <w:spacing w:after="0"/>
            </w:pPr>
            <w:r>
              <w:rPr>
                <w:sz w:val="15"/>
              </w:rPr>
              <w:t>[VENDOR RESPONSE]</w:t>
            </w:r>
          </w:p>
        </w:tc>
      </w:tr>
      <w:tr w:rsidR="00D140EC" w14:paraId="3FC215BF" w14:textId="77777777">
        <w:trPr>
          <w:cantSplit/>
          <w:jc w:val="center"/>
        </w:trPr>
        <w:tc>
          <w:tcPr>
            <w:tcW w:w="4608" w:type="dxa"/>
            <w:tcMar>
              <w:top w:w="80" w:type="dxa"/>
              <w:left w:w="90" w:type="dxa"/>
              <w:bottom w:w="80" w:type="dxa"/>
              <w:right w:w="90" w:type="dxa"/>
            </w:tcMar>
            <w:vAlign w:val="center"/>
          </w:tcPr>
          <w:p w14:paraId="2110EF33" w14:textId="77777777" w:rsidR="00D140EC" w:rsidRDefault="00000000">
            <w:pPr>
              <w:spacing w:after="0"/>
            </w:pPr>
            <w:r>
              <w:rPr>
                <w:sz w:val="15"/>
              </w:rPr>
              <w:t>Describe expected gate transaction time and any factors affecting performance.</w:t>
            </w:r>
          </w:p>
        </w:tc>
        <w:tc>
          <w:tcPr>
            <w:tcW w:w="2880" w:type="dxa"/>
            <w:tcMar>
              <w:top w:w="80" w:type="dxa"/>
              <w:left w:w="90" w:type="dxa"/>
              <w:bottom w:w="80" w:type="dxa"/>
              <w:right w:w="90" w:type="dxa"/>
            </w:tcMar>
            <w:vAlign w:val="center"/>
          </w:tcPr>
          <w:p w14:paraId="21B53CC3"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0E8D863" w14:textId="77777777" w:rsidR="00D140EC" w:rsidRDefault="00000000">
            <w:pPr>
              <w:spacing w:after="0"/>
            </w:pPr>
            <w:r>
              <w:rPr>
                <w:sz w:val="15"/>
              </w:rPr>
              <w:t>[VENDOR RESPONSE]</w:t>
            </w:r>
          </w:p>
        </w:tc>
      </w:tr>
    </w:tbl>
    <w:p w14:paraId="13C91AAE" w14:textId="77777777" w:rsidR="00D140EC" w:rsidRDefault="00D140EC">
      <w:pPr>
        <w:spacing w:after="20"/>
      </w:pPr>
    </w:p>
    <w:p w14:paraId="251133F8" w14:textId="77777777" w:rsidR="00D140EC" w:rsidRDefault="00000000">
      <w:pPr>
        <w:pStyle w:val="Heading1"/>
      </w:pPr>
      <w:r>
        <w:t>11. Unmanned / Self-Service Entry</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71"/>
        <w:gridCol w:w="2578"/>
        <w:gridCol w:w="3465"/>
      </w:tblGrid>
      <w:tr w:rsidR="00D140EC" w14:paraId="1D9D6624" w14:textId="77777777">
        <w:trPr>
          <w:cantSplit/>
          <w:tblHeader/>
          <w:jc w:val="center"/>
        </w:trPr>
        <w:tc>
          <w:tcPr>
            <w:tcW w:w="4608" w:type="dxa"/>
            <w:shd w:val="clear" w:color="auto" w:fill="202333"/>
            <w:tcMar>
              <w:top w:w="80" w:type="dxa"/>
              <w:left w:w="90" w:type="dxa"/>
              <w:bottom w:w="80" w:type="dxa"/>
              <w:right w:w="90" w:type="dxa"/>
            </w:tcMar>
          </w:tcPr>
          <w:p w14:paraId="200371C2"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3F2FEFF3"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2D151A44" w14:textId="77777777" w:rsidR="00D140EC" w:rsidRDefault="00000000">
            <w:pPr>
              <w:spacing w:after="0"/>
            </w:pPr>
            <w:r>
              <w:rPr>
                <w:b/>
                <w:color w:val="FFFFFF"/>
                <w:sz w:val="15"/>
              </w:rPr>
              <w:t>Vendor Response</w:t>
            </w:r>
          </w:p>
        </w:tc>
      </w:tr>
      <w:tr w:rsidR="00D140EC" w14:paraId="4C075DD9" w14:textId="77777777">
        <w:trPr>
          <w:cantSplit/>
          <w:jc w:val="center"/>
        </w:trPr>
        <w:tc>
          <w:tcPr>
            <w:tcW w:w="4608" w:type="dxa"/>
            <w:tcMar>
              <w:top w:w="80" w:type="dxa"/>
              <w:left w:w="90" w:type="dxa"/>
              <w:bottom w:w="80" w:type="dxa"/>
              <w:right w:w="90" w:type="dxa"/>
            </w:tcMar>
            <w:vAlign w:val="center"/>
          </w:tcPr>
          <w:p w14:paraId="3A6438D6" w14:textId="77777777" w:rsidR="00D140EC" w:rsidRDefault="00000000">
            <w:pPr>
              <w:spacing w:after="0"/>
            </w:pPr>
            <w:r>
              <w:rPr>
                <w:sz w:val="15"/>
              </w:rPr>
              <w:t>Describe available options for safely processing visitors at unmanned entrances.</w:t>
            </w:r>
          </w:p>
        </w:tc>
        <w:tc>
          <w:tcPr>
            <w:tcW w:w="2880" w:type="dxa"/>
            <w:tcMar>
              <w:top w:w="80" w:type="dxa"/>
              <w:left w:w="90" w:type="dxa"/>
              <w:bottom w:w="80" w:type="dxa"/>
              <w:right w:w="90" w:type="dxa"/>
            </w:tcMar>
            <w:vAlign w:val="center"/>
          </w:tcPr>
          <w:p w14:paraId="31E547B4"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3FC95B0" w14:textId="77777777" w:rsidR="00D140EC" w:rsidRDefault="00000000">
            <w:pPr>
              <w:spacing w:after="0"/>
            </w:pPr>
            <w:r>
              <w:rPr>
                <w:sz w:val="15"/>
              </w:rPr>
              <w:t>[VENDOR RESPONSE]</w:t>
            </w:r>
          </w:p>
        </w:tc>
      </w:tr>
      <w:tr w:rsidR="00D140EC" w14:paraId="1BFDFA4B" w14:textId="77777777">
        <w:trPr>
          <w:cantSplit/>
          <w:jc w:val="center"/>
        </w:trPr>
        <w:tc>
          <w:tcPr>
            <w:tcW w:w="4608" w:type="dxa"/>
            <w:tcMar>
              <w:top w:w="80" w:type="dxa"/>
              <w:left w:w="90" w:type="dxa"/>
              <w:bottom w:w="80" w:type="dxa"/>
              <w:right w:w="90" w:type="dxa"/>
            </w:tcMar>
            <w:vAlign w:val="center"/>
          </w:tcPr>
          <w:p w14:paraId="51A830A9" w14:textId="77777777" w:rsidR="00D140EC" w:rsidRDefault="00000000">
            <w:pPr>
              <w:spacing w:after="0"/>
            </w:pPr>
            <w:r>
              <w:rPr>
                <w:sz w:val="15"/>
              </w:rPr>
              <w:t>Support resident-authorized visitors without requiring a staffed guardhouse where appropriate.</w:t>
            </w:r>
          </w:p>
        </w:tc>
        <w:tc>
          <w:tcPr>
            <w:tcW w:w="2880" w:type="dxa"/>
            <w:tcMar>
              <w:top w:w="80" w:type="dxa"/>
              <w:left w:w="90" w:type="dxa"/>
              <w:bottom w:w="80" w:type="dxa"/>
              <w:right w:w="90" w:type="dxa"/>
            </w:tcMar>
            <w:vAlign w:val="center"/>
          </w:tcPr>
          <w:p w14:paraId="3C5FB3A3"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E7B51CD" w14:textId="77777777" w:rsidR="00D140EC" w:rsidRDefault="00000000">
            <w:pPr>
              <w:spacing w:after="0"/>
            </w:pPr>
            <w:r>
              <w:rPr>
                <w:sz w:val="15"/>
              </w:rPr>
              <w:t>[VENDOR RESPONSE]</w:t>
            </w:r>
          </w:p>
        </w:tc>
      </w:tr>
      <w:tr w:rsidR="00D140EC" w14:paraId="02585108" w14:textId="77777777">
        <w:trPr>
          <w:cantSplit/>
          <w:jc w:val="center"/>
        </w:trPr>
        <w:tc>
          <w:tcPr>
            <w:tcW w:w="4608" w:type="dxa"/>
            <w:tcMar>
              <w:top w:w="80" w:type="dxa"/>
              <w:left w:w="90" w:type="dxa"/>
              <w:bottom w:w="80" w:type="dxa"/>
              <w:right w:w="90" w:type="dxa"/>
            </w:tcMar>
            <w:vAlign w:val="center"/>
          </w:tcPr>
          <w:p w14:paraId="7977DA65" w14:textId="77777777" w:rsidR="00D140EC" w:rsidRDefault="00000000">
            <w:pPr>
              <w:spacing w:after="0"/>
            </w:pPr>
            <w:r>
              <w:rPr>
                <w:sz w:val="15"/>
              </w:rPr>
              <w:t>Describe kiosk, intercom, mobile, QR, LPR or other self-service approaches.</w:t>
            </w:r>
          </w:p>
        </w:tc>
        <w:tc>
          <w:tcPr>
            <w:tcW w:w="2880" w:type="dxa"/>
            <w:tcMar>
              <w:top w:w="80" w:type="dxa"/>
              <w:left w:w="90" w:type="dxa"/>
              <w:bottom w:w="80" w:type="dxa"/>
              <w:right w:w="90" w:type="dxa"/>
            </w:tcMar>
            <w:vAlign w:val="center"/>
          </w:tcPr>
          <w:p w14:paraId="06025C04"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390BABB" w14:textId="77777777" w:rsidR="00D140EC" w:rsidRDefault="00000000">
            <w:pPr>
              <w:spacing w:after="0"/>
            </w:pPr>
            <w:r>
              <w:rPr>
                <w:sz w:val="15"/>
              </w:rPr>
              <w:t>[VENDOR RESPONSE]</w:t>
            </w:r>
          </w:p>
        </w:tc>
      </w:tr>
      <w:tr w:rsidR="00D140EC" w14:paraId="7EF2AF8A" w14:textId="77777777">
        <w:trPr>
          <w:cantSplit/>
          <w:jc w:val="center"/>
        </w:trPr>
        <w:tc>
          <w:tcPr>
            <w:tcW w:w="4608" w:type="dxa"/>
            <w:tcMar>
              <w:top w:w="80" w:type="dxa"/>
              <w:left w:w="90" w:type="dxa"/>
              <w:bottom w:w="80" w:type="dxa"/>
              <w:right w:w="90" w:type="dxa"/>
            </w:tcMar>
            <w:vAlign w:val="center"/>
          </w:tcPr>
          <w:p w14:paraId="1129631F" w14:textId="77777777" w:rsidR="00D140EC" w:rsidRDefault="00000000">
            <w:pPr>
              <w:spacing w:after="0"/>
            </w:pPr>
            <w:r>
              <w:rPr>
                <w:sz w:val="15"/>
              </w:rPr>
              <w:t>Describe identity/authorization verification and anti-abuse controls.</w:t>
            </w:r>
          </w:p>
        </w:tc>
        <w:tc>
          <w:tcPr>
            <w:tcW w:w="2880" w:type="dxa"/>
            <w:tcMar>
              <w:top w:w="80" w:type="dxa"/>
              <w:left w:w="90" w:type="dxa"/>
              <w:bottom w:w="80" w:type="dxa"/>
              <w:right w:w="90" w:type="dxa"/>
            </w:tcMar>
            <w:vAlign w:val="center"/>
          </w:tcPr>
          <w:p w14:paraId="7BCC4D1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7B752DC" w14:textId="77777777" w:rsidR="00D140EC" w:rsidRDefault="00000000">
            <w:pPr>
              <w:spacing w:after="0"/>
            </w:pPr>
            <w:r>
              <w:rPr>
                <w:sz w:val="15"/>
              </w:rPr>
              <w:t>[VENDOR RESPONSE]</w:t>
            </w:r>
          </w:p>
        </w:tc>
      </w:tr>
      <w:tr w:rsidR="00D140EC" w14:paraId="355BDB18" w14:textId="77777777">
        <w:trPr>
          <w:cantSplit/>
          <w:jc w:val="center"/>
        </w:trPr>
        <w:tc>
          <w:tcPr>
            <w:tcW w:w="4608" w:type="dxa"/>
            <w:tcMar>
              <w:top w:w="80" w:type="dxa"/>
              <w:left w:w="90" w:type="dxa"/>
              <w:bottom w:w="80" w:type="dxa"/>
              <w:right w:w="90" w:type="dxa"/>
            </w:tcMar>
            <w:vAlign w:val="center"/>
          </w:tcPr>
          <w:p w14:paraId="3F45375F" w14:textId="77777777" w:rsidR="00D140EC" w:rsidRDefault="00000000">
            <w:pPr>
              <w:spacing w:after="0"/>
            </w:pPr>
            <w:r>
              <w:rPr>
                <w:sz w:val="15"/>
              </w:rPr>
              <w:t>Describe exception handling when a visitor cannot complete self-service entry.</w:t>
            </w:r>
          </w:p>
        </w:tc>
        <w:tc>
          <w:tcPr>
            <w:tcW w:w="2880" w:type="dxa"/>
            <w:tcMar>
              <w:top w:w="80" w:type="dxa"/>
              <w:left w:w="90" w:type="dxa"/>
              <w:bottom w:w="80" w:type="dxa"/>
              <w:right w:w="90" w:type="dxa"/>
            </w:tcMar>
            <w:vAlign w:val="center"/>
          </w:tcPr>
          <w:p w14:paraId="5D6A0343"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70C13AE" w14:textId="77777777" w:rsidR="00D140EC" w:rsidRDefault="00000000">
            <w:pPr>
              <w:spacing w:after="0"/>
            </w:pPr>
            <w:r>
              <w:rPr>
                <w:sz w:val="15"/>
              </w:rPr>
              <w:t>[VENDOR RESPONSE]</w:t>
            </w:r>
          </w:p>
        </w:tc>
      </w:tr>
      <w:tr w:rsidR="00D140EC" w14:paraId="51CCBD25" w14:textId="77777777">
        <w:trPr>
          <w:cantSplit/>
          <w:jc w:val="center"/>
        </w:trPr>
        <w:tc>
          <w:tcPr>
            <w:tcW w:w="4608" w:type="dxa"/>
            <w:tcMar>
              <w:top w:w="80" w:type="dxa"/>
              <w:left w:w="90" w:type="dxa"/>
              <w:bottom w:w="80" w:type="dxa"/>
              <w:right w:w="90" w:type="dxa"/>
            </w:tcMar>
            <w:vAlign w:val="center"/>
          </w:tcPr>
          <w:p w14:paraId="1FF0FC3D" w14:textId="77777777" w:rsidR="00D140EC" w:rsidRDefault="00000000">
            <w:pPr>
              <w:spacing w:after="0"/>
            </w:pPr>
            <w:r>
              <w:rPr>
                <w:sz w:val="15"/>
              </w:rPr>
              <w:t>Describe accessibility considerations and user instructions.</w:t>
            </w:r>
          </w:p>
        </w:tc>
        <w:tc>
          <w:tcPr>
            <w:tcW w:w="2880" w:type="dxa"/>
            <w:tcMar>
              <w:top w:w="80" w:type="dxa"/>
              <w:left w:w="90" w:type="dxa"/>
              <w:bottom w:w="80" w:type="dxa"/>
              <w:right w:w="90" w:type="dxa"/>
            </w:tcMar>
            <w:vAlign w:val="center"/>
          </w:tcPr>
          <w:p w14:paraId="7B0985C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75EFAEA" w14:textId="77777777" w:rsidR="00D140EC" w:rsidRDefault="00000000">
            <w:pPr>
              <w:spacing w:after="0"/>
            </w:pPr>
            <w:r>
              <w:rPr>
                <w:sz w:val="15"/>
              </w:rPr>
              <w:t>[VENDOR RESPONSE]</w:t>
            </w:r>
          </w:p>
        </w:tc>
      </w:tr>
      <w:tr w:rsidR="00D140EC" w14:paraId="42992856" w14:textId="77777777">
        <w:trPr>
          <w:cantSplit/>
          <w:jc w:val="center"/>
        </w:trPr>
        <w:tc>
          <w:tcPr>
            <w:tcW w:w="4608" w:type="dxa"/>
            <w:tcMar>
              <w:top w:w="80" w:type="dxa"/>
              <w:left w:w="90" w:type="dxa"/>
              <w:bottom w:w="80" w:type="dxa"/>
              <w:right w:w="90" w:type="dxa"/>
            </w:tcMar>
            <w:vAlign w:val="center"/>
          </w:tcPr>
          <w:p w14:paraId="368121FD" w14:textId="77777777" w:rsidR="00D140EC" w:rsidRDefault="00000000">
            <w:pPr>
              <w:spacing w:after="0"/>
            </w:pPr>
            <w:r>
              <w:rPr>
                <w:sz w:val="15"/>
              </w:rPr>
              <w:t>Describe remote assistance or remote guarding options, if offered.</w:t>
            </w:r>
          </w:p>
        </w:tc>
        <w:tc>
          <w:tcPr>
            <w:tcW w:w="2880" w:type="dxa"/>
            <w:tcMar>
              <w:top w:w="80" w:type="dxa"/>
              <w:left w:w="90" w:type="dxa"/>
              <w:bottom w:w="80" w:type="dxa"/>
              <w:right w:w="90" w:type="dxa"/>
            </w:tcMar>
            <w:vAlign w:val="center"/>
          </w:tcPr>
          <w:p w14:paraId="1301AFD2"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2C2B4A6" w14:textId="77777777" w:rsidR="00D140EC" w:rsidRDefault="00000000">
            <w:pPr>
              <w:spacing w:after="0"/>
            </w:pPr>
            <w:r>
              <w:rPr>
                <w:sz w:val="15"/>
              </w:rPr>
              <w:t>[VENDOR RESPONSE]</w:t>
            </w:r>
          </w:p>
        </w:tc>
      </w:tr>
    </w:tbl>
    <w:p w14:paraId="08AD3187" w14:textId="77777777" w:rsidR="00D140EC" w:rsidRDefault="00D140EC">
      <w:pPr>
        <w:spacing w:after="20"/>
      </w:pPr>
    </w:p>
    <w:p w14:paraId="7751CA0D" w14:textId="77777777" w:rsidR="00D140EC" w:rsidRDefault="00000000">
      <w:pPr>
        <w:pStyle w:val="Heading1"/>
      </w:pPr>
      <w:r>
        <w:t>12. License Plate Recognition (LPR)</w:t>
      </w:r>
    </w:p>
    <w:p w14:paraId="17C155E7" w14:textId="77777777" w:rsidR="00D140EC" w:rsidRDefault="00000000">
      <w:r>
        <w:t>The community should mark only the use cases it intends to evaluate. Respondents should distinguish access-control LPR from investigative / security LPR where relevant.</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38"/>
        <w:gridCol w:w="2592"/>
        <w:gridCol w:w="3484"/>
      </w:tblGrid>
      <w:tr w:rsidR="00D140EC" w14:paraId="70A6AEB9" w14:textId="77777777">
        <w:trPr>
          <w:cantSplit/>
          <w:tblHeader/>
          <w:jc w:val="center"/>
        </w:trPr>
        <w:tc>
          <w:tcPr>
            <w:tcW w:w="4608" w:type="dxa"/>
            <w:shd w:val="clear" w:color="auto" w:fill="202333"/>
            <w:tcMar>
              <w:top w:w="80" w:type="dxa"/>
              <w:left w:w="90" w:type="dxa"/>
              <w:bottom w:w="80" w:type="dxa"/>
              <w:right w:w="90" w:type="dxa"/>
            </w:tcMar>
          </w:tcPr>
          <w:p w14:paraId="6F093816" w14:textId="77777777" w:rsidR="00D140EC" w:rsidRDefault="00000000">
            <w:pPr>
              <w:spacing w:after="0"/>
            </w:pPr>
            <w:r>
              <w:rPr>
                <w:b/>
                <w:color w:val="FFFFFF"/>
                <w:sz w:val="15"/>
              </w:rPr>
              <w:lastRenderedPageBreak/>
              <w:t>Requirement / Desired Outcome</w:t>
            </w:r>
          </w:p>
        </w:tc>
        <w:tc>
          <w:tcPr>
            <w:tcW w:w="2880" w:type="dxa"/>
            <w:shd w:val="clear" w:color="auto" w:fill="202333"/>
            <w:tcMar>
              <w:top w:w="80" w:type="dxa"/>
              <w:left w:w="90" w:type="dxa"/>
              <w:bottom w:w="80" w:type="dxa"/>
              <w:right w:w="90" w:type="dxa"/>
            </w:tcMar>
          </w:tcPr>
          <w:p w14:paraId="4FB99489"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1D841F04" w14:textId="77777777" w:rsidR="00D140EC" w:rsidRDefault="00000000">
            <w:pPr>
              <w:spacing w:after="0"/>
            </w:pPr>
            <w:r>
              <w:rPr>
                <w:b/>
                <w:color w:val="FFFFFF"/>
                <w:sz w:val="15"/>
              </w:rPr>
              <w:t>Vendor Response</w:t>
            </w:r>
          </w:p>
        </w:tc>
      </w:tr>
      <w:tr w:rsidR="00D140EC" w14:paraId="7378C08C" w14:textId="77777777">
        <w:trPr>
          <w:cantSplit/>
          <w:jc w:val="center"/>
        </w:trPr>
        <w:tc>
          <w:tcPr>
            <w:tcW w:w="4608" w:type="dxa"/>
            <w:tcMar>
              <w:top w:w="80" w:type="dxa"/>
              <w:left w:w="90" w:type="dxa"/>
              <w:bottom w:w="80" w:type="dxa"/>
              <w:right w:w="90" w:type="dxa"/>
            </w:tcMar>
            <w:vAlign w:val="center"/>
          </w:tcPr>
          <w:p w14:paraId="4589D9FB" w14:textId="77777777" w:rsidR="00D140EC" w:rsidRDefault="00000000">
            <w:pPr>
              <w:spacing w:after="0"/>
            </w:pPr>
            <w:r>
              <w:rPr>
                <w:sz w:val="15"/>
              </w:rPr>
              <w:t>Resident vehicle access using authorized plates.</w:t>
            </w:r>
          </w:p>
        </w:tc>
        <w:tc>
          <w:tcPr>
            <w:tcW w:w="2880" w:type="dxa"/>
            <w:tcMar>
              <w:top w:w="80" w:type="dxa"/>
              <w:left w:w="90" w:type="dxa"/>
              <w:bottom w:w="80" w:type="dxa"/>
              <w:right w:w="90" w:type="dxa"/>
            </w:tcMar>
            <w:vAlign w:val="center"/>
          </w:tcPr>
          <w:p w14:paraId="547C45E1"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E919E75" w14:textId="77777777" w:rsidR="00D140EC" w:rsidRDefault="00000000">
            <w:pPr>
              <w:spacing w:after="0"/>
            </w:pPr>
            <w:r>
              <w:rPr>
                <w:sz w:val="15"/>
              </w:rPr>
              <w:t>[VENDOR RESPONSE]</w:t>
            </w:r>
          </w:p>
        </w:tc>
      </w:tr>
      <w:tr w:rsidR="00D140EC" w14:paraId="20C37BD2" w14:textId="77777777">
        <w:trPr>
          <w:cantSplit/>
          <w:jc w:val="center"/>
        </w:trPr>
        <w:tc>
          <w:tcPr>
            <w:tcW w:w="4608" w:type="dxa"/>
            <w:tcMar>
              <w:top w:w="80" w:type="dxa"/>
              <w:left w:w="90" w:type="dxa"/>
              <w:bottom w:w="80" w:type="dxa"/>
              <w:right w:w="90" w:type="dxa"/>
            </w:tcMar>
            <w:vAlign w:val="center"/>
          </w:tcPr>
          <w:p w14:paraId="7A7FB716" w14:textId="77777777" w:rsidR="00D140EC" w:rsidRDefault="00000000">
            <w:pPr>
              <w:spacing w:after="0"/>
            </w:pPr>
            <w:r>
              <w:rPr>
                <w:sz w:val="15"/>
              </w:rPr>
              <w:t>Visitor vehicle verification or association.</w:t>
            </w:r>
          </w:p>
        </w:tc>
        <w:tc>
          <w:tcPr>
            <w:tcW w:w="2880" w:type="dxa"/>
            <w:tcMar>
              <w:top w:w="80" w:type="dxa"/>
              <w:left w:w="90" w:type="dxa"/>
              <w:bottom w:w="80" w:type="dxa"/>
              <w:right w:w="90" w:type="dxa"/>
            </w:tcMar>
            <w:vAlign w:val="center"/>
          </w:tcPr>
          <w:p w14:paraId="109FCD7E"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D9B100C" w14:textId="77777777" w:rsidR="00D140EC" w:rsidRDefault="00000000">
            <w:pPr>
              <w:spacing w:after="0"/>
            </w:pPr>
            <w:r>
              <w:rPr>
                <w:sz w:val="15"/>
              </w:rPr>
              <w:t>[VENDOR RESPONSE]</w:t>
            </w:r>
          </w:p>
        </w:tc>
      </w:tr>
      <w:tr w:rsidR="00D140EC" w14:paraId="1D756C03" w14:textId="77777777">
        <w:trPr>
          <w:cantSplit/>
          <w:jc w:val="center"/>
        </w:trPr>
        <w:tc>
          <w:tcPr>
            <w:tcW w:w="4608" w:type="dxa"/>
            <w:tcMar>
              <w:top w:w="80" w:type="dxa"/>
              <w:left w:w="90" w:type="dxa"/>
              <w:bottom w:w="80" w:type="dxa"/>
              <w:right w:w="90" w:type="dxa"/>
            </w:tcMar>
            <w:vAlign w:val="center"/>
          </w:tcPr>
          <w:p w14:paraId="0671EA81" w14:textId="77777777" w:rsidR="00D140EC" w:rsidRDefault="00000000">
            <w:pPr>
              <w:spacing w:after="0"/>
            </w:pPr>
            <w:r>
              <w:rPr>
                <w:sz w:val="15"/>
              </w:rPr>
              <w:t>Entry and exit plate capture.</w:t>
            </w:r>
          </w:p>
        </w:tc>
        <w:tc>
          <w:tcPr>
            <w:tcW w:w="2880" w:type="dxa"/>
            <w:tcMar>
              <w:top w:w="80" w:type="dxa"/>
              <w:left w:w="90" w:type="dxa"/>
              <w:bottom w:w="80" w:type="dxa"/>
              <w:right w:w="90" w:type="dxa"/>
            </w:tcMar>
            <w:vAlign w:val="center"/>
          </w:tcPr>
          <w:p w14:paraId="5B3E07B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5BAE1CD" w14:textId="77777777" w:rsidR="00D140EC" w:rsidRDefault="00000000">
            <w:pPr>
              <w:spacing w:after="0"/>
            </w:pPr>
            <w:r>
              <w:rPr>
                <w:sz w:val="15"/>
              </w:rPr>
              <w:t>[VENDOR RESPONSE]</w:t>
            </w:r>
          </w:p>
        </w:tc>
      </w:tr>
      <w:tr w:rsidR="00D140EC" w14:paraId="633E15BD" w14:textId="77777777">
        <w:trPr>
          <w:cantSplit/>
          <w:jc w:val="center"/>
        </w:trPr>
        <w:tc>
          <w:tcPr>
            <w:tcW w:w="4608" w:type="dxa"/>
            <w:tcMar>
              <w:top w:w="80" w:type="dxa"/>
              <w:left w:w="90" w:type="dxa"/>
              <w:bottom w:w="80" w:type="dxa"/>
              <w:right w:w="90" w:type="dxa"/>
            </w:tcMar>
            <w:vAlign w:val="center"/>
          </w:tcPr>
          <w:p w14:paraId="3CBD705A" w14:textId="77777777" w:rsidR="00D140EC" w:rsidRDefault="00000000">
            <w:pPr>
              <w:spacing w:after="0"/>
            </w:pPr>
            <w:r>
              <w:rPr>
                <w:sz w:val="15"/>
              </w:rPr>
              <w:t>Searchable vehicle history for authorized users.</w:t>
            </w:r>
          </w:p>
        </w:tc>
        <w:tc>
          <w:tcPr>
            <w:tcW w:w="2880" w:type="dxa"/>
            <w:tcMar>
              <w:top w:w="80" w:type="dxa"/>
              <w:left w:w="90" w:type="dxa"/>
              <w:bottom w:w="80" w:type="dxa"/>
              <w:right w:w="90" w:type="dxa"/>
            </w:tcMar>
            <w:vAlign w:val="center"/>
          </w:tcPr>
          <w:p w14:paraId="4A8C0E8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A17199A" w14:textId="77777777" w:rsidR="00D140EC" w:rsidRDefault="00000000">
            <w:pPr>
              <w:spacing w:after="0"/>
            </w:pPr>
            <w:r>
              <w:rPr>
                <w:sz w:val="15"/>
              </w:rPr>
              <w:t>[VENDOR RESPONSE]</w:t>
            </w:r>
          </w:p>
        </w:tc>
      </w:tr>
      <w:tr w:rsidR="00D140EC" w14:paraId="3BA84C27" w14:textId="77777777">
        <w:trPr>
          <w:cantSplit/>
          <w:jc w:val="center"/>
        </w:trPr>
        <w:tc>
          <w:tcPr>
            <w:tcW w:w="4608" w:type="dxa"/>
            <w:tcMar>
              <w:top w:w="80" w:type="dxa"/>
              <w:left w:w="90" w:type="dxa"/>
              <w:bottom w:w="80" w:type="dxa"/>
              <w:right w:w="90" w:type="dxa"/>
            </w:tcMar>
            <w:vAlign w:val="center"/>
          </w:tcPr>
          <w:p w14:paraId="5FD4E9F8" w14:textId="77777777" w:rsidR="00D140EC" w:rsidRDefault="00000000">
            <w:pPr>
              <w:spacing w:after="0"/>
            </w:pPr>
            <w:r>
              <w:rPr>
                <w:sz w:val="15"/>
              </w:rPr>
              <w:t>Watchlist / BOLO alerting with configurable permissions and procedures.</w:t>
            </w:r>
          </w:p>
        </w:tc>
        <w:tc>
          <w:tcPr>
            <w:tcW w:w="2880" w:type="dxa"/>
            <w:tcMar>
              <w:top w:w="80" w:type="dxa"/>
              <w:left w:w="90" w:type="dxa"/>
              <w:bottom w:w="80" w:type="dxa"/>
              <w:right w:w="90" w:type="dxa"/>
            </w:tcMar>
            <w:vAlign w:val="center"/>
          </w:tcPr>
          <w:p w14:paraId="0620C80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2A694D4" w14:textId="77777777" w:rsidR="00D140EC" w:rsidRDefault="00000000">
            <w:pPr>
              <w:spacing w:after="0"/>
            </w:pPr>
            <w:r>
              <w:rPr>
                <w:sz w:val="15"/>
              </w:rPr>
              <w:t>[VENDOR RESPONSE]</w:t>
            </w:r>
          </w:p>
        </w:tc>
      </w:tr>
      <w:tr w:rsidR="00D140EC" w14:paraId="0D1437B1" w14:textId="77777777">
        <w:trPr>
          <w:cantSplit/>
          <w:jc w:val="center"/>
        </w:trPr>
        <w:tc>
          <w:tcPr>
            <w:tcW w:w="4608" w:type="dxa"/>
            <w:tcMar>
              <w:top w:w="80" w:type="dxa"/>
              <w:left w:w="90" w:type="dxa"/>
              <w:bottom w:w="80" w:type="dxa"/>
              <w:right w:w="90" w:type="dxa"/>
            </w:tcMar>
            <w:vAlign w:val="center"/>
          </w:tcPr>
          <w:p w14:paraId="427E446B" w14:textId="77777777" w:rsidR="00D140EC" w:rsidRDefault="00000000">
            <w:pPr>
              <w:spacing w:after="0"/>
            </w:pPr>
            <w:r>
              <w:rPr>
                <w:sz w:val="15"/>
              </w:rPr>
              <w:t>Overstay / time-on-property reporting where entry and exit data are available.</w:t>
            </w:r>
          </w:p>
        </w:tc>
        <w:tc>
          <w:tcPr>
            <w:tcW w:w="2880" w:type="dxa"/>
            <w:tcMar>
              <w:top w:w="80" w:type="dxa"/>
              <w:left w:w="90" w:type="dxa"/>
              <w:bottom w:w="80" w:type="dxa"/>
              <w:right w:w="90" w:type="dxa"/>
            </w:tcMar>
            <w:vAlign w:val="center"/>
          </w:tcPr>
          <w:p w14:paraId="011384F5"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4E05470" w14:textId="77777777" w:rsidR="00D140EC" w:rsidRDefault="00000000">
            <w:pPr>
              <w:spacing w:after="0"/>
            </w:pPr>
            <w:r>
              <w:rPr>
                <w:sz w:val="15"/>
              </w:rPr>
              <w:t>[VENDOR RESPONSE]</w:t>
            </w:r>
          </w:p>
        </w:tc>
      </w:tr>
      <w:tr w:rsidR="00D140EC" w14:paraId="0C24AA70" w14:textId="77777777">
        <w:trPr>
          <w:cantSplit/>
          <w:jc w:val="center"/>
        </w:trPr>
        <w:tc>
          <w:tcPr>
            <w:tcW w:w="4608" w:type="dxa"/>
            <w:tcMar>
              <w:top w:w="80" w:type="dxa"/>
              <w:left w:w="90" w:type="dxa"/>
              <w:bottom w:w="80" w:type="dxa"/>
              <w:right w:w="90" w:type="dxa"/>
            </w:tcMar>
            <w:vAlign w:val="center"/>
          </w:tcPr>
          <w:p w14:paraId="5BA92890" w14:textId="77777777" w:rsidR="00D140EC" w:rsidRDefault="00000000">
            <w:pPr>
              <w:spacing w:after="0"/>
            </w:pPr>
            <w:r>
              <w:rPr>
                <w:sz w:val="15"/>
              </w:rPr>
              <w:t>Unregistered / unknown vehicle identification or reporting.</w:t>
            </w:r>
          </w:p>
        </w:tc>
        <w:tc>
          <w:tcPr>
            <w:tcW w:w="2880" w:type="dxa"/>
            <w:tcMar>
              <w:top w:w="80" w:type="dxa"/>
              <w:left w:w="90" w:type="dxa"/>
              <w:bottom w:w="80" w:type="dxa"/>
              <w:right w:w="90" w:type="dxa"/>
            </w:tcMar>
            <w:vAlign w:val="center"/>
          </w:tcPr>
          <w:p w14:paraId="0385FD0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6497BF1" w14:textId="77777777" w:rsidR="00D140EC" w:rsidRDefault="00000000">
            <w:pPr>
              <w:spacing w:after="0"/>
            </w:pPr>
            <w:r>
              <w:rPr>
                <w:sz w:val="15"/>
              </w:rPr>
              <w:t>[VENDOR RESPONSE]</w:t>
            </w:r>
          </w:p>
        </w:tc>
      </w:tr>
      <w:tr w:rsidR="00D140EC" w14:paraId="0DA2B023" w14:textId="77777777">
        <w:trPr>
          <w:cantSplit/>
          <w:jc w:val="center"/>
        </w:trPr>
        <w:tc>
          <w:tcPr>
            <w:tcW w:w="4608" w:type="dxa"/>
            <w:tcMar>
              <w:top w:w="80" w:type="dxa"/>
              <w:left w:w="90" w:type="dxa"/>
              <w:bottom w:w="80" w:type="dxa"/>
              <w:right w:w="90" w:type="dxa"/>
            </w:tcMar>
            <w:vAlign w:val="center"/>
          </w:tcPr>
          <w:p w14:paraId="75AB5503" w14:textId="77777777" w:rsidR="00D140EC" w:rsidRDefault="00000000">
            <w:pPr>
              <w:spacing w:after="0"/>
            </w:pPr>
            <w:r>
              <w:rPr>
                <w:sz w:val="15"/>
              </w:rPr>
              <w:t>Describe camera placement, lane coverage, illumination and environmental considerations.</w:t>
            </w:r>
          </w:p>
        </w:tc>
        <w:tc>
          <w:tcPr>
            <w:tcW w:w="2880" w:type="dxa"/>
            <w:tcMar>
              <w:top w:w="80" w:type="dxa"/>
              <w:left w:w="90" w:type="dxa"/>
              <w:bottom w:w="80" w:type="dxa"/>
              <w:right w:w="90" w:type="dxa"/>
            </w:tcMar>
            <w:vAlign w:val="center"/>
          </w:tcPr>
          <w:p w14:paraId="48E95B7C"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B678694" w14:textId="77777777" w:rsidR="00D140EC" w:rsidRDefault="00000000">
            <w:pPr>
              <w:spacing w:after="0"/>
            </w:pPr>
            <w:r>
              <w:rPr>
                <w:sz w:val="15"/>
              </w:rPr>
              <w:t>[VENDOR RESPONSE]</w:t>
            </w:r>
          </w:p>
        </w:tc>
      </w:tr>
      <w:tr w:rsidR="00D140EC" w14:paraId="5E3E854D" w14:textId="77777777">
        <w:trPr>
          <w:cantSplit/>
          <w:jc w:val="center"/>
        </w:trPr>
        <w:tc>
          <w:tcPr>
            <w:tcW w:w="4608" w:type="dxa"/>
            <w:tcMar>
              <w:top w:w="80" w:type="dxa"/>
              <w:left w:w="90" w:type="dxa"/>
              <w:bottom w:w="80" w:type="dxa"/>
              <w:right w:w="90" w:type="dxa"/>
            </w:tcMar>
            <w:vAlign w:val="center"/>
          </w:tcPr>
          <w:p w14:paraId="354BF66C" w14:textId="77777777" w:rsidR="00D140EC" w:rsidRDefault="00000000">
            <w:pPr>
              <w:spacing w:after="0"/>
            </w:pPr>
            <w:r>
              <w:rPr>
                <w:sz w:val="15"/>
              </w:rPr>
              <w:t>Describe expected recognition performance and factors that reduce accuracy.</w:t>
            </w:r>
          </w:p>
        </w:tc>
        <w:tc>
          <w:tcPr>
            <w:tcW w:w="2880" w:type="dxa"/>
            <w:tcMar>
              <w:top w:w="80" w:type="dxa"/>
              <w:left w:w="90" w:type="dxa"/>
              <w:bottom w:w="80" w:type="dxa"/>
              <w:right w:w="90" w:type="dxa"/>
            </w:tcMar>
            <w:vAlign w:val="center"/>
          </w:tcPr>
          <w:p w14:paraId="3E39608E"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A3A00D4" w14:textId="77777777" w:rsidR="00D140EC" w:rsidRDefault="00000000">
            <w:pPr>
              <w:spacing w:after="0"/>
            </w:pPr>
            <w:r>
              <w:rPr>
                <w:sz w:val="15"/>
              </w:rPr>
              <w:t>[VENDOR RESPONSE]</w:t>
            </w:r>
          </w:p>
        </w:tc>
      </w:tr>
      <w:tr w:rsidR="00D140EC" w14:paraId="3FFF3BBD" w14:textId="77777777">
        <w:trPr>
          <w:cantSplit/>
          <w:jc w:val="center"/>
        </w:trPr>
        <w:tc>
          <w:tcPr>
            <w:tcW w:w="4608" w:type="dxa"/>
            <w:tcMar>
              <w:top w:w="80" w:type="dxa"/>
              <w:left w:w="90" w:type="dxa"/>
              <w:bottom w:w="80" w:type="dxa"/>
              <w:right w:w="90" w:type="dxa"/>
            </w:tcMar>
            <w:vAlign w:val="center"/>
          </w:tcPr>
          <w:p w14:paraId="1F8CD555" w14:textId="77777777" w:rsidR="00D140EC" w:rsidRDefault="00000000">
            <w:pPr>
              <w:spacing w:after="0"/>
            </w:pPr>
            <w:r>
              <w:rPr>
                <w:sz w:val="15"/>
              </w:rPr>
              <w:t>Describe plate data retention, access controls, audit logging and privacy controls.</w:t>
            </w:r>
          </w:p>
        </w:tc>
        <w:tc>
          <w:tcPr>
            <w:tcW w:w="2880" w:type="dxa"/>
            <w:tcMar>
              <w:top w:w="80" w:type="dxa"/>
              <w:left w:w="90" w:type="dxa"/>
              <w:bottom w:w="80" w:type="dxa"/>
              <w:right w:w="90" w:type="dxa"/>
            </w:tcMar>
            <w:vAlign w:val="center"/>
          </w:tcPr>
          <w:p w14:paraId="78E0E91B"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75B98BB" w14:textId="77777777" w:rsidR="00D140EC" w:rsidRDefault="00000000">
            <w:pPr>
              <w:spacing w:after="0"/>
            </w:pPr>
            <w:r>
              <w:rPr>
                <w:sz w:val="15"/>
              </w:rPr>
              <w:t>[VENDOR RESPONSE]</w:t>
            </w:r>
          </w:p>
        </w:tc>
      </w:tr>
      <w:tr w:rsidR="00D140EC" w14:paraId="5B7B3276" w14:textId="77777777">
        <w:trPr>
          <w:cantSplit/>
          <w:jc w:val="center"/>
        </w:trPr>
        <w:tc>
          <w:tcPr>
            <w:tcW w:w="4608" w:type="dxa"/>
            <w:tcMar>
              <w:top w:w="80" w:type="dxa"/>
              <w:left w:w="90" w:type="dxa"/>
              <w:bottom w:w="80" w:type="dxa"/>
              <w:right w:w="90" w:type="dxa"/>
            </w:tcMar>
            <w:vAlign w:val="center"/>
          </w:tcPr>
          <w:p w14:paraId="3DA39A87" w14:textId="77777777" w:rsidR="00D140EC" w:rsidRDefault="00000000">
            <w:pPr>
              <w:spacing w:after="0"/>
            </w:pPr>
            <w:r>
              <w:rPr>
                <w:sz w:val="15"/>
              </w:rPr>
              <w:t>Describe handling of temporary plates, motorcycles, obscured plates and plate changes.</w:t>
            </w:r>
          </w:p>
        </w:tc>
        <w:tc>
          <w:tcPr>
            <w:tcW w:w="2880" w:type="dxa"/>
            <w:tcMar>
              <w:top w:w="80" w:type="dxa"/>
              <w:left w:w="90" w:type="dxa"/>
              <w:bottom w:w="80" w:type="dxa"/>
              <w:right w:w="90" w:type="dxa"/>
            </w:tcMar>
            <w:vAlign w:val="center"/>
          </w:tcPr>
          <w:p w14:paraId="486BF0DA"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003C3CB" w14:textId="77777777" w:rsidR="00D140EC" w:rsidRDefault="00000000">
            <w:pPr>
              <w:spacing w:after="0"/>
            </w:pPr>
            <w:r>
              <w:rPr>
                <w:sz w:val="15"/>
              </w:rPr>
              <w:t>[VENDOR RESPONSE]</w:t>
            </w:r>
          </w:p>
        </w:tc>
      </w:tr>
      <w:tr w:rsidR="00D140EC" w14:paraId="58D8F71B" w14:textId="77777777">
        <w:trPr>
          <w:cantSplit/>
          <w:jc w:val="center"/>
        </w:trPr>
        <w:tc>
          <w:tcPr>
            <w:tcW w:w="4608" w:type="dxa"/>
            <w:tcMar>
              <w:top w:w="80" w:type="dxa"/>
              <w:left w:w="90" w:type="dxa"/>
              <w:bottom w:w="80" w:type="dxa"/>
              <w:right w:w="90" w:type="dxa"/>
            </w:tcMar>
            <w:vAlign w:val="center"/>
          </w:tcPr>
          <w:p w14:paraId="204BD27A" w14:textId="77777777" w:rsidR="00D140EC" w:rsidRDefault="00000000">
            <w:pPr>
              <w:spacing w:after="0"/>
            </w:pPr>
            <w:r>
              <w:rPr>
                <w:sz w:val="15"/>
              </w:rPr>
              <w:t>Describe any per-camera, per-lane, cloud, lookup or usage fees.</w:t>
            </w:r>
          </w:p>
        </w:tc>
        <w:tc>
          <w:tcPr>
            <w:tcW w:w="2880" w:type="dxa"/>
            <w:tcMar>
              <w:top w:w="80" w:type="dxa"/>
              <w:left w:w="90" w:type="dxa"/>
              <w:bottom w:w="80" w:type="dxa"/>
              <w:right w:w="90" w:type="dxa"/>
            </w:tcMar>
            <w:vAlign w:val="center"/>
          </w:tcPr>
          <w:p w14:paraId="17D6649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6DDDFA2" w14:textId="77777777" w:rsidR="00D140EC" w:rsidRDefault="00000000">
            <w:pPr>
              <w:spacing w:after="0"/>
            </w:pPr>
            <w:r>
              <w:rPr>
                <w:sz w:val="15"/>
              </w:rPr>
              <w:t>[VENDOR RESPONSE]</w:t>
            </w:r>
          </w:p>
        </w:tc>
      </w:tr>
    </w:tbl>
    <w:p w14:paraId="168CBBED" w14:textId="77777777" w:rsidR="00D140EC" w:rsidRDefault="00D140EC">
      <w:pPr>
        <w:spacing w:after="20"/>
      </w:pPr>
    </w:p>
    <w:p w14:paraId="301222E7" w14:textId="77777777" w:rsidR="00D140EC" w:rsidRDefault="00000000">
      <w:r>
        <w:br w:type="page"/>
      </w:r>
    </w:p>
    <w:p w14:paraId="42D1CD69" w14:textId="77777777" w:rsidR="00D140EC" w:rsidRDefault="00000000">
      <w:pPr>
        <w:pStyle w:val="Heading1"/>
      </w:pPr>
      <w:r>
        <w:lastRenderedPageBreak/>
        <w:t>13. Access Control</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34"/>
        <w:gridCol w:w="2593"/>
        <w:gridCol w:w="3487"/>
      </w:tblGrid>
      <w:tr w:rsidR="00D140EC" w14:paraId="61D4D0AE" w14:textId="77777777">
        <w:trPr>
          <w:cantSplit/>
          <w:tblHeader/>
          <w:jc w:val="center"/>
        </w:trPr>
        <w:tc>
          <w:tcPr>
            <w:tcW w:w="4608" w:type="dxa"/>
            <w:shd w:val="clear" w:color="auto" w:fill="202333"/>
            <w:tcMar>
              <w:top w:w="80" w:type="dxa"/>
              <w:left w:w="90" w:type="dxa"/>
              <w:bottom w:w="80" w:type="dxa"/>
              <w:right w:w="90" w:type="dxa"/>
            </w:tcMar>
          </w:tcPr>
          <w:p w14:paraId="05C218A7"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02387A8A"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4BC1B8A1" w14:textId="77777777" w:rsidR="00D140EC" w:rsidRDefault="00000000">
            <w:pPr>
              <w:spacing w:after="0"/>
            </w:pPr>
            <w:r>
              <w:rPr>
                <w:b/>
                <w:color w:val="FFFFFF"/>
                <w:sz w:val="15"/>
              </w:rPr>
              <w:t>Vendor Response</w:t>
            </w:r>
          </w:p>
        </w:tc>
      </w:tr>
      <w:tr w:rsidR="00D140EC" w14:paraId="56E57D68" w14:textId="77777777">
        <w:trPr>
          <w:cantSplit/>
          <w:jc w:val="center"/>
        </w:trPr>
        <w:tc>
          <w:tcPr>
            <w:tcW w:w="4608" w:type="dxa"/>
            <w:tcMar>
              <w:top w:w="80" w:type="dxa"/>
              <w:left w:w="90" w:type="dxa"/>
              <w:bottom w:w="80" w:type="dxa"/>
              <w:right w:w="90" w:type="dxa"/>
            </w:tcMar>
            <w:vAlign w:val="center"/>
          </w:tcPr>
          <w:p w14:paraId="3C568C09" w14:textId="77777777" w:rsidR="00D140EC" w:rsidRDefault="00000000">
            <w:pPr>
              <w:spacing w:after="0"/>
            </w:pPr>
            <w:r>
              <w:rPr>
                <w:sz w:val="15"/>
              </w:rPr>
              <w:t>Support centralized administration of gates, doors and other controlled access points in scope.</w:t>
            </w:r>
          </w:p>
        </w:tc>
        <w:tc>
          <w:tcPr>
            <w:tcW w:w="2880" w:type="dxa"/>
            <w:tcMar>
              <w:top w:w="80" w:type="dxa"/>
              <w:left w:w="90" w:type="dxa"/>
              <w:bottom w:w="80" w:type="dxa"/>
              <w:right w:w="90" w:type="dxa"/>
            </w:tcMar>
            <w:vAlign w:val="center"/>
          </w:tcPr>
          <w:p w14:paraId="5F47138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4C50F37" w14:textId="77777777" w:rsidR="00D140EC" w:rsidRDefault="00000000">
            <w:pPr>
              <w:spacing w:after="0"/>
            </w:pPr>
            <w:r>
              <w:rPr>
                <w:sz w:val="15"/>
              </w:rPr>
              <w:t>[VENDOR RESPONSE]</w:t>
            </w:r>
          </w:p>
        </w:tc>
      </w:tr>
      <w:tr w:rsidR="00D140EC" w14:paraId="3D5E8B18" w14:textId="77777777">
        <w:trPr>
          <w:cantSplit/>
          <w:jc w:val="center"/>
        </w:trPr>
        <w:tc>
          <w:tcPr>
            <w:tcW w:w="4608" w:type="dxa"/>
            <w:tcMar>
              <w:top w:w="80" w:type="dxa"/>
              <w:left w:w="90" w:type="dxa"/>
              <w:bottom w:w="80" w:type="dxa"/>
              <w:right w:w="90" w:type="dxa"/>
            </w:tcMar>
            <w:vAlign w:val="center"/>
          </w:tcPr>
          <w:p w14:paraId="3D08E31C" w14:textId="77777777" w:rsidR="00D140EC" w:rsidRDefault="00000000">
            <w:pPr>
              <w:spacing w:after="0"/>
            </w:pPr>
            <w:r>
              <w:rPr>
                <w:sz w:val="15"/>
              </w:rPr>
              <w:t>Support configurable access groups, schedules and permissions.</w:t>
            </w:r>
          </w:p>
        </w:tc>
        <w:tc>
          <w:tcPr>
            <w:tcW w:w="2880" w:type="dxa"/>
            <w:tcMar>
              <w:top w:w="80" w:type="dxa"/>
              <w:left w:w="90" w:type="dxa"/>
              <w:bottom w:w="80" w:type="dxa"/>
              <w:right w:w="90" w:type="dxa"/>
            </w:tcMar>
            <w:vAlign w:val="center"/>
          </w:tcPr>
          <w:p w14:paraId="18FD8B55"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1D6ED68" w14:textId="77777777" w:rsidR="00D140EC" w:rsidRDefault="00000000">
            <w:pPr>
              <w:spacing w:after="0"/>
            </w:pPr>
            <w:r>
              <w:rPr>
                <w:sz w:val="15"/>
              </w:rPr>
              <w:t>[VENDOR RESPONSE]</w:t>
            </w:r>
          </w:p>
        </w:tc>
      </w:tr>
      <w:tr w:rsidR="00D140EC" w14:paraId="699B546C" w14:textId="77777777">
        <w:trPr>
          <w:cantSplit/>
          <w:jc w:val="center"/>
        </w:trPr>
        <w:tc>
          <w:tcPr>
            <w:tcW w:w="4608" w:type="dxa"/>
            <w:tcMar>
              <w:top w:w="80" w:type="dxa"/>
              <w:left w:w="90" w:type="dxa"/>
              <w:bottom w:w="80" w:type="dxa"/>
              <w:right w:w="90" w:type="dxa"/>
            </w:tcMar>
            <w:vAlign w:val="center"/>
          </w:tcPr>
          <w:p w14:paraId="6F0AE92A" w14:textId="77777777" w:rsidR="00D140EC" w:rsidRDefault="00000000">
            <w:pPr>
              <w:spacing w:after="0"/>
            </w:pPr>
            <w:r>
              <w:rPr>
                <w:sz w:val="15"/>
              </w:rPr>
              <w:t>Support immediate credential activation and revocation.</w:t>
            </w:r>
          </w:p>
        </w:tc>
        <w:tc>
          <w:tcPr>
            <w:tcW w:w="2880" w:type="dxa"/>
            <w:tcMar>
              <w:top w:w="80" w:type="dxa"/>
              <w:left w:w="90" w:type="dxa"/>
              <w:bottom w:w="80" w:type="dxa"/>
              <w:right w:w="90" w:type="dxa"/>
            </w:tcMar>
            <w:vAlign w:val="center"/>
          </w:tcPr>
          <w:p w14:paraId="109FDB1C"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FA5758C" w14:textId="77777777" w:rsidR="00D140EC" w:rsidRDefault="00000000">
            <w:pPr>
              <w:spacing w:after="0"/>
            </w:pPr>
            <w:r>
              <w:rPr>
                <w:sz w:val="15"/>
              </w:rPr>
              <w:t>[VENDOR RESPONSE]</w:t>
            </w:r>
          </w:p>
        </w:tc>
      </w:tr>
      <w:tr w:rsidR="00D140EC" w14:paraId="3ED1FD90" w14:textId="77777777">
        <w:trPr>
          <w:cantSplit/>
          <w:jc w:val="center"/>
        </w:trPr>
        <w:tc>
          <w:tcPr>
            <w:tcW w:w="4608" w:type="dxa"/>
            <w:tcMar>
              <w:top w:w="80" w:type="dxa"/>
              <w:left w:w="90" w:type="dxa"/>
              <w:bottom w:w="80" w:type="dxa"/>
              <w:right w:w="90" w:type="dxa"/>
            </w:tcMar>
            <w:vAlign w:val="center"/>
          </w:tcPr>
          <w:p w14:paraId="0702A7E7" w14:textId="77777777" w:rsidR="00D140EC" w:rsidRDefault="00000000">
            <w:pPr>
              <w:spacing w:after="0"/>
            </w:pPr>
            <w:r>
              <w:rPr>
                <w:sz w:val="15"/>
              </w:rPr>
              <w:t>Provide event history and administrative audit logs.</w:t>
            </w:r>
          </w:p>
        </w:tc>
        <w:tc>
          <w:tcPr>
            <w:tcW w:w="2880" w:type="dxa"/>
            <w:tcMar>
              <w:top w:w="80" w:type="dxa"/>
              <w:left w:w="90" w:type="dxa"/>
              <w:bottom w:w="80" w:type="dxa"/>
              <w:right w:w="90" w:type="dxa"/>
            </w:tcMar>
            <w:vAlign w:val="center"/>
          </w:tcPr>
          <w:p w14:paraId="0BEFF54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FA16CA7" w14:textId="77777777" w:rsidR="00D140EC" w:rsidRDefault="00000000">
            <w:pPr>
              <w:spacing w:after="0"/>
            </w:pPr>
            <w:r>
              <w:rPr>
                <w:sz w:val="15"/>
              </w:rPr>
              <w:t>[VENDOR RESPONSE]</w:t>
            </w:r>
          </w:p>
        </w:tc>
      </w:tr>
      <w:tr w:rsidR="00D140EC" w14:paraId="431A6F70" w14:textId="77777777">
        <w:trPr>
          <w:cantSplit/>
          <w:jc w:val="center"/>
        </w:trPr>
        <w:tc>
          <w:tcPr>
            <w:tcW w:w="4608" w:type="dxa"/>
            <w:tcMar>
              <w:top w:w="80" w:type="dxa"/>
              <w:left w:w="90" w:type="dxa"/>
              <w:bottom w:w="80" w:type="dxa"/>
              <w:right w:w="90" w:type="dxa"/>
            </w:tcMar>
            <w:vAlign w:val="center"/>
          </w:tcPr>
          <w:p w14:paraId="18F94E50" w14:textId="77777777" w:rsidR="00D140EC" w:rsidRDefault="00000000">
            <w:pPr>
              <w:spacing w:after="0"/>
            </w:pPr>
            <w:r>
              <w:rPr>
                <w:sz w:val="15"/>
              </w:rPr>
              <w:t>Describe controller architecture and operation during loss of cloud/internet connectivity.</w:t>
            </w:r>
          </w:p>
        </w:tc>
        <w:tc>
          <w:tcPr>
            <w:tcW w:w="2880" w:type="dxa"/>
            <w:tcMar>
              <w:top w:w="80" w:type="dxa"/>
              <w:left w:w="90" w:type="dxa"/>
              <w:bottom w:w="80" w:type="dxa"/>
              <w:right w:w="90" w:type="dxa"/>
            </w:tcMar>
            <w:vAlign w:val="center"/>
          </w:tcPr>
          <w:p w14:paraId="2F3E141A"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B95F665" w14:textId="77777777" w:rsidR="00D140EC" w:rsidRDefault="00000000">
            <w:pPr>
              <w:spacing w:after="0"/>
            </w:pPr>
            <w:r>
              <w:rPr>
                <w:sz w:val="15"/>
              </w:rPr>
              <w:t>[VENDOR RESPONSE]</w:t>
            </w:r>
          </w:p>
        </w:tc>
      </w:tr>
      <w:tr w:rsidR="00D140EC" w14:paraId="18284816" w14:textId="77777777">
        <w:trPr>
          <w:cantSplit/>
          <w:jc w:val="center"/>
        </w:trPr>
        <w:tc>
          <w:tcPr>
            <w:tcW w:w="4608" w:type="dxa"/>
            <w:tcMar>
              <w:top w:w="80" w:type="dxa"/>
              <w:left w:w="90" w:type="dxa"/>
              <w:bottom w:w="80" w:type="dxa"/>
              <w:right w:w="90" w:type="dxa"/>
            </w:tcMar>
            <w:vAlign w:val="center"/>
          </w:tcPr>
          <w:p w14:paraId="6831E125" w14:textId="77777777" w:rsidR="00D140EC" w:rsidRDefault="00000000">
            <w:pPr>
              <w:spacing w:after="0"/>
            </w:pPr>
            <w:r>
              <w:rPr>
                <w:sz w:val="15"/>
              </w:rPr>
              <w:t>Describe supported readers, credentials and open standards / proprietary dependencies.</w:t>
            </w:r>
          </w:p>
        </w:tc>
        <w:tc>
          <w:tcPr>
            <w:tcW w:w="2880" w:type="dxa"/>
            <w:tcMar>
              <w:top w:w="80" w:type="dxa"/>
              <w:left w:w="90" w:type="dxa"/>
              <w:bottom w:w="80" w:type="dxa"/>
              <w:right w:w="90" w:type="dxa"/>
            </w:tcMar>
            <w:vAlign w:val="center"/>
          </w:tcPr>
          <w:p w14:paraId="5C9730E4"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F3B7C9C" w14:textId="77777777" w:rsidR="00D140EC" w:rsidRDefault="00000000">
            <w:pPr>
              <w:spacing w:after="0"/>
            </w:pPr>
            <w:r>
              <w:rPr>
                <w:sz w:val="15"/>
              </w:rPr>
              <w:t>[VENDOR RESPONSE]</w:t>
            </w:r>
          </w:p>
        </w:tc>
      </w:tr>
      <w:tr w:rsidR="00D140EC" w14:paraId="72A63F65" w14:textId="77777777">
        <w:trPr>
          <w:cantSplit/>
          <w:jc w:val="center"/>
        </w:trPr>
        <w:tc>
          <w:tcPr>
            <w:tcW w:w="4608" w:type="dxa"/>
            <w:tcMar>
              <w:top w:w="80" w:type="dxa"/>
              <w:left w:w="90" w:type="dxa"/>
              <w:bottom w:w="80" w:type="dxa"/>
              <w:right w:w="90" w:type="dxa"/>
            </w:tcMar>
            <w:vAlign w:val="center"/>
          </w:tcPr>
          <w:p w14:paraId="5C623E8B" w14:textId="77777777" w:rsidR="00D140EC" w:rsidRDefault="00000000">
            <w:pPr>
              <w:spacing w:after="0"/>
            </w:pPr>
            <w:r>
              <w:rPr>
                <w:sz w:val="15"/>
              </w:rPr>
              <w:t>Describe integration with gate operators, doors, locks, relays and safety systems.</w:t>
            </w:r>
          </w:p>
        </w:tc>
        <w:tc>
          <w:tcPr>
            <w:tcW w:w="2880" w:type="dxa"/>
            <w:tcMar>
              <w:top w:w="80" w:type="dxa"/>
              <w:left w:w="90" w:type="dxa"/>
              <w:bottom w:w="80" w:type="dxa"/>
              <w:right w:w="90" w:type="dxa"/>
            </w:tcMar>
            <w:vAlign w:val="center"/>
          </w:tcPr>
          <w:p w14:paraId="4006506F"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D48886B" w14:textId="77777777" w:rsidR="00D140EC" w:rsidRDefault="00000000">
            <w:pPr>
              <w:spacing w:after="0"/>
            </w:pPr>
            <w:r>
              <w:rPr>
                <w:sz w:val="15"/>
              </w:rPr>
              <w:t>[VENDOR RESPONSE]</w:t>
            </w:r>
          </w:p>
        </w:tc>
      </w:tr>
      <w:tr w:rsidR="00D140EC" w14:paraId="6950C853" w14:textId="77777777">
        <w:trPr>
          <w:cantSplit/>
          <w:jc w:val="center"/>
        </w:trPr>
        <w:tc>
          <w:tcPr>
            <w:tcW w:w="4608" w:type="dxa"/>
            <w:tcMar>
              <w:top w:w="80" w:type="dxa"/>
              <w:left w:w="90" w:type="dxa"/>
              <w:bottom w:w="80" w:type="dxa"/>
              <w:right w:w="90" w:type="dxa"/>
            </w:tcMar>
            <w:vAlign w:val="center"/>
          </w:tcPr>
          <w:p w14:paraId="6EDAED51" w14:textId="77777777" w:rsidR="00D140EC" w:rsidRDefault="00000000">
            <w:pPr>
              <w:spacing w:after="0"/>
            </w:pPr>
            <w:r>
              <w:rPr>
                <w:sz w:val="15"/>
              </w:rPr>
              <w:t>Describe alarm / forced-open / held-open capabilities if applicable.</w:t>
            </w:r>
          </w:p>
        </w:tc>
        <w:tc>
          <w:tcPr>
            <w:tcW w:w="2880" w:type="dxa"/>
            <w:tcMar>
              <w:top w:w="80" w:type="dxa"/>
              <w:left w:w="90" w:type="dxa"/>
              <w:bottom w:w="80" w:type="dxa"/>
              <w:right w:w="90" w:type="dxa"/>
            </w:tcMar>
            <w:vAlign w:val="center"/>
          </w:tcPr>
          <w:p w14:paraId="5FCF1E5B"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7CC727C" w14:textId="77777777" w:rsidR="00D140EC" w:rsidRDefault="00000000">
            <w:pPr>
              <w:spacing w:after="0"/>
            </w:pPr>
            <w:r>
              <w:rPr>
                <w:sz w:val="15"/>
              </w:rPr>
              <w:t>[VENDOR RESPONSE]</w:t>
            </w:r>
          </w:p>
        </w:tc>
      </w:tr>
      <w:tr w:rsidR="00D140EC" w14:paraId="3F9EC879" w14:textId="77777777">
        <w:trPr>
          <w:cantSplit/>
          <w:jc w:val="center"/>
        </w:trPr>
        <w:tc>
          <w:tcPr>
            <w:tcW w:w="4608" w:type="dxa"/>
            <w:tcMar>
              <w:top w:w="80" w:type="dxa"/>
              <w:left w:w="90" w:type="dxa"/>
              <w:bottom w:w="80" w:type="dxa"/>
              <w:right w:w="90" w:type="dxa"/>
            </w:tcMar>
            <w:vAlign w:val="center"/>
          </w:tcPr>
          <w:p w14:paraId="5B220AB7" w14:textId="77777777" w:rsidR="00D140EC" w:rsidRDefault="00000000">
            <w:pPr>
              <w:spacing w:after="0"/>
            </w:pPr>
            <w:r>
              <w:rPr>
                <w:sz w:val="15"/>
              </w:rPr>
              <w:t>Describe expansion to amenities, pedestrian gates or additional community facilities.</w:t>
            </w:r>
          </w:p>
        </w:tc>
        <w:tc>
          <w:tcPr>
            <w:tcW w:w="2880" w:type="dxa"/>
            <w:tcMar>
              <w:top w:w="80" w:type="dxa"/>
              <w:left w:w="90" w:type="dxa"/>
              <w:bottom w:w="80" w:type="dxa"/>
              <w:right w:w="90" w:type="dxa"/>
            </w:tcMar>
            <w:vAlign w:val="center"/>
          </w:tcPr>
          <w:p w14:paraId="44020445"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C6A933A" w14:textId="77777777" w:rsidR="00D140EC" w:rsidRDefault="00000000">
            <w:pPr>
              <w:spacing w:after="0"/>
            </w:pPr>
            <w:r>
              <w:rPr>
                <w:sz w:val="15"/>
              </w:rPr>
              <w:t>[VENDOR RESPONSE]</w:t>
            </w:r>
          </w:p>
        </w:tc>
      </w:tr>
    </w:tbl>
    <w:p w14:paraId="497DB0D5" w14:textId="77777777" w:rsidR="00D140EC" w:rsidRDefault="00D140EC">
      <w:pPr>
        <w:spacing w:after="20"/>
      </w:pPr>
    </w:p>
    <w:p w14:paraId="75F5C447" w14:textId="77777777" w:rsidR="00D140EC" w:rsidRDefault="00000000">
      <w:pPr>
        <w:pStyle w:val="Heading1"/>
      </w:pPr>
      <w:r>
        <w:t>14. Telephone / Intercom Entry</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65"/>
        <w:gridCol w:w="2580"/>
        <w:gridCol w:w="3469"/>
      </w:tblGrid>
      <w:tr w:rsidR="00D140EC" w14:paraId="6F692C58" w14:textId="77777777">
        <w:trPr>
          <w:cantSplit/>
          <w:tblHeader/>
          <w:jc w:val="center"/>
        </w:trPr>
        <w:tc>
          <w:tcPr>
            <w:tcW w:w="4608" w:type="dxa"/>
            <w:shd w:val="clear" w:color="auto" w:fill="202333"/>
            <w:tcMar>
              <w:top w:w="80" w:type="dxa"/>
              <w:left w:w="90" w:type="dxa"/>
              <w:bottom w:w="80" w:type="dxa"/>
              <w:right w:w="90" w:type="dxa"/>
            </w:tcMar>
          </w:tcPr>
          <w:p w14:paraId="7077BD05"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3C9B51F1"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2DA35E66" w14:textId="77777777" w:rsidR="00D140EC" w:rsidRDefault="00000000">
            <w:pPr>
              <w:spacing w:after="0"/>
            </w:pPr>
            <w:r>
              <w:rPr>
                <w:b/>
                <w:color w:val="FFFFFF"/>
                <w:sz w:val="15"/>
              </w:rPr>
              <w:t>Vendor Response</w:t>
            </w:r>
          </w:p>
        </w:tc>
      </w:tr>
      <w:tr w:rsidR="00D140EC" w14:paraId="09A2D6F6" w14:textId="77777777">
        <w:trPr>
          <w:cantSplit/>
          <w:jc w:val="center"/>
        </w:trPr>
        <w:tc>
          <w:tcPr>
            <w:tcW w:w="4608" w:type="dxa"/>
            <w:tcMar>
              <w:top w:w="80" w:type="dxa"/>
              <w:left w:w="90" w:type="dxa"/>
              <w:bottom w:w="80" w:type="dxa"/>
              <w:right w:w="90" w:type="dxa"/>
            </w:tcMar>
            <w:vAlign w:val="center"/>
          </w:tcPr>
          <w:p w14:paraId="30D71C23" w14:textId="77777777" w:rsidR="00D140EC" w:rsidRDefault="00000000">
            <w:pPr>
              <w:spacing w:after="0"/>
            </w:pPr>
            <w:r>
              <w:rPr>
                <w:sz w:val="15"/>
              </w:rPr>
              <w:t>Describe telephone, video intercom and directory-entry options supported.</w:t>
            </w:r>
          </w:p>
        </w:tc>
        <w:tc>
          <w:tcPr>
            <w:tcW w:w="2880" w:type="dxa"/>
            <w:tcMar>
              <w:top w:w="80" w:type="dxa"/>
              <w:left w:w="90" w:type="dxa"/>
              <w:bottom w:w="80" w:type="dxa"/>
              <w:right w:w="90" w:type="dxa"/>
            </w:tcMar>
            <w:vAlign w:val="center"/>
          </w:tcPr>
          <w:p w14:paraId="475F416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C5D12B1" w14:textId="77777777" w:rsidR="00D140EC" w:rsidRDefault="00000000">
            <w:pPr>
              <w:spacing w:after="0"/>
            </w:pPr>
            <w:r>
              <w:rPr>
                <w:sz w:val="15"/>
              </w:rPr>
              <w:t>[VENDOR RESPONSE]</w:t>
            </w:r>
          </w:p>
        </w:tc>
      </w:tr>
      <w:tr w:rsidR="00D140EC" w14:paraId="203293A1" w14:textId="77777777">
        <w:trPr>
          <w:cantSplit/>
          <w:jc w:val="center"/>
        </w:trPr>
        <w:tc>
          <w:tcPr>
            <w:tcW w:w="4608" w:type="dxa"/>
            <w:tcMar>
              <w:top w:w="80" w:type="dxa"/>
              <w:left w:w="90" w:type="dxa"/>
              <w:bottom w:w="80" w:type="dxa"/>
              <w:right w:w="90" w:type="dxa"/>
            </w:tcMar>
            <w:vAlign w:val="center"/>
          </w:tcPr>
          <w:p w14:paraId="471D59DB" w14:textId="77777777" w:rsidR="00D140EC" w:rsidRDefault="00000000">
            <w:pPr>
              <w:spacing w:after="0"/>
            </w:pPr>
            <w:r>
              <w:rPr>
                <w:sz w:val="15"/>
              </w:rPr>
              <w:t>Allow residents to authorize visitor entry through an appropriate call / app workflow.</w:t>
            </w:r>
          </w:p>
        </w:tc>
        <w:tc>
          <w:tcPr>
            <w:tcW w:w="2880" w:type="dxa"/>
            <w:tcMar>
              <w:top w:w="80" w:type="dxa"/>
              <w:left w:w="90" w:type="dxa"/>
              <w:bottom w:w="80" w:type="dxa"/>
              <w:right w:w="90" w:type="dxa"/>
            </w:tcMar>
            <w:vAlign w:val="center"/>
          </w:tcPr>
          <w:p w14:paraId="4C0D1321"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CA3BA66" w14:textId="77777777" w:rsidR="00D140EC" w:rsidRDefault="00000000">
            <w:pPr>
              <w:spacing w:after="0"/>
            </w:pPr>
            <w:r>
              <w:rPr>
                <w:sz w:val="15"/>
              </w:rPr>
              <w:t>[VENDOR RESPONSE]</w:t>
            </w:r>
          </w:p>
        </w:tc>
      </w:tr>
      <w:tr w:rsidR="00D140EC" w14:paraId="58AC98D2" w14:textId="77777777">
        <w:trPr>
          <w:cantSplit/>
          <w:jc w:val="center"/>
        </w:trPr>
        <w:tc>
          <w:tcPr>
            <w:tcW w:w="4608" w:type="dxa"/>
            <w:tcMar>
              <w:top w:w="80" w:type="dxa"/>
              <w:left w:w="90" w:type="dxa"/>
              <w:bottom w:w="80" w:type="dxa"/>
              <w:right w:w="90" w:type="dxa"/>
            </w:tcMar>
            <w:vAlign w:val="center"/>
          </w:tcPr>
          <w:p w14:paraId="4F564049" w14:textId="77777777" w:rsidR="00D140EC" w:rsidRDefault="00000000">
            <w:pPr>
              <w:spacing w:after="0"/>
            </w:pPr>
            <w:r>
              <w:rPr>
                <w:sz w:val="15"/>
              </w:rPr>
              <w:t>Describe resident directory privacy controls.</w:t>
            </w:r>
          </w:p>
        </w:tc>
        <w:tc>
          <w:tcPr>
            <w:tcW w:w="2880" w:type="dxa"/>
            <w:tcMar>
              <w:top w:w="80" w:type="dxa"/>
              <w:left w:w="90" w:type="dxa"/>
              <w:bottom w:w="80" w:type="dxa"/>
              <w:right w:w="90" w:type="dxa"/>
            </w:tcMar>
            <w:vAlign w:val="center"/>
          </w:tcPr>
          <w:p w14:paraId="3AECFE3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0E1920C" w14:textId="77777777" w:rsidR="00D140EC" w:rsidRDefault="00000000">
            <w:pPr>
              <w:spacing w:after="0"/>
            </w:pPr>
            <w:r>
              <w:rPr>
                <w:sz w:val="15"/>
              </w:rPr>
              <w:t>[VENDOR RESPONSE]</w:t>
            </w:r>
          </w:p>
        </w:tc>
      </w:tr>
      <w:tr w:rsidR="00D140EC" w14:paraId="54111214" w14:textId="77777777">
        <w:trPr>
          <w:cantSplit/>
          <w:jc w:val="center"/>
        </w:trPr>
        <w:tc>
          <w:tcPr>
            <w:tcW w:w="4608" w:type="dxa"/>
            <w:tcMar>
              <w:top w:w="80" w:type="dxa"/>
              <w:left w:w="90" w:type="dxa"/>
              <w:bottom w:w="80" w:type="dxa"/>
              <w:right w:w="90" w:type="dxa"/>
            </w:tcMar>
            <w:vAlign w:val="center"/>
          </w:tcPr>
          <w:p w14:paraId="706F8E8C" w14:textId="77777777" w:rsidR="00D140EC" w:rsidRDefault="00000000">
            <w:pPr>
              <w:spacing w:after="0"/>
            </w:pPr>
            <w:r>
              <w:rPr>
                <w:sz w:val="15"/>
              </w:rPr>
              <w:t>Describe call routing, cellular/SIP/network dependencies and recurring telecom costs.</w:t>
            </w:r>
          </w:p>
        </w:tc>
        <w:tc>
          <w:tcPr>
            <w:tcW w:w="2880" w:type="dxa"/>
            <w:tcMar>
              <w:top w:w="80" w:type="dxa"/>
              <w:left w:w="90" w:type="dxa"/>
              <w:bottom w:w="80" w:type="dxa"/>
              <w:right w:w="90" w:type="dxa"/>
            </w:tcMar>
            <w:vAlign w:val="center"/>
          </w:tcPr>
          <w:p w14:paraId="02BC7E0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43BC569" w14:textId="77777777" w:rsidR="00D140EC" w:rsidRDefault="00000000">
            <w:pPr>
              <w:spacing w:after="0"/>
            </w:pPr>
            <w:r>
              <w:rPr>
                <w:sz w:val="15"/>
              </w:rPr>
              <w:t>[VENDOR RESPONSE]</w:t>
            </w:r>
          </w:p>
        </w:tc>
      </w:tr>
      <w:tr w:rsidR="00D140EC" w14:paraId="61BDFCBB" w14:textId="77777777">
        <w:trPr>
          <w:cantSplit/>
          <w:jc w:val="center"/>
        </w:trPr>
        <w:tc>
          <w:tcPr>
            <w:tcW w:w="4608" w:type="dxa"/>
            <w:tcMar>
              <w:top w:w="80" w:type="dxa"/>
              <w:left w:w="90" w:type="dxa"/>
              <w:bottom w:w="80" w:type="dxa"/>
              <w:right w:w="90" w:type="dxa"/>
            </w:tcMar>
            <w:vAlign w:val="center"/>
          </w:tcPr>
          <w:p w14:paraId="2DEF7E4E" w14:textId="77777777" w:rsidR="00D140EC" w:rsidRDefault="00000000">
            <w:pPr>
              <w:spacing w:after="0"/>
            </w:pPr>
            <w:r>
              <w:rPr>
                <w:sz w:val="15"/>
              </w:rPr>
              <w:t>Describe accessibility and after-hours exception handling.</w:t>
            </w:r>
          </w:p>
        </w:tc>
        <w:tc>
          <w:tcPr>
            <w:tcW w:w="2880" w:type="dxa"/>
            <w:tcMar>
              <w:top w:w="80" w:type="dxa"/>
              <w:left w:w="90" w:type="dxa"/>
              <w:bottom w:w="80" w:type="dxa"/>
              <w:right w:w="90" w:type="dxa"/>
            </w:tcMar>
            <w:vAlign w:val="center"/>
          </w:tcPr>
          <w:p w14:paraId="57CD458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8F17261" w14:textId="77777777" w:rsidR="00D140EC" w:rsidRDefault="00000000">
            <w:pPr>
              <w:spacing w:after="0"/>
            </w:pPr>
            <w:r>
              <w:rPr>
                <w:sz w:val="15"/>
              </w:rPr>
              <w:t>[VENDOR RESPONSE]</w:t>
            </w:r>
          </w:p>
        </w:tc>
      </w:tr>
      <w:tr w:rsidR="00D140EC" w14:paraId="512F26E9" w14:textId="77777777">
        <w:trPr>
          <w:cantSplit/>
          <w:jc w:val="center"/>
        </w:trPr>
        <w:tc>
          <w:tcPr>
            <w:tcW w:w="4608" w:type="dxa"/>
            <w:tcMar>
              <w:top w:w="80" w:type="dxa"/>
              <w:left w:w="90" w:type="dxa"/>
              <w:bottom w:w="80" w:type="dxa"/>
              <w:right w:w="90" w:type="dxa"/>
            </w:tcMar>
            <w:vAlign w:val="center"/>
          </w:tcPr>
          <w:p w14:paraId="509577C3" w14:textId="77777777" w:rsidR="00D140EC" w:rsidRDefault="00000000">
            <w:pPr>
              <w:spacing w:after="0"/>
            </w:pPr>
            <w:r>
              <w:rPr>
                <w:sz w:val="15"/>
              </w:rPr>
              <w:t>Describe integration with gate activation and visitor records.</w:t>
            </w:r>
          </w:p>
        </w:tc>
        <w:tc>
          <w:tcPr>
            <w:tcW w:w="2880" w:type="dxa"/>
            <w:tcMar>
              <w:top w:w="80" w:type="dxa"/>
              <w:left w:w="90" w:type="dxa"/>
              <w:bottom w:w="80" w:type="dxa"/>
              <w:right w:w="90" w:type="dxa"/>
            </w:tcMar>
            <w:vAlign w:val="center"/>
          </w:tcPr>
          <w:p w14:paraId="112047EA"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E7387D8" w14:textId="77777777" w:rsidR="00D140EC" w:rsidRDefault="00000000">
            <w:pPr>
              <w:spacing w:after="0"/>
            </w:pPr>
            <w:r>
              <w:rPr>
                <w:sz w:val="15"/>
              </w:rPr>
              <w:t>[VENDOR RESPONSE]</w:t>
            </w:r>
          </w:p>
        </w:tc>
      </w:tr>
    </w:tbl>
    <w:p w14:paraId="18F49063" w14:textId="77777777" w:rsidR="00D140EC" w:rsidRDefault="00D140EC">
      <w:pPr>
        <w:spacing w:after="20"/>
      </w:pPr>
    </w:p>
    <w:p w14:paraId="7953F456" w14:textId="77777777" w:rsidR="00D140EC" w:rsidRDefault="00000000">
      <w:pPr>
        <w:pStyle w:val="Heading1"/>
      </w:pPr>
      <w:r>
        <w:t>15. Mobile / Resident Experience</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33"/>
        <w:gridCol w:w="2594"/>
        <w:gridCol w:w="3487"/>
      </w:tblGrid>
      <w:tr w:rsidR="00D140EC" w14:paraId="22B9BA50" w14:textId="77777777">
        <w:trPr>
          <w:cantSplit/>
          <w:tblHeader/>
          <w:jc w:val="center"/>
        </w:trPr>
        <w:tc>
          <w:tcPr>
            <w:tcW w:w="4608" w:type="dxa"/>
            <w:shd w:val="clear" w:color="auto" w:fill="202333"/>
            <w:tcMar>
              <w:top w:w="80" w:type="dxa"/>
              <w:left w:w="90" w:type="dxa"/>
              <w:bottom w:w="80" w:type="dxa"/>
              <w:right w:w="90" w:type="dxa"/>
            </w:tcMar>
          </w:tcPr>
          <w:p w14:paraId="24D1874C"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1540326C"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5ADB1B78" w14:textId="77777777" w:rsidR="00D140EC" w:rsidRDefault="00000000">
            <w:pPr>
              <w:spacing w:after="0"/>
            </w:pPr>
            <w:r>
              <w:rPr>
                <w:b/>
                <w:color w:val="FFFFFF"/>
                <w:sz w:val="15"/>
              </w:rPr>
              <w:t>Vendor Response</w:t>
            </w:r>
          </w:p>
        </w:tc>
      </w:tr>
      <w:tr w:rsidR="00D140EC" w14:paraId="67E1DE10" w14:textId="77777777">
        <w:trPr>
          <w:cantSplit/>
          <w:jc w:val="center"/>
        </w:trPr>
        <w:tc>
          <w:tcPr>
            <w:tcW w:w="4608" w:type="dxa"/>
            <w:tcMar>
              <w:top w:w="80" w:type="dxa"/>
              <w:left w:w="90" w:type="dxa"/>
              <w:bottom w:w="80" w:type="dxa"/>
              <w:right w:w="90" w:type="dxa"/>
            </w:tcMar>
            <w:vAlign w:val="center"/>
          </w:tcPr>
          <w:p w14:paraId="4A2D623C" w14:textId="77777777" w:rsidR="00D140EC" w:rsidRDefault="00000000">
            <w:pPr>
              <w:spacing w:after="0"/>
            </w:pPr>
            <w:r>
              <w:rPr>
                <w:sz w:val="15"/>
              </w:rPr>
              <w:t>Provide a simple resident experience for visitor registration and access-related tasks.</w:t>
            </w:r>
          </w:p>
        </w:tc>
        <w:tc>
          <w:tcPr>
            <w:tcW w:w="2880" w:type="dxa"/>
            <w:tcMar>
              <w:top w:w="80" w:type="dxa"/>
              <w:left w:w="90" w:type="dxa"/>
              <w:bottom w:w="80" w:type="dxa"/>
              <w:right w:w="90" w:type="dxa"/>
            </w:tcMar>
            <w:vAlign w:val="center"/>
          </w:tcPr>
          <w:p w14:paraId="4A1E631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ACCA4FB" w14:textId="77777777" w:rsidR="00D140EC" w:rsidRDefault="00000000">
            <w:pPr>
              <w:spacing w:after="0"/>
            </w:pPr>
            <w:r>
              <w:rPr>
                <w:sz w:val="15"/>
              </w:rPr>
              <w:t>[VENDOR RESPONSE]</w:t>
            </w:r>
          </w:p>
        </w:tc>
      </w:tr>
      <w:tr w:rsidR="00D140EC" w14:paraId="4D15F333" w14:textId="77777777">
        <w:trPr>
          <w:cantSplit/>
          <w:jc w:val="center"/>
        </w:trPr>
        <w:tc>
          <w:tcPr>
            <w:tcW w:w="4608" w:type="dxa"/>
            <w:tcMar>
              <w:top w:w="80" w:type="dxa"/>
              <w:left w:w="90" w:type="dxa"/>
              <w:bottom w:w="80" w:type="dxa"/>
              <w:right w:w="90" w:type="dxa"/>
            </w:tcMar>
            <w:vAlign w:val="center"/>
          </w:tcPr>
          <w:p w14:paraId="5F110472" w14:textId="77777777" w:rsidR="00D140EC" w:rsidRDefault="00000000">
            <w:pPr>
              <w:spacing w:after="0"/>
            </w:pPr>
            <w:r>
              <w:rPr>
                <w:sz w:val="15"/>
              </w:rPr>
              <w:lastRenderedPageBreak/>
              <w:t>Describe native mobile app, mobile web and desktop/web options.</w:t>
            </w:r>
          </w:p>
        </w:tc>
        <w:tc>
          <w:tcPr>
            <w:tcW w:w="2880" w:type="dxa"/>
            <w:tcMar>
              <w:top w:w="80" w:type="dxa"/>
              <w:left w:w="90" w:type="dxa"/>
              <w:bottom w:w="80" w:type="dxa"/>
              <w:right w:w="90" w:type="dxa"/>
            </w:tcMar>
            <w:vAlign w:val="center"/>
          </w:tcPr>
          <w:p w14:paraId="2AE47430"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94A290F" w14:textId="77777777" w:rsidR="00D140EC" w:rsidRDefault="00000000">
            <w:pPr>
              <w:spacing w:after="0"/>
            </w:pPr>
            <w:r>
              <w:rPr>
                <w:sz w:val="15"/>
              </w:rPr>
              <w:t>[VENDOR RESPONSE]</w:t>
            </w:r>
          </w:p>
        </w:tc>
      </w:tr>
      <w:tr w:rsidR="00D140EC" w14:paraId="71DC2C7F" w14:textId="77777777">
        <w:trPr>
          <w:cantSplit/>
          <w:jc w:val="center"/>
        </w:trPr>
        <w:tc>
          <w:tcPr>
            <w:tcW w:w="4608" w:type="dxa"/>
            <w:tcMar>
              <w:top w:w="80" w:type="dxa"/>
              <w:left w:w="90" w:type="dxa"/>
              <w:bottom w:w="80" w:type="dxa"/>
              <w:right w:w="90" w:type="dxa"/>
            </w:tcMar>
            <w:vAlign w:val="center"/>
          </w:tcPr>
          <w:p w14:paraId="5E1FC1B2" w14:textId="77777777" w:rsidR="00D140EC" w:rsidRDefault="00000000">
            <w:pPr>
              <w:spacing w:after="0"/>
            </w:pPr>
            <w:r>
              <w:rPr>
                <w:sz w:val="15"/>
              </w:rPr>
              <w:t>Describe authentication methods and account recovery.</w:t>
            </w:r>
          </w:p>
        </w:tc>
        <w:tc>
          <w:tcPr>
            <w:tcW w:w="2880" w:type="dxa"/>
            <w:tcMar>
              <w:top w:w="80" w:type="dxa"/>
              <w:left w:w="90" w:type="dxa"/>
              <w:bottom w:w="80" w:type="dxa"/>
              <w:right w:w="90" w:type="dxa"/>
            </w:tcMar>
            <w:vAlign w:val="center"/>
          </w:tcPr>
          <w:p w14:paraId="03569F2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D24A50A" w14:textId="77777777" w:rsidR="00D140EC" w:rsidRDefault="00000000">
            <w:pPr>
              <w:spacing w:after="0"/>
            </w:pPr>
            <w:r>
              <w:rPr>
                <w:sz w:val="15"/>
              </w:rPr>
              <w:t>[VENDOR RESPONSE]</w:t>
            </w:r>
          </w:p>
        </w:tc>
      </w:tr>
      <w:tr w:rsidR="00D140EC" w14:paraId="1C001AD2" w14:textId="77777777">
        <w:trPr>
          <w:cantSplit/>
          <w:jc w:val="center"/>
        </w:trPr>
        <w:tc>
          <w:tcPr>
            <w:tcW w:w="4608" w:type="dxa"/>
            <w:tcMar>
              <w:top w:w="80" w:type="dxa"/>
              <w:left w:w="90" w:type="dxa"/>
              <w:bottom w:w="80" w:type="dxa"/>
              <w:right w:w="90" w:type="dxa"/>
            </w:tcMar>
            <w:vAlign w:val="center"/>
          </w:tcPr>
          <w:p w14:paraId="26A4095C" w14:textId="77777777" w:rsidR="00D140EC" w:rsidRDefault="00000000">
            <w:pPr>
              <w:spacing w:after="0"/>
            </w:pPr>
            <w:r>
              <w:rPr>
                <w:sz w:val="15"/>
              </w:rPr>
              <w:t>Allow household members to manage authorized visitor activity subject to community rules.</w:t>
            </w:r>
          </w:p>
        </w:tc>
        <w:tc>
          <w:tcPr>
            <w:tcW w:w="2880" w:type="dxa"/>
            <w:tcMar>
              <w:top w:w="80" w:type="dxa"/>
              <w:left w:w="90" w:type="dxa"/>
              <w:bottom w:w="80" w:type="dxa"/>
              <w:right w:w="90" w:type="dxa"/>
            </w:tcMar>
            <w:vAlign w:val="center"/>
          </w:tcPr>
          <w:p w14:paraId="7E07E6C2"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02CA69A" w14:textId="77777777" w:rsidR="00D140EC" w:rsidRDefault="00000000">
            <w:pPr>
              <w:spacing w:after="0"/>
            </w:pPr>
            <w:r>
              <w:rPr>
                <w:sz w:val="15"/>
              </w:rPr>
              <w:t>[VENDOR RESPONSE]</w:t>
            </w:r>
          </w:p>
        </w:tc>
      </w:tr>
      <w:tr w:rsidR="00D140EC" w14:paraId="65C0D26F" w14:textId="77777777">
        <w:trPr>
          <w:cantSplit/>
          <w:jc w:val="center"/>
        </w:trPr>
        <w:tc>
          <w:tcPr>
            <w:tcW w:w="4608" w:type="dxa"/>
            <w:tcMar>
              <w:top w:w="80" w:type="dxa"/>
              <w:left w:w="90" w:type="dxa"/>
              <w:bottom w:w="80" w:type="dxa"/>
              <w:right w:w="90" w:type="dxa"/>
            </w:tcMar>
            <w:vAlign w:val="center"/>
          </w:tcPr>
          <w:p w14:paraId="4B119898" w14:textId="77777777" w:rsidR="00D140EC" w:rsidRDefault="00000000">
            <w:pPr>
              <w:spacing w:after="0"/>
            </w:pPr>
            <w:r>
              <w:rPr>
                <w:sz w:val="15"/>
              </w:rPr>
              <w:t>Describe resident self-service for vehicles / credentials if available.</w:t>
            </w:r>
          </w:p>
        </w:tc>
        <w:tc>
          <w:tcPr>
            <w:tcW w:w="2880" w:type="dxa"/>
            <w:tcMar>
              <w:top w:w="80" w:type="dxa"/>
              <w:left w:w="90" w:type="dxa"/>
              <w:bottom w:w="80" w:type="dxa"/>
              <w:right w:w="90" w:type="dxa"/>
            </w:tcMar>
            <w:vAlign w:val="center"/>
          </w:tcPr>
          <w:p w14:paraId="7D17E2CC"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8649550" w14:textId="77777777" w:rsidR="00D140EC" w:rsidRDefault="00000000">
            <w:pPr>
              <w:spacing w:after="0"/>
            </w:pPr>
            <w:r>
              <w:rPr>
                <w:sz w:val="15"/>
              </w:rPr>
              <w:t>[VENDOR RESPONSE]</w:t>
            </w:r>
          </w:p>
        </w:tc>
      </w:tr>
      <w:tr w:rsidR="00D140EC" w14:paraId="7CD7FEC9" w14:textId="77777777">
        <w:trPr>
          <w:cantSplit/>
          <w:jc w:val="center"/>
        </w:trPr>
        <w:tc>
          <w:tcPr>
            <w:tcW w:w="4608" w:type="dxa"/>
            <w:tcMar>
              <w:top w:w="80" w:type="dxa"/>
              <w:left w:w="90" w:type="dxa"/>
              <w:bottom w:w="80" w:type="dxa"/>
              <w:right w:w="90" w:type="dxa"/>
            </w:tcMar>
            <w:vAlign w:val="center"/>
          </w:tcPr>
          <w:p w14:paraId="3155EB41" w14:textId="77777777" w:rsidR="00D140EC" w:rsidRDefault="00000000">
            <w:pPr>
              <w:spacing w:after="0"/>
            </w:pPr>
            <w:r>
              <w:rPr>
                <w:sz w:val="15"/>
              </w:rPr>
              <w:t>Describe notifications, digital passes and guest-sharing workflows.</w:t>
            </w:r>
          </w:p>
        </w:tc>
        <w:tc>
          <w:tcPr>
            <w:tcW w:w="2880" w:type="dxa"/>
            <w:tcMar>
              <w:top w:w="80" w:type="dxa"/>
              <w:left w:w="90" w:type="dxa"/>
              <w:bottom w:w="80" w:type="dxa"/>
              <w:right w:w="90" w:type="dxa"/>
            </w:tcMar>
            <w:vAlign w:val="center"/>
          </w:tcPr>
          <w:p w14:paraId="482EEAEA"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AF6E5BA" w14:textId="77777777" w:rsidR="00D140EC" w:rsidRDefault="00000000">
            <w:pPr>
              <w:spacing w:after="0"/>
            </w:pPr>
            <w:r>
              <w:rPr>
                <w:sz w:val="15"/>
              </w:rPr>
              <w:t>[VENDOR RESPONSE]</w:t>
            </w:r>
          </w:p>
        </w:tc>
      </w:tr>
      <w:tr w:rsidR="00D140EC" w14:paraId="2CFC9592" w14:textId="77777777">
        <w:trPr>
          <w:cantSplit/>
          <w:jc w:val="center"/>
        </w:trPr>
        <w:tc>
          <w:tcPr>
            <w:tcW w:w="4608" w:type="dxa"/>
            <w:tcMar>
              <w:top w:w="80" w:type="dxa"/>
              <w:left w:w="90" w:type="dxa"/>
              <w:bottom w:w="80" w:type="dxa"/>
              <w:right w:w="90" w:type="dxa"/>
            </w:tcMar>
            <w:vAlign w:val="center"/>
          </w:tcPr>
          <w:p w14:paraId="05566CA5" w14:textId="77777777" w:rsidR="00D140EC" w:rsidRDefault="00000000">
            <w:pPr>
              <w:spacing w:after="0"/>
            </w:pPr>
            <w:r>
              <w:rPr>
                <w:sz w:val="15"/>
              </w:rPr>
              <w:t>Describe onboarding for first-time residents and ongoing resident support options.</w:t>
            </w:r>
          </w:p>
        </w:tc>
        <w:tc>
          <w:tcPr>
            <w:tcW w:w="2880" w:type="dxa"/>
            <w:tcMar>
              <w:top w:w="80" w:type="dxa"/>
              <w:left w:w="90" w:type="dxa"/>
              <w:bottom w:w="80" w:type="dxa"/>
              <w:right w:w="90" w:type="dxa"/>
            </w:tcMar>
            <w:vAlign w:val="center"/>
          </w:tcPr>
          <w:p w14:paraId="5F92A0B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72CCE8C" w14:textId="77777777" w:rsidR="00D140EC" w:rsidRDefault="00000000">
            <w:pPr>
              <w:spacing w:after="0"/>
            </w:pPr>
            <w:r>
              <w:rPr>
                <w:sz w:val="15"/>
              </w:rPr>
              <w:t>[VENDOR RESPONSE]</w:t>
            </w:r>
          </w:p>
        </w:tc>
      </w:tr>
      <w:tr w:rsidR="00D140EC" w14:paraId="2DFF51A6" w14:textId="77777777">
        <w:trPr>
          <w:cantSplit/>
          <w:jc w:val="center"/>
        </w:trPr>
        <w:tc>
          <w:tcPr>
            <w:tcW w:w="4608" w:type="dxa"/>
            <w:tcMar>
              <w:top w:w="80" w:type="dxa"/>
              <w:left w:w="90" w:type="dxa"/>
              <w:bottom w:w="80" w:type="dxa"/>
              <w:right w:w="90" w:type="dxa"/>
            </w:tcMar>
            <w:vAlign w:val="center"/>
          </w:tcPr>
          <w:p w14:paraId="7102CB2B" w14:textId="77777777" w:rsidR="00D140EC" w:rsidRDefault="00000000">
            <w:pPr>
              <w:spacing w:after="0"/>
            </w:pPr>
            <w:r>
              <w:rPr>
                <w:sz w:val="15"/>
              </w:rPr>
              <w:t>Describe accessibility and language support.</w:t>
            </w:r>
          </w:p>
        </w:tc>
        <w:tc>
          <w:tcPr>
            <w:tcW w:w="2880" w:type="dxa"/>
            <w:tcMar>
              <w:top w:w="80" w:type="dxa"/>
              <w:left w:w="90" w:type="dxa"/>
              <w:bottom w:w="80" w:type="dxa"/>
              <w:right w:w="90" w:type="dxa"/>
            </w:tcMar>
            <w:vAlign w:val="center"/>
          </w:tcPr>
          <w:p w14:paraId="13391541"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FF10FFF" w14:textId="77777777" w:rsidR="00D140EC" w:rsidRDefault="00000000">
            <w:pPr>
              <w:spacing w:after="0"/>
            </w:pPr>
            <w:r>
              <w:rPr>
                <w:sz w:val="15"/>
              </w:rPr>
              <w:t>[VENDOR RESPONSE]</w:t>
            </w:r>
          </w:p>
        </w:tc>
      </w:tr>
    </w:tbl>
    <w:p w14:paraId="36EC26FF" w14:textId="77777777" w:rsidR="00D140EC" w:rsidRDefault="00D140EC">
      <w:pPr>
        <w:spacing w:after="20"/>
      </w:pPr>
    </w:p>
    <w:p w14:paraId="1CA0C860" w14:textId="77777777" w:rsidR="00D140EC" w:rsidRDefault="00000000">
      <w:pPr>
        <w:pStyle w:val="Heading1"/>
      </w:pPr>
      <w:r>
        <w:t>16. Credential Management</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28"/>
        <w:gridCol w:w="2596"/>
        <w:gridCol w:w="3490"/>
      </w:tblGrid>
      <w:tr w:rsidR="00D140EC" w14:paraId="1214D873" w14:textId="77777777">
        <w:trPr>
          <w:cantSplit/>
          <w:tblHeader/>
          <w:jc w:val="center"/>
        </w:trPr>
        <w:tc>
          <w:tcPr>
            <w:tcW w:w="4608" w:type="dxa"/>
            <w:shd w:val="clear" w:color="auto" w:fill="202333"/>
            <w:tcMar>
              <w:top w:w="80" w:type="dxa"/>
              <w:left w:w="90" w:type="dxa"/>
              <w:bottom w:w="80" w:type="dxa"/>
              <w:right w:w="90" w:type="dxa"/>
            </w:tcMar>
          </w:tcPr>
          <w:p w14:paraId="5F33C624"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604546EA"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5CBE782A" w14:textId="77777777" w:rsidR="00D140EC" w:rsidRDefault="00000000">
            <w:pPr>
              <w:spacing w:after="0"/>
            </w:pPr>
            <w:r>
              <w:rPr>
                <w:b/>
                <w:color w:val="FFFFFF"/>
                <w:sz w:val="15"/>
              </w:rPr>
              <w:t>Vendor Response</w:t>
            </w:r>
          </w:p>
        </w:tc>
      </w:tr>
      <w:tr w:rsidR="00D140EC" w14:paraId="364AD0CB" w14:textId="77777777">
        <w:trPr>
          <w:cantSplit/>
          <w:jc w:val="center"/>
        </w:trPr>
        <w:tc>
          <w:tcPr>
            <w:tcW w:w="4608" w:type="dxa"/>
            <w:tcMar>
              <w:top w:w="80" w:type="dxa"/>
              <w:left w:w="90" w:type="dxa"/>
              <w:bottom w:w="80" w:type="dxa"/>
              <w:right w:w="90" w:type="dxa"/>
            </w:tcMar>
            <w:vAlign w:val="center"/>
          </w:tcPr>
          <w:p w14:paraId="44C06A8D" w14:textId="77777777" w:rsidR="00D140EC" w:rsidRDefault="00000000">
            <w:pPr>
              <w:spacing w:after="0"/>
            </w:pPr>
            <w:r>
              <w:rPr>
                <w:sz w:val="15"/>
              </w:rPr>
              <w:t>Centralize issuance, activation, suspension, expiration and revocation of credentials.</w:t>
            </w:r>
          </w:p>
        </w:tc>
        <w:tc>
          <w:tcPr>
            <w:tcW w:w="2880" w:type="dxa"/>
            <w:tcMar>
              <w:top w:w="80" w:type="dxa"/>
              <w:left w:w="90" w:type="dxa"/>
              <w:bottom w:w="80" w:type="dxa"/>
              <w:right w:w="90" w:type="dxa"/>
            </w:tcMar>
            <w:vAlign w:val="center"/>
          </w:tcPr>
          <w:p w14:paraId="24C4749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FB9CF1A" w14:textId="77777777" w:rsidR="00D140EC" w:rsidRDefault="00000000">
            <w:pPr>
              <w:spacing w:after="0"/>
            </w:pPr>
            <w:r>
              <w:rPr>
                <w:sz w:val="15"/>
              </w:rPr>
              <w:t>[VENDOR RESPONSE]</w:t>
            </w:r>
          </w:p>
        </w:tc>
      </w:tr>
      <w:tr w:rsidR="00D140EC" w14:paraId="4DCD2D2C" w14:textId="77777777">
        <w:trPr>
          <w:cantSplit/>
          <w:jc w:val="center"/>
        </w:trPr>
        <w:tc>
          <w:tcPr>
            <w:tcW w:w="4608" w:type="dxa"/>
            <w:tcMar>
              <w:top w:w="80" w:type="dxa"/>
              <w:left w:w="90" w:type="dxa"/>
              <w:bottom w:w="80" w:type="dxa"/>
              <w:right w:w="90" w:type="dxa"/>
            </w:tcMar>
            <w:vAlign w:val="center"/>
          </w:tcPr>
          <w:p w14:paraId="6F38C5FF" w14:textId="77777777" w:rsidR="00D140EC" w:rsidRDefault="00000000">
            <w:pPr>
              <w:spacing w:after="0"/>
            </w:pPr>
            <w:r>
              <w:rPr>
                <w:sz w:val="15"/>
              </w:rPr>
              <w:t>Support the credential types proposed for residents, vendors, staff and visitors.</w:t>
            </w:r>
          </w:p>
        </w:tc>
        <w:tc>
          <w:tcPr>
            <w:tcW w:w="2880" w:type="dxa"/>
            <w:tcMar>
              <w:top w:w="80" w:type="dxa"/>
              <w:left w:w="90" w:type="dxa"/>
              <w:bottom w:w="80" w:type="dxa"/>
              <w:right w:w="90" w:type="dxa"/>
            </w:tcMar>
            <w:vAlign w:val="center"/>
          </w:tcPr>
          <w:p w14:paraId="7010C810"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ED7F48A" w14:textId="77777777" w:rsidR="00D140EC" w:rsidRDefault="00000000">
            <w:pPr>
              <w:spacing w:after="0"/>
            </w:pPr>
            <w:r>
              <w:rPr>
                <w:sz w:val="15"/>
              </w:rPr>
              <w:t>[VENDOR RESPONSE]</w:t>
            </w:r>
          </w:p>
        </w:tc>
      </w:tr>
      <w:tr w:rsidR="00D140EC" w14:paraId="6F33D9E2" w14:textId="77777777">
        <w:trPr>
          <w:cantSplit/>
          <w:jc w:val="center"/>
        </w:trPr>
        <w:tc>
          <w:tcPr>
            <w:tcW w:w="4608" w:type="dxa"/>
            <w:tcMar>
              <w:top w:w="80" w:type="dxa"/>
              <w:left w:w="90" w:type="dxa"/>
              <w:bottom w:w="80" w:type="dxa"/>
              <w:right w:w="90" w:type="dxa"/>
            </w:tcMar>
            <w:vAlign w:val="center"/>
          </w:tcPr>
          <w:p w14:paraId="534ABF0F" w14:textId="77777777" w:rsidR="00D140EC" w:rsidRDefault="00000000">
            <w:pPr>
              <w:spacing w:after="0"/>
            </w:pPr>
            <w:r>
              <w:rPr>
                <w:sz w:val="15"/>
              </w:rPr>
              <w:t>Describe credential inventory and assignment tracking.</w:t>
            </w:r>
          </w:p>
        </w:tc>
        <w:tc>
          <w:tcPr>
            <w:tcW w:w="2880" w:type="dxa"/>
            <w:tcMar>
              <w:top w:w="80" w:type="dxa"/>
              <w:left w:w="90" w:type="dxa"/>
              <w:bottom w:w="80" w:type="dxa"/>
              <w:right w:w="90" w:type="dxa"/>
            </w:tcMar>
            <w:vAlign w:val="center"/>
          </w:tcPr>
          <w:p w14:paraId="759086A0"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489A2B5" w14:textId="77777777" w:rsidR="00D140EC" w:rsidRDefault="00000000">
            <w:pPr>
              <w:spacing w:after="0"/>
            </w:pPr>
            <w:r>
              <w:rPr>
                <w:sz w:val="15"/>
              </w:rPr>
              <w:t>[VENDOR RESPONSE]</w:t>
            </w:r>
          </w:p>
        </w:tc>
      </w:tr>
      <w:tr w:rsidR="00D140EC" w14:paraId="4C19B4B8" w14:textId="77777777">
        <w:trPr>
          <w:cantSplit/>
          <w:jc w:val="center"/>
        </w:trPr>
        <w:tc>
          <w:tcPr>
            <w:tcW w:w="4608" w:type="dxa"/>
            <w:tcMar>
              <w:top w:w="80" w:type="dxa"/>
              <w:left w:w="90" w:type="dxa"/>
              <w:bottom w:w="80" w:type="dxa"/>
              <w:right w:w="90" w:type="dxa"/>
            </w:tcMar>
            <w:vAlign w:val="center"/>
          </w:tcPr>
          <w:p w14:paraId="333AB507" w14:textId="77777777" w:rsidR="00D140EC" w:rsidRDefault="00000000">
            <w:pPr>
              <w:spacing w:after="0"/>
            </w:pPr>
            <w:r>
              <w:rPr>
                <w:sz w:val="15"/>
              </w:rPr>
              <w:t>Describe lost/stolen credential workflows.</w:t>
            </w:r>
          </w:p>
        </w:tc>
        <w:tc>
          <w:tcPr>
            <w:tcW w:w="2880" w:type="dxa"/>
            <w:tcMar>
              <w:top w:w="80" w:type="dxa"/>
              <w:left w:w="90" w:type="dxa"/>
              <w:bottom w:w="80" w:type="dxa"/>
              <w:right w:w="90" w:type="dxa"/>
            </w:tcMar>
            <w:vAlign w:val="center"/>
          </w:tcPr>
          <w:p w14:paraId="6E3FA62E"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AD72E58" w14:textId="77777777" w:rsidR="00D140EC" w:rsidRDefault="00000000">
            <w:pPr>
              <w:spacing w:after="0"/>
            </w:pPr>
            <w:r>
              <w:rPr>
                <w:sz w:val="15"/>
              </w:rPr>
              <w:t>[VENDOR RESPONSE]</w:t>
            </w:r>
          </w:p>
        </w:tc>
      </w:tr>
      <w:tr w:rsidR="00D140EC" w14:paraId="11E9AD16" w14:textId="77777777">
        <w:trPr>
          <w:cantSplit/>
          <w:jc w:val="center"/>
        </w:trPr>
        <w:tc>
          <w:tcPr>
            <w:tcW w:w="4608" w:type="dxa"/>
            <w:tcMar>
              <w:top w:w="80" w:type="dxa"/>
              <w:left w:w="90" w:type="dxa"/>
              <w:bottom w:w="80" w:type="dxa"/>
              <w:right w:w="90" w:type="dxa"/>
            </w:tcMar>
            <w:vAlign w:val="center"/>
          </w:tcPr>
          <w:p w14:paraId="1136CD04" w14:textId="77777777" w:rsidR="00D140EC" w:rsidRDefault="00000000">
            <w:pPr>
              <w:spacing w:after="0"/>
            </w:pPr>
            <w:r>
              <w:rPr>
                <w:sz w:val="15"/>
              </w:rPr>
              <w:t>Describe credential transfer / reassignment rules and safeguards.</w:t>
            </w:r>
          </w:p>
        </w:tc>
        <w:tc>
          <w:tcPr>
            <w:tcW w:w="2880" w:type="dxa"/>
            <w:tcMar>
              <w:top w:w="80" w:type="dxa"/>
              <w:left w:w="90" w:type="dxa"/>
              <w:bottom w:w="80" w:type="dxa"/>
              <w:right w:w="90" w:type="dxa"/>
            </w:tcMar>
            <w:vAlign w:val="center"/>
          </w:tcPr>
          <w:p w14:paraId="7E63C194"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40654A2" w14:textId="77777777" w:rsidR="00D140EC" w:rsidRDefault="00000000">
            <w:pPr>
              <w:spacing w:after="0"/>
            </w:pPr>
            <w:r>
              <w:rPr>
                <w:sz w:val="15"/>
              </w:rPr>
              <w:t>[VENDOR RESPONSE]</w:t>
            </w:r>
          </w:p>
        </w:tc>
      </w:tr>
      <w:tr w:rsidR="00D140EC" w14:paraId="2E553388" w14:textId="77777777">
        <w:trPr>
          <w:cantSplit/>
          <w:jc w:val="center"/>
        </w:trPr>
        <w:tc>
          <w:tcPr>
            <w:tcW w:w="4608" w:type="dxa"/>
            <w:tcMar>
              <w:top w:w="80" w:type="dxa"/>
              <w:left w:w="90" w:type="dxa"/>
              <w:bottom w:w="80" w:type="dxa"/>
              <w:right w:w="90" w:type="dxa"/>
            </w:tcMar>
            <w:vAlign w:val="center"/>
          </w:tcPr>
          <w:p w14:paraId="4CA1DD7D" w14:textId="77777777" w:rsidR="00D140EC" w:rsidRDefault="00000000">
            <w:pPr>
              <w:spacing w:after="0"/>
            </w:pPr>
            <w:r>
              <w:rPr>
                <w:sz w:val="15"/>
              </w:rPr>
              <w:t>Provide per-credential pricing, replacement cost and recurring fees.</w:t>
            </w:r>
          </w:p>
        </w:tc>
        <w:tc>
          <w:tcPr>
            <w:tcW w:w="2880" w:type="dxa"/>
            <w:tcMar>
              <w:top w:w="80" w:type="dxa"/>
              <w:left w:w="90" w:type="dxa"/>
              <w:bottom w:w="80" w:type="dxa"/>
              <w:right w:w="90" w:type="dxa"/>
            </w:tcMar>
            <w:vAlign w:val="center"/>
          </w:tcPr>
          <w:p w14:paraId="78BADC9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3ADD1C5" w14:textId="77777777" w:rsidR="00D140EC" w:rsidRDefault="00000000">
            <w:pPr>
              <w:spacing w:after="0"/>
            </w:pPr>
            <w:r>
              <w:rPr>
                <w:sz w:val="15"/>
              </w:rPr>
              <w:t>[VENDOR RESPONSE]</w:t>
            </w:r>
          </w:p>
        </w:tc>
      </w:tr>
      <w:tr w:rsidR="00D140EC" w14:paraId="2E1E3919" w14:textId="77777777">
        <w:trPr>
          <w:cantSplit/>
          <w:jc w:val="center"/>
        </w:trPr>
        <w:tc>
          <w:tcPr>
            <w:tcW w:w="4608" w:type="dxa"/>
            <w:tcMar>
              <w:top w:w="80" w:type="dxa"/>
              <w:left w:w="90" w:type="dxa"/>
              <w:bottom w:w="80" w:type="dxa"/>
              <w:right w:w="90" w:type="dxa"/>
            </w:tcMar>
            <w:vAlign w:val="center"/>
          </w:tcPr>
          <w:p w14:paraId="15A6AE64" w14:textId="77777777" w:rsidR="00D140EC" w:rsidRDefault="00000000">
            <w:pPr>
              <w:spacing w:after="0"/>
            </w:pPr>
            <w:r>
              <w:rPr>
                <w:sz w:val="15"/>
              </w:rPr>
              <w:t>Describe whether credentials depend on proprietary hardware, subscriptions or third-party services.</w:t>
            </w:r>
          </w:p>
        </w:tc>
        <w:tc>
          <w:tcPr>
            <w:tcW w:w="2880" w:type="dxa"/>
            <w:tcMar>
              <w:top w:w="80" w:type="dxa"/>
              <w:left w:w="90" w:type="dxa"/>
              <w:bottom w:w="80" w:type="dxa"/>
              <w:right w:w="90" w:type="dxa"/>
            </w:tcMar>
            <w:vAlign w:val="center"/>
          </w:tcPr>
          <w:p w14:paraId="367CFED5"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448F64F" w14:textId="77777777" w:rsidR="00D140EC" w:rsidRDefault="00000000">
            <w:pPr>
              <w:spacing w:after="0"/>
            </w:pPr>
            <w:r>
              <w:rPr>
                <w:sz w:val="15"/>
              </w:rPr>
              <w:t>[VENDOR RESPONSE]</w:t>
            </w:r>
          </w:p>
        </w:tc>
      </w:tr>
    </w:tbl>
    <w:p w14:paraId="58814C6C" w14:textId="77777777" w:rsidR="00D140EC" w:rsidRDefault="00D140EC">
      <w:pPr>
        <w:spacing w:after="20"/>
      </w:pPr>
    </w:p>
    <w:p w14:paraId="735DAAFD" w14:textId="77777777" w:rsidR="00D140EC" w:rsidRDefault="00000000">
      <w:r>
        <w:br w:type="page"/>
      </w:r>
    </w:p>
    <w:p w14:paraId="6B75B15B" w14:textId="77777777" w:rsidR="00D140EC" w:rsidRDefault="00000000">
      <w:pPr>
        <w:pStyle w:val="Heading1"/>
      </w:pPr>
      <w:r>
        <w:lastRenderedPageBreak/>
        <w:t>17. Reporting, Audit Trails and Security Operations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28"/>
        <w:gridCol w:w="2596"/>
        <w:gridCol w:w="3490"/>
      </w:tblGrid>
      <w:tr w:rsidR="00D140EC" w14:paraId="3F531B4C" w14:textId="77777777">
        <w:trPr>
          <w:cantSplit/>
          <w:tblHeader/>
          <w:jc w:val="center"/>
        </w:trPr>
        <w:tc>
          <w:tcPr>
            <w:tcW w:w="4608" w:type="dxa"/>
            <w:shd w:val="clear" w:color="auto" w:fill="202333"/>
            <w:tcMar>
              <w:top w:w="80" w:type="dxa"/>
              <w:left w:w="90" w:type="dxa"/>
              <w:bottom w:w="80" w:type="dxa"/>
              <w:right w:w="90" w:type="dxa"/>
            </w:tcMar>
          </w:tcPr>
          <w:p w14:paraId="1D21DD3B"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3730ECF0"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6AFE781F" w14:textId="77777777" w:rsidR="00D140EC" w:rsidRDefault="00000000">
            <w:pPr>
              <w:spacing w:after="0"/>
            </w:pPr>
            <w:r>
              <w:rPr>
                <w:b/>
                <w:color w:val="FFFFFF"/>
                <w:sz w:val="15"/>
              </w:rPr>
              <w:t>Vendor Response</w:t>
            </w:r>
          </w:p>
        </w:tc>
      </w:tr>
      <w:tr w:rsidR="00D140EC" w14:paraId="1836CD89" w14:textId="77777777">
        <w:trPr>
          <w:cantSplit/>
          <w:jc w:val="center"/>
        </w:trPr>
        <w:tc>
          <w:tcPr>
            <w:tcW w:w="4608" w:type="dxa"/>
            <w:tcMar>
              <w:top w:w="80" w:type="dxa"/>
              <w:left w:w="90" w:type="dxa"/>
              <w:bottom w:w="80" w:type="dxa"/>
              <w:right w:w="90" w:type="dxa"/>
            </w:tcMar>
            <w:vAlign w:val="center"/>
          </w:tcPr>
          <w:p w14:paraId="724B0AF2" w14:textId="77777777" w:rsidR="00D140EC" w:rsidRDefault="00000000">
            <w:pPr>
              <w:spacing w:after="0"/>
            </w:pPr>
            <w:r>
              <w:rPr>
                <w:sz w:val="15"/>
              </w:rPr>
              <w:t>Search visitor activity by date, resident, visitor, gate and disposition.</w:t>
            </w:r>
          </w:p>
        </w:tc>
        <w:tc>
          <w:tcPr>
            <w:tcW w:w="2880" w:type="dxa"/>
            <w:tcMar>
              <w:top w:w="80" w:type="dxa"/>
              <w:left w:w="90" w:type="dxa"/>
              <w:bottom w:w="80" w:type="dxa"/>
              <w:right w:w="90" w:type="dxa"/>
            </w:tcMar>
            <w:vAlign w:val="center"/>
          </w:tcPr>
          <w:p w14:paraId="43EFEC0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63EF480" w14:textId="77777777" w:rsidR="00D140EC" w:rsidRDefault="00000000">
            <w:pPr>
              <w:spacing w:after="0"/>
            </w:pPr>
            <w:r>
              <w:rPr>
                <w:sz w:val="15"/>
              </w:rPr>
              <w:t>[VENDOR RESPONSE]</w:t>
            </w:r>
          </w:p>
        </w:tc>
      </w:tr>
      <w:tr w:rsidR="00D140EC" w14:paraId="3B02B331" w14:textId="77777777">
        <w:trPr>
          <w:cantSplit/>
          <w:jc w:val="center"/>
        </w:trPr>
        <w:tc>
          <w:tcPr>
            <w:tcW w:w="4608" w:type="dxa"/>
            <w:tcMar>
              <w:top w:w="80" w:type="dxa"/>
              <w:left w:w="90" w:type="dxa"/>
              <w:bottom w:w="80" w:type="dxa"/>
              <w:right w:w="90" w:type="dxa"/>
            </w:tcMar>
            <w:vAlign w:val="center"/>
          </w:tcPr>
          <w:p w14:paraId="0977BDFD" w14:textId="77777777" w:rsidR="00D140EC" w:rsidRDefault="00000000">
            <w:pPr>
              <w:spacing w:after="0"/>
            </w:pPr>
            <w:r>
              <w:rPr>
                <w:sz w:val="15"/>
              </w:rPr>
              <w:t>Search resident and credential access activity.</w:t>
            </w:r>
          </w:p>
        </w:tc>
        <w:tc>
          <w:tcPr>
            <w:tcW w:w="2880" w:type="dxa"/>
            <w:tcMar>
              <w:top w:w="80" w:type="dxa"/>
              <w:left w:w="90" w:type="dxa"/>
              <w:bottom w:w="80" w:type="dxa"/>
              <w:right w:w="90" w:type="dxa"/>
            </w:tcMar>
            <w:vAlign w:val="center"/>
          </w:tcPr>
          <w:p w14:paraId="51C055BF"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AA65B20" w14:textId="77777777" w:rsidR="00D140EC" w:rsidRDefault="00000000">
            <w:pPr>
              <w:spacing w:after="0"/>
            </w:pPr>
            <w:r>
              <w:rPr>
                <w:sz w:val="15"/>
              </w:rPr>
              <w:t>[VENDOR RESPONSE]</w:t>
            </w:r>
          </w:p>
        </w:tc>
      </w:tr>
      <w:tr w:rsidR="00D140EC" w14:paraId="65D73793" w14:textId="77777777">
        <w:trPr>
          <w:cantSplit/>
          <w:jc w:val="center"/>
        </w:trPr>
        <w:tc>
          <w:tcPr>
            <w:tcW w:w="4608" w:type="dxa"/>
            <w:tcMar>
              <w:top w:w="80" w:type="dxa"/>
              <w:left w:w="90" w:type="dxa"/>
              <w:bottom w:w="80" w:type="dxa"/>
              <w:right w:w="90" w:type="dxa"/>
            </w:tcMar>
            <w:vAlign w:val="center"/>
          </w:tcPr>
          <w:p w14:paraId="71A12D19" w14:textId="77777777" w:rsidR="00D140EC" w:rsidRDefault="00000000">
            <w:pPr>
              <w:spacing w:after="0"/>
            </w:pPr>
            <w:r>
              <w:rPr>
                <w:sz w:val="15"/>
              </w:rPr>
              <w:t>Search vehicle / LPR activity where applicable.</w:t>
            </w:r>
          </w:p>
        </w:tc>
        <w:tc>
          <w:tcPr>
            <w:tcW w:w="2880" w:type="dxa"/>
            <w:tcMar>
              <w:top w:w="80" w:type="dxa"/>
              <w:left w:w="90" w:type="dxa"/>
              <w:bottom w:w="80" w:type="dxa"/>
              <w:right w:w="90" w:type="dxa"/>
            </w:tcMar>
            <w:vAlign w:val="center"/>
          </w:tcPr>
          <w:p w14:paraId="4F4C112A"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43B667A" w14:textId="77777777" w:rsidR="00D140EC" w:rsidRDefault="00000000">
            <w:pPr>
              <w:spacing w:after="0"/>
            </w:pPr>
            <w:r>
              <w:rPr>
                <w:sz w:val="15"/>
              </w:rPr>
              <w:t>[VENDOR RESPONSE]</w:t>
            </w:r>
          </w:p>
        </w:tc>
      </w:tr>
      <w:tr w:rsidR="00D140EC" w14:paraId="5B3668B3" w14:textId="77777777">
        <w:trPr>
          <w:cantSplit/>
          <w:jc w:val="center"/>
        </w:trPr>
        <w:tc>
          <w:tcPr>
            <w:tcW w:w="4608" w:type="dxa"/>
            <w:tcMar>
              <w:top w:w="80" w:type="dxa"/>
              <w:left w:w="90" w:type="dxa"/>
              <w:bottom w:w="80" w:type="dxa"/>
              <w:right w:w="90" w:type="dxa"/>
            </w:tcMar>
            <w:vAlign w:val="center"/>
          </w:tcPr>
          <w:p w14:paraId="0C7BF9C4" w14:textId="77777777" w:rsidR="00D140EC" w:rsidRDefault="00000000">
            <w:pPr>
              <w:spacing w:after="0"/>
            </w:pPr>
            <w:r>
              <w:rPr>
                <w:sz w:val="15"/>
              </w:rPr>
              <w:t>Report denied entries, exceptions and unusual activity.</w:t>
            </w:r>
          </w:p>
        </w:tc>
        <w:tc>
          <w:tcPr>
            <w:tcW w:w="2880" w:type="dxa"/>
            <w:tcMar>
              <w:top w:w="80" w:type="dxa"/>
              <w:left w:w="90" w:type="dxa"/>
              <w:bottom w:w="80" w:type="dxa"/>
              <w:right w:w="90" w:type="dxa"/>
            </w:tcMar>
            <w:vAlign w:val="center"/>
          </w:tcPr>
          <w:p w14:paraId="0B29953F"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54F3879" w14:textId="77777777" w:rsidR="00D140EC" w:rsidRDefault="00000000">
            <w:pPr>
              <w:spacing w:after="0"/>
            </w:pPr>
            <w:r>
              <w:rPr>
                <w:sz w:val="15"/>
              </w:rPr>
              <w:t>[VENDOR RESPONSE]</w:t>
            </w:r>
          </w:p>
        </w:tc>
      </w:tr>
      <w:tr w:rsidR="00D140EC" w14:paraId="2C308432" w14:textId="77777777">
        <w:trPr>
          <w:cantSplit/>
          <w:jc w:val="center"/>
        </w:trPr>
        <w:tc>
          <w:tcPr>
            <w:tcW w:w="4608" w:type="dxa"/>
            <w:tcMar>
              <w:top w:w="80" w:type="dxa"/>
              <w:left w:w="90" w:type="dxa"/>
              <w:bottom w:w="80" w:type="dxa"/>
              <w:right w:w="90" w:type="dxa"/>
            </w:tcMar>
            <w:vAlign w:val="center"/>
          </w:tcPr>
          <w:p w14:paraId="515B86B3" w14:textId="77777777" w:rsidR="00D140EC" w:rsidRDefault="00000000">
            <w:pPr>
              <w:spacing w:after="0"/>
            </w:pPr>
            <w:r>
              <w:rPr>
                <w:sz w:val="15"/>
              </w:rPr>
              <w:t>Report vendor activity and access patterns.</w:t>
            </w:r>
          </w:p>
        </w:tc>
        <w:tc>
          <w:tcPr>
            <w:tcW w:w="2880" w:type="dxa"/>
            <w:tcMar>
              <w:top w:w="80" w:type="dxa"/>
              <w:left w:w="90" w:type="dxa"/>
              <w:bottom w:w="80" w:type="dxa"/>
              <w:right w:w="90" w:type="dxa"/>
            </w:tcMar>
            <w:vAlign w:val="center"/>
          </w:tcPr>
          <w:p w14:paraId="3F4B5B8B"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903A728" w14:textId="77777777" w:rsidR="00D140EC" w:rsidRDefault="00000000">
            <w:pPr>
              <w:spacing w:after="0"/>
            </w:pPr>
            <w:r>
              <w:rPr>
                <w:sz w:val="15"/>
              </w:rPr>
              <w:t>[VENDOR RESPONSE]</w:t>
            </w:r>
          </w:p>
        </w:tc>
      </w:tr>
      <w:tr w:rsidR="00D140EC" w14:paraId="05140965" w14:textId="77777777">
        <w:trPr>
          <w:cantSplit/>
          <w:jc w:val="center"/>
        </w:trPr>
        <w:tc>
          <w:tcPr>
            <w:tcW w:w="4608" w:type="dxa"/>
            <w:tcMar>
              <w:top w:w="80" w:type="dxa"/>
              <w:left w:w="90" w:type="dxa"/>
              <w:bottom w:w="80" w:type="dxa"/>
              <w:right w:w="90" w:type="dxa"/>
            </w:tcMar>
            <w:vAlign w:val="center"/>
          </w:tcPr>
          <w:p w14:paraId="5C4C43C2" w14:textId="77777777" w:rsidR="00D140EC" w:rsidRDefault="00000000">
            <w:pPr>
              <w:spacing w:after="0"/>
            </w:pPr>
            <w:r>
              <w:rPr>
                <w:sz w:val="15"/>
              </w:rPr>
              <w:t>Provide administrator and configuration audit history.</w:t>
            </w:r>
          </w:p>
        </w:tc>
        <w:tc>
          <w:tcPr>
            <w:tcW w:w="2880" w:type="dxa"/>
            <w:tcMar>
              <w:top w:w="80" w:type="dxa"/>
              <w:left w:w="90" w:type="dxa"/>
              <w:bottom w:w="80" w:type="dxa"/>
              <w:right w:w="90" w:type="dxa"/>
            </w:tcMar>
            <w:vAlign w:val="center"/>
          </w:tcPr>
          <w:p w14:paraId="74D06242"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95676AF" w14:textId="77777777" w:rsidR="00D140EC" w:rsidRDefault="00000000">
            <w:pPr>
              <w:spacing w:after="0"/>
            </w:pPr>
            <w:r>
              <w:rPr>
                <w:sz w:val="15"/>
              </w:rPr>
              <w:t>[VENDOR RESPONSE]</w:t>
            </w:r>
          </w:p>
        </w:tc>
      </w:tr>
      <w:tr w:rsidR="00D140EC" w14:paraId="6A5D5242" w14:textId="77777777">
        <w:trPr>
          <w:cantSplit/>
          <w:jc w:val="center"/>
        </w:trPr>
        <w:tc>
          <w:tcPr>
            <w:tcW w:w="4608" w:type="dxa"/>
            <w:tcMar>
              <w:top w:w="80" w:type="dxa"/>
              <w:left w:w="90" w:type="dxa"/>
              <w:bottom w:w="80" w:type="dxa"/>
              <w:right w:w="90" w:type="dxa"/>
            </w:tcMar>
            <w:vAlign w:val="center"/>
          </w:tcPr>
          <w:p w14:paraId="6CB917DE" w14:textId="77777777" w:rsidR="00D140EC" w:rsidRDefault="00000000">
            <w:pPr>
              <w:spacing w:after="0"/>
            </w:pPr>
            <w:r>
              <w:rPr>
                <w:sz w:val="15"/>
              </w:rPr>
              <w:t>Allow authorized export of relevant reports/data.</w:t>
            </w:r>
          </w:p>
        </w:tc>
        <w:tc>
          <w:tcPr>
            <w:tcW w:w="2880" w:type="dxa"/>
            <w:tcMar>
              <w:top w:w="80" w:type="dxa"/>
              <w:left w:w="90" w:type="dxa"/>
              <w:bottom w:w="80" w:type="dxa"/>
              <w:right w:w="90" w:type="dxa"/>
            </w:tcMar>
            <w:vAlign w:val="center"/>
          </w:tcPr>
          <w:p w14:paraId="13D597FC"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4346D9A" w14:textId="77777777" w:rsidR="00D140EC" w:rsidRDefault="00000000">
            <w:pPr>
              <w:spacing w:after="0"/>
            </w:pPr>
            <w:r>
              <w:rPr>
                <w:sz w:val="15"/>
              </w:rPr>
              <w:t>[VENDOR RESPONSE]</w:t>
            </w:r>
          </w:p>
        </w:tc>
      </w:tr>
      <w:tr w:rsidR="00D140EC" w14:paraId="071C7A35" w14:textId="77777777">
        <w:trPr>
          <w:cantSplit/>
          <w:jc w:val="center"/>
        </w:trPr>
        <w:tc>
          <w:tcPr>
            <w:tcW w:w="4608" w:type="dxa"/>
            <w:tcMar>
              <w:top w:w="80" w:type="dxa"/>
              <w:left w:w="90" w:type="dxa"/>
              <w:bottom w:w="80" w:type="dxa"/>
              <w:right w:w="90" w:type="dxa"/>
            </w:tcMar>
            <w:vAlign w:val="center"/>
          </w:tcPr>
          <w:p w14:paraId="1929995A" w14:textId="77777777" w:rsidR="00D140EC" w:rsidRDefault="00000000">
            <w:pPr>
              <w:spacing w:after="0"/>
            </w:pPr>
            <w:r>
              <w:rPr>
                <w:sz w:val="15"/>
              </w:rPr>
              <w:t>Support role-based access to sensitive reports and investigative functions.</w:t>
            </w:r>
          </w:p>
        </w:tc>
        <w:tc>
          <w:tcPr>
            <w:tcW w:w="2880" w:type="dxa"/>
            <w:tcMar>
              <w:top w:w="80" w:type="dxa"/>
              <w:left w:w="90" w:type="dxa"/>
              <w:bottom w:w="80" w:type="dxa"/>
              <w:right w:w="90" w:type="dxa"/>
            </w:tcMar>
            <w:vAlign w:val="center"/>
          </w:tcPr>
          <w:p w14:paraId="6BECD055"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7014762" w14:textId="77777777" w:rsidR="00D140EC" w:rsidRDefault="00000000">
            <w:pPr>
              <w:spacing w:after="0"/>
            </w:pPr>
            <w:r>
              <w:rPr>
                <w:sz w:val="15"/>
              </w:rPr>
              <w:t>[VENDOR RESPONSE]</w:t>
            </w:r>
          </w:p>
        </w:tc>
      </w:tr>
      <w:tr w:rsidR="00D140EC" w14:paraId="43030821" w14:textId="77777777">
        <w:trPr>
          <w:cantSplit/>
          <w:jc w:val="center"/>
        </w:trPr>
        <w:tc>
          <w:tcPr>
            <w:tcW w:w="4608" w:type="dxa"/>
            <w:tcMar>
              <w:top w:w="80" w:type="dxa"/>
              <w:left w:w="90" w:type="dxa"/>
              <w:bottom w:w="80" w:type="dxa"/>
              <w:right w:w="90" w:type="dxa"/>
            </w:tcMar>
            <w:vAlign w:val="center"/>
          </w:tcPr>
          <w:p w14:paraId="6A89039D" w14:textId="77777777" w:rsidR="00D140EC" w:rsidRDefault="00000000">
            <w:pPr>
              <w:spacing w:after="0"/>
            </w:pPr>
            <w:r>
              <w:rPr>
                <w:sz w:val="15"/>
              </w:rPr>
              <w:t>Describe dashboards, scheduled reports and configurable alerts.</w:t>
            </w:r>
          </w:p>
        </w:tc>
        <w:tc>
          <w:tcPr>
            <w:tcW w:w="2880" w:type="dxa"/>
            <w:tcMar>
              <w:top w:w="80" w:type="dxa"/>
              <w:left w:w="90" w:type="dxa"/>
              <w:bottom w:w="80" w:type="dxa"/>
              <w:right w:w="90" w:type="dxa"/>
            </w:tcMar>
            <w:vAlign w:val="center"/>
          </w:tcPr>
          <w:p w14:paraId="255C9F5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D5A79E4" w14:textId="77777777" w:rsidR="00D140EC" w:rsidRDefault="00000000">
            <w:pPr>
              <w:spacing w:after="0"/>
            </w:pPr>
            <w:r>
              <w:rPr>
                <w:sz w:val="15"/>
              </w:rPr>
              <w:t>[VENDOR RESPONSE]</w:t>
            </w:r>
          </w:p>
        </w:tc>
      </w:tr>
      <w:tr w:rsidR="00D140EC" w14:paraId="1A584E86" w14:textId="77777777">
        <w:trPr>
          <w:cantSplit/>
          <w:jc w:val="center"/>
        </w:trPr>
        <w:tc>
          <w:tcPr>
            <w:tcW w:w="4608" w:type="dxa"/>
            <w:tcMar>
              <w:top w:w="80" w:type="dxa"/>
              <w:left w:w="90" w:type="dxa"/>
              <w:bottom w:w="80" w:type="dxa"/>
              <w:right w:w="90" w:type="dxa"/>
            </w:tcMar>
            <w:vAlign w:val="center"/>
          </w:tcPr>
          <w:p w14:paraId="665BADD5" w14:textId="77777777" w:rsidR="00D140EC" w:rsidRDefault="00000000">
            <w:pPr>
              <w:spacing w:after="0"/>
            </w:pPr>
            <w:r>
              <w:rPr>
                <w:sz w:val="15"/>
              </w:rPr>
              <w:t>Describe data retention configuration and archival options.</w:t>
            </w:r>
          </w:p>
        </w:tc>
        <w:tc>
          <w:tcPr>
            <w:tcW w:w="2880" w:type="dxa"/>
            <w:tcMar>
              <w:top w:w="80" w:type="dxa"/>
              <w:left w:w="90" w:type="dxa"/>
              <w:bottom w:w="80" w:type="dxa"/>
              <w:right w:w="90" w:type="dxa"/>
            </w:tcMar>
            <w:vAlign w:val="center"/>
          </w:tcPr>
          <w:p w14:paraId="6628A80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0C32B13" w14:textId="77777777" w:rsidR="00D140EC" w:rsidRDefault="00000000">
            <w:pPr>
              <w:spacing w:after="0"/>
            </w:pPr>
            <w:r>
              <w:rPr>
                <w:sz w:val="15"/>
              </w:rPr>
              <w:t>[VENDOR RESPONSE]</w:t>
            </w:r>
          </w:p>
        </w:tc>
      </w:tr>
    </w:tbl>
    <w:p w14:paraId="48C91D42" w14:textId="77777777" w:rsidR="00D140EC" w:rsidRDefault="00D140EC">
      <w:pPr>
        <w:spacing w:after="20"/>
      </w:pPr>
    </w:p>
    <w:p w14:paraId="667437C1" w14:textId="77777777" w:rsidR="00D140EC" w:rsidRDefault="00000000">
      <w:pPr>
        <w:pStyle w:val="Heading1"/>
      </w:pPr>
      <w:r>
        <w:t>18. Integrations / API Requirements</w:t>
      </w:r>
    </w:p>
    <w:p w14:paraId="138BCB98" w14:textId="77777777" w:rsidR="00D140EC" w:rsidRDefault="00000000">
      <w:r>
        <w:t>List systems the community expects to remain systems of record. Avoid requiring duplicate manual administration where a reliable integration is feasible.</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2767"/>
        <w:gridCol w:w="2225"/>
        <w:gridCol w:w="3630"/>
        <w:gridCol w:w="1592"/>
      </w:tblGrid>
      <w:tr w:rsidR="00D140EC" w14:paraId="48484D80" w14:textId="77777777">
        <w:trPr>
          <w:cantSplit/>
          <w:tblHeader/>
          <w:jc w:val="center"/>
        </w:trPr>
        <w:tc>
          <w:tcPr>
            <w:tcW w:w="3024" w:type="dxa"/>
            <w:shd w:val="clear" w:color="auto" w:fill="202333"/>
            <w:tcMar>
              <w:top w:w="80" w:type="dxa"/>
              <w:left w:w="90" w:type="dxa"/>
              <w:bottom w:w="80" w:type="dxa"/>
              <w:right w:w="90" w:type="dxa"/>
            </w:tcMar>
          </w:tcPr>
          <w:p w14:paraId="750E4FF2" w14:textId="77777777" w:rsidR="00D140EC" w:rsidRDefault="00000000">
            <w:pPr>
              <w:spacing w:after="0"/>
            </w:pPr>
            <w:r>
              <w:rPr>
                <w:b/>
                <w:color w:val="FFFFFF"/>
                <w:sz w:val="14"/>
              </w:rPr>
              <w:t>System to Integrate</w:t>
            </w:r>
          </w:p>
        </w:tc>
        <w:tc>
          <w:tcPr>
            <w:tcW w:w="2448" w:type="dxa"/>
            <w:shd w:val="clear" w:color="auto" w:fill="202333"/>
            <w:tcMar>
              <w:top w:w="80" w:type="dxa"/>
              <w:left w:w="90" w:type="dxa"/>
              <w:bottom w:w="80" w:type="dxa"/>
              <w:right w:w="90" w:type="dxa"/>
            </w:tcMar>
          </w:tcPr>
          <w:p w14:paraId="411DECED" w14:textId="77777777" w:rsidR="00D140EC" w:rsidRDefault="00000000">
            <w:pPr>
              <w:spacing w:after="0"/>
            </w:pPr>
            <w:r>
              <w:rPr>
                <w:b/>
                <w:color w:val="FFFFFF"/>
                <w:sz w:val="14"/>
              </w:rPr>
              <w:t>Current System</w:t>
            </w:r>
          </w:p>
        </w:tc>
        <w:tc>
          <w:tcPr>
            <w:tcW w:w="4032" w:type="dxa"/>
            <w:shd w:val="clear" w:color="auto" w:fill="202333"/>
            <w:tcMar>
              <w:top w:w="80" w:type="dxa"/>
              <w:left w:w="90" w:type="dxa"/>
              <w:bottom w:w="80" w:type="dxa"/>
              <w:right w:w="90" w:type="dxa"/>
            </w:tcMar>
          </w:tcPr>
          <w:p w14:paraId="34171D3C" w14:textId="77777777" w:rsidR="00D140EC" w:rsidRDefault="00000000">
            <w:pPr>
              <w:spacing w:after="0"/>
            </w:pPr>
            <w:r>
              <w:rPr>
                <w:b/>
                <w:color w:val="FFFFFF"/>
                <w:sz w:val="14"/>
              </w:rPr>
              <w:t>Desired Data Flow</w:t>
            </w:r>
          </w:p>
        </w:tc>
        <w:tc>
          <w:tcPr>
            <w:tcW w:w="1728" w:type="dxa"/>
            <w:shd w:val="clear" w:color="auto" w:fill="202333"/>
            <w:tcMar>
              <w:top w:w="80" w:type="dxa"/>
              <w:left w:w="90" w:type="dxa"/>
              <w:bottom w:w="80" w:type="dxa"/>
              <w:right w:w="90" w:type="dxa"/>
            </w:tcMar>
          </w:tcPr>
          <w:p w14:paraId="75C9582B" w14:textId="77777777" w:rsidR="00D140EC" w:rsidRDefault="00000000">
            <w:pPr>
              <w:spacing w:after="0"/>
            </w:pPr>
            <w:r>
              <w:rPr>
                <w:b/>
                <w:color w:val="FFFFFF"/>
                <w:sz w:val="14"/>
              </w:rPr>
              <w:t>Priority</w:t>
            </w:r>
          </w:p>
        </w:tc>
      </w:tr>
      <w:tr w:rsidR="00D140EC" w14:paraId="1628EE3B" w14:textId="77777777">
        <w:trPr>
          <w:cantSplit/>
          <w:jc w:val="center"/>
        </w:trPr>
        <w:tc>
          <w:tcPr>
            <w:tcW w:w="3024" w:type="dxa"/>
            <w:tcMar>
              <w:top w:w="80" w:type="dxa"/>
              <w:left w:w="90" w:type="dxa"/>
              <w:bottom w:w="80" w:type="dxa"/>
              <w:right w:w="90" w:type="dxa"/>
            </w:tcMar>
            <w:vAlign w:val="center"/>
          </w:tcPr>
          <w:p w14:paraId="18D20649" w14:textId="77777777" w:rsidR="00D140EC" w:rsidRDefault="00000000">
            <w:pPr>
              <w:spacing w:after="0"/>
            </w:pPr>
            <w:r>
              <w:rPr>
                <w:sz w:val="14"/>
              </w:rPr>
              <w:t>HOA / property-management system</w:t>
            </w:r>
          </w:p>
        </w:tc>
        <w:tc>
          <w:tcPr>
            <w:tcW w:w="2448" w:type="dxa"/>
            <w:tcMar>
              <w:top w:w="80" w:type="dxa"/>
              <w:left w:w="90" w:type="dxa"/>
              <w:bottom w:w="80" w:type="dxa"/>
              <w:right w:w="90" w:type="dxa"/>
            </w:tcMar>
            <w:vAlign w:val="center"/>
          </w:tcPr>
          <w:p w14:paraId="4C47EFBE"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7EC521F6" w14:textId="77777777" w:rsidR="00D140EC" w:rsidRDefault="00000000">
            <w:pPr>
              <w:spacing w:after="0"/>
            </w:pPr>
            <w:r>
              <w:rPr>
                <w:sz w:val="14"/>
              </w:rPr>
              <w:t>☐ Into proposed system ☐ Out ☐ Bi-directional</w:t>
            </w:r>
          </w:p>
        </w:tc>
        <w:tc>
          <w:tcPr>
            <w:tcW w:w="1728" w:type="dxa"/>
            <w:tcMar>
              <w:top w:w="80" w:type="dxa"/>
              <w:left w:w="90" w:type="dxa"/>
              <w:bottom w:w="80" w:type="dxa"/>
              <w:right w:w="90" w:type="dxa"/>
            </w:tcMar>
            <w:vAlign w:val="center"/>
          </w:tcPr>
          <w:p w14:paraId="6BB4E7AE" w14:textId="77777777" w:rsidR="00D140EC" w:rsidRDefault="00000000">
            <w:pPr>
              <w:spacing w:after="0"/>
            </w:pPr>
            <w:r>
              <w:rPr>
                <w:sz w:val="14"/>
              </w:rPr>
              <w:t>☐ R ☐ P ☐ O</w:t>
            </w:r>
          </w:p>
        </w:tc>
      </w:tr>
      <w:tr w:rsidR="00D140EC" w14:paraId="4289B8B7" w14:textId="77777777">
        <w:trPr>
          <w:cantSplit/>
          <w:jc w:val="center"/>
        </w:trPr>
        <w:tc>
          <w:tcPr>
            <w:tcW w:w="3024" w:type="dxa"/>
            <w:tcMar>
              <w:top w:w="80" w:type="dxa"/>
              <w:left w:w="90" w:type="dxa"/>
              <w:bottom w:w="80" w:type="dxa"/>
              <w:right w:w="90" w:type="dxa"/>
            </w:tcMar>
            <w:vAlign w:val="center"/>
          </w:tcPr>
          <w:p w14:paraId="3B481631" w14:textId="77777777" w:rsidR="00D140EC" w:rsidRDefault="00000000">
            <w:pPr>
              <w:spacing w:after="0"/>
            </w:pPr>
            <w:r>
              <w:rPr>
                <w:sz w:val="14"/>
              </w:rPr>
              <w:t>Access control</w:t>
            </w:r>
          </w:p>
        </w:tc>
        <w:tc>
          <w:tcPr>
            <w:tcW w:w="2448" w:type="dxa"/>
            <w:tcMar>
              <w:top w:w="80" w:type="dxa"/>
              <w:left w:w="90" w:type="dxa"/>
              <w:bottom w:w="80" w:type="dxa"/>
              <w:right w:w="90" w:type="dxa"/>
            </w:tcMar>
            <w:vAlign w:val="center"/>
          </w:tcPr>
          <w:p w14:paraId="57881796"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1AFDC1C4" w14:textId="77777777" w:rsidR="00D140EC" w:rsidRDefault="00000000">
            <w:pPr>
              <w:spacing w:after="0"/>
            </w:pPr>
            <w:r>
              <w:rPr>
                <w:sz w:val="14"/>
              </w:rPr>
              <w:t>[ ]</w:t>
            </w:r>
          </w:p>
        </w:tc>
        <w:tc>
          <w:tcPr>
            <w:tcW w:w="1728" w:type="dxa"/>
            <w:tcMar>
              <w:top w:w="80" w:type="dxa"/>
              <w:left w:w="90" w:type="dxa"/>
              <w:bottom w:w="80" w:type="dxa"/>
              <w:right w:w="90" w:type="dxa"/>
            </w:tcMar>
            <w:vAlign w:val="center"/>
          </w:tcPr>
          <w:p w14:paraId="13FF41BD" w14:textId="77777777" w:rsidR="00D140EC" w:rsidRDefault="00000000">
            <w:pPr>
              <w:spacing w:after="0"/>
            </w:pPr>
            <w:r>
              <w:rPr>
                <w:sz w:val="14"/>
              </w:rPr>
              <w:t>☐ R ☐ P ☐ O</w:t>
            </w:r>
          </w:p>
        </w:tc>
      </w:tr>
      <w:tr w:rsidR="00D140EC" w14:paraId="426AF589" w14:textId="77777777">
        <w:trPr>
          <w:cantSplit/>
          <w:jc w:val="center"/>
        </w:trPr>
        <w:tc>
          <w:tcPr>
            <w:tcW w:w="3024" w:type="dxa"/>
            <w:tcMar>
              <w:top w:w="80" w:type="dxa"/>
              <w:left w:w="90" w:type="dxa"/>
              <w:bottom w:w="80" w:type="dxa"/>
              <w:right w:w="90" w:type="dxa"/>
            </w:tcMar>
            <w:vAlign w:val="center"/>
          </w:tcPr>
          <w:p w14:paraId="38802224" w14:textId="77777777" w:rsidR="00D140EC" w:rsidRDefault="00000000">
            <w:pPr>
              <w:spacing w:after="0"/>
            </w:pPr>
            <w:r>
              <w:rPr>
                <w:sz w:val="14"/>
              </w:rPr>
              <w:t>LPR</w:t>
            </w:r>
          </w:p>
        </w:tc>
        <w:tc>
          <w:tcPr>
            <w:tcW w:w="2448" w:type="dxa"/>
            <w:tcMar>
              <w:top w:w="80" w:type="dxa"/>
              <w:left w:w="90" w:type="dxa"/>
              <w:bottom w:w="80" w:type="dxa"/>
              <w:right w:w="90" w:type="dxa"/>
            </w:tcMar>
            <w:vAlign w:val="center"/>
          </w:tcPr>
          <w:p w14:paraId="26AA9ADE"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7A03FDAD" w14:textId="77777777" w:rsidR="00D140EC" w:rsidRDefault="00000000">
            <w:pPr>
              <w:spacing w:after="0"/>
            </w:pPr>
            <w:r>
              <w:rPr>
                <w:sz w:val="14"/>
              </w:rPr>
              <w:t>[ ]</w:t>
            </w:r>
          </w:p>
        </w:tc>
        <w:tc>
          <w:tcPr>
            <w:tcW w:w="1728" w:type="dxa"/>
            <w:tcMar>
              <w:top w:w="80" w:type="dxa"/>
              <w:left w:w="90" w:type="dxa"/>
              <w:bottom w:w="80" w:type="dxa"/>
              <w:right w:w="90" w:type="dxa"/>
            </w:tcMar>
            <w:vAlign w:val="center"/>
          </w:tcPr>
          <w:p w14:paraId="0627DD8C" w14:textId="77777777" w:rsidR="00D140EC" w:rsidRDefault="00000000">
            <w:pPr>
              <w:spacing w:after="0"/>
            </w:pPr>
            <w:r>
              <w:rPr>
                <w:sz w:val="14"/>
              </w:rPr>
              <w:t>☐ R ☐ P ☐ O</w:t>
            </w:r>
          </w:p>
        </w:tc>
      </w:tr>
      <w:tr w:rsidR="00D140EC" w14:paraId="10E3D1DF" w14:textId="77777777">
        <w:trPr>
          <w:cantSplit/>
          <w:jc w:val="center"/>
        </w:trPr>
        <w:tc>
          <w:tcPr>
            <w:tcW w:w="3024" w:type="dxa"/>
            <w:tcMar>
              <w:top w:w="80" w:type="dxa"/>
              <w:left w:w="90" w:type="dxa"/>
              <w:bottom w:w="80" w:type="dxa"/>
              <w:right w:w="90" w:type="dxa"/>
            </w:tcMar>
            <w:vAlign w:val="center"/>
          </w:tcPr>
          <w:p w14:paraId="1C5A7305" w14:textId="77777777" w:rsidR="00D140EC" w:rsidRDefault="00000000">
            <w:pPr>
              <w:spacing w:after="0"/>
            </w:pPr>
            <w:r>
              <w:rPr>
                <w:sz w:val="14"/>
              </w:rPr>
              <w:t>Video management / cameras</w:t>
            </w:r>
          </w:p>
        </w:tc>
        <w:tc>
          <w:tcPr>
            <w:tcW w:w="2448" w:type="dxa"/>
            <w:tcMar>
              <w:top w:w="80" w:type="dxa"/>
              <w:left w:w="90" w:type="dxa"/>
              <w:bottom w:w="80" w:type="dxa"/>
              <w:right w:w="90" w:type="dxa"/>
            </w:tcMar>
            <w:vAlign w:val="center"/>
          </w:tcPr>
          <w:p w14:paraId="54FB5005"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4839BB6A" w14:textId="77777777" w:rsidR="00D140EC" w:rsidRDefault="00000000">
            <w:pPr>
              <w:spacing w:after="0"/>
            </w:pPr>
            <w:r>
              <w:rPr>
                <w:sz w:val="14"/>
              </w:rPr>
              <w:t>[ ]</w:t>
            </w:r>
          </w:p>
        </w:tc>
        <w:tc>
          <w:tcPr>
            <w:tcW w:w="1728" w:type="dxa"/>
            <w:tcMar>
              <w:top w:w="80" w:type="dxa"/>
              <w:left w:w="90" w:type="dxa"/>
              <w:bottom w:w="80" w:type="dxa"/>
              <w:right w:w="90" w:type="dxa"/>
            </w:tcMar>
            <w:vAlign w:val="center"/>
          </w:tcPr>
          <w:p w14:paraId="69D7A50D" w14:textId="77777777" w:rsidR="00D140EC" w:rsidRDefault="00000000">
            <w:pPr>
              <w:spacing w:after="0"/>
            </w:pPr>
            <w:r>
              <w:rPr>
                <w:sz w:val="14"/>
              </w:rPr>
              <w:t>☐ R ☐ P ☐ O</w:t>
            </w:r>
          </w:p>
        </w:tc>
      </w:tr>
      <w:tr w:rsidR="00D140EC" w14:paraId="4B8906F6" w14:textId="77777777">
        <w:trPr>
          <w:cantSplit/>
          <w:jc w:val="center"/>
        </w:trPr>
        <w:tc>
          <w:tcPr>
            <w:tcW w:w="3024" w:type="dxa"/>
            <w:tcMar>
              <w:top w:w="80" w:type="dxa"/>
              <w:left w:w="90" w:type="dxa"/>
              <w:bottom w:w="80" w:type="dxa"/>
              <w:right w:w="90" w:type="dxa"/>
            </w:tcMar>
            <w:vAlign w:val="center"/>
          </w:tcPr>
          <w:p w14:paraId="0EF70BF1" w14:textId="77777777" w:rsidR="00D140EC" w:rsidRDefault="00000000">
            <w:pPr>
              <w:spacing w:after="0"/>
            </w:pPr>
            <w:r>
              <w:rPr>
                <w:sz w:val="14"/>
              </w:rPr>
              <w:t>Intercom / telephone entry</w:t>
            </w:r>
          </w:p>
        </w:tc>
        <w:tc>
          <w:tcPr>
            <w:tcW w:w="2448" w:type="dxa"/>
            <w:tcMar>
              <w:top w:w="80" w:type="dxa"/>
              <w:left w:w="90" w:type="dxa"/>
              <w:bottom w:w="80" w:type="dxa"/>
              <w:right w:w="90" w:type="dxa"/>
            </w:tcMar>
            <w:vAlign w:val="center"/>
          </w:tcPr>
          <w:p w14:paraId="3691CB4F"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1231565E" w14:textId="77777777" w:rsidR="00D140EC" w:rsidRDefault="00000000">
            <w:pPr>
              <w:spacing w:after="0"/>
            </w:pPr>
            <w:r>
              <w:rPr>
                <w:sz w:val="14"/>
              </w:rPr>
              <w:t>[ ]</w:t>
            </w:r>
          </w:p>
        </w:tc>
        <w:tc>
          <w:tcPr>
            <w:tcW w:w="1728" w:type="dxa"/>
            <w:tcMar>
              <w:top w:w="80" w:type="dxa"/>
              <w:left w:w="90" w:type="dxa"/>
              <w:bottom w:w="80" w:type="dxa"/>
              <w:right w:w="90" w:type="dxa"/>
            </w:tcMar>
            <w:vAlign w:val="center"/>
          </w:tcPr>
          <w:p w14:paraId="09CAFE43" w14:textId="77777777" w:rsidR="00D140EC" w:rsidRDefault="00000000">
            <w:pPr>
              <w:spacing w:after="0"/>
            </w:pPr>
            <w:r>
              <w:rPr>
                <w:sz w:val="14"/>
              </w:rPr>
              <w:t>☐ R ☐ P ☐ O</w:t>
            </w:r>
          </w:p>
        </w:tc>
      </w:tr>
      <w:tr w:rsidR="00D140EC" w14:paraId="73D6F390" w14:textId="77777777">
        <w:trPr>
          <w:cantSplit/>
          <w:jc w:val="center"/>
        </w:trPr>
        <w:tc>
          <w:tcPr>
            <w:tcW w:w="3024" w:type="dxa"/>
            <w:tcMar>
              <w:top w:w="80" w:type="dxa"/>
              <w:left w:w="90" w:type="dxa"/>
              <w:bottom w:w="80" w:type="dxa"/>
              <w:right w:w="90" w:type="dxa"/>
            </w:tcMar>
            <w:vAlign w:val="center"/>
          </w:tcPr>
          <w:p w14:paraId="62DCF52A" w14:textId="77777777" w:rsidR="00D140EC" w:rsidRDefault="00000000">
            <w:pPr>
              <w:spacing w:after="0"/>
            </w:pPr>
            <w:r>
              <w:rPr>
                <w:sz w:val="14"/>
              </w:rPr>
              <w:t>Resident app / portal</w:t>
            </w:r>
          </w:p>
        </w:tc>
        <w:tc>
          <w:tcPr>
            <w:tcW w:w="2448" w:type="dxa"/>
            <w:tcMar>
              <w:top w:w="80" w:type="dxa"/>
              <w:left w:w="90" w:type="dxa"/>
              <w:bottom w:w="80" w:type="dxa"/>
              <w:right w:w="90" w:type="dxa"/>
            </w:tcMar>
            <w:vAlign w:val="center"/>
          </w:tcPr>
          <w:p w14:paraId="51B63861"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569DBF33" w14:textId="77777777" w:rsidR="00D140EC" w:rsidRDefault="00000000">
            <w:pPr>
              <w:spacing w:after="0"/>
            </w:pPr>
            <w:r>
              <w:rPr>
                <w:sz w:val="14"/>
              </w:rPr>
              <w:t>[ ]</w:t>
            </w:r>
          </w:p>
        </w:tc>
        <w:tc>
          <w:tcPr>
            <w:tcW w:w="1728" w:type="dxa"/>
            <w:tcMar>
              <w:top w:w="80" w:type="dxa"/>
              <w:left w:w="90" w:type="dxa"/>
              <w:bottom w:w="80" w:type="dxa"/>
              <w:right w:w="90" w:type="dxa"/>
            </w:tcMar>
            <w:vAlign w:val="center"/>
          </w:tcPr>
          <w:p w14:paraId="7CBCD8D2" w14:textId="77777777" w:rsidR="00D140EC" w:rsidRDefault="00000000">
            <w:pPr>
              <w:spacing w:after="0"/>
            </w:pPr>
            <w:r>
              <w:rPr>
                <w:sz w:val="14"/>
              </w:rPr>
              <w:t>☐ R ☐ P ☐ O</w:t>
            </w:r>
          </w:p>
        </w:tc>
      </w:tr>
      <w:tr w:rsidR="00D140EC" w14:paraId="03462906" w14:textId="77777777">
        <w:trPr>
          <w:cantSplit/>
          <w:jc w:val="center"/>
        </w:trPr>
        <w:tc>
          <w:tcPr>
            <w:tcW w:w="3024" w:type="dxa"/>
            <w:tcMar>
              <w:top w:w="80" w:type="dxa"/>
              <w:left w:w="90" w:type="dxa"/>
              <w:bottom w:w="80" w:type="dxa"/>
              <w:right w:w="90" w:type="dxa"/>
            </w:tcMar>
            <w:vAlign w:val="center"/>
          </w:tcPr>
          <w:p w14:paraId="184ABE25" w14:textId="77777777" w:rsidR="00D140EC" w:rsidRDefault="00000000">
            <w:pPr>
              <w:spacing w:after="0"/>
            </w:pPr>
            <w:r>
              <w:rPr>
                <w:sz w:val="14"/>
              </w:rPr>
              <w:t>Accounting / membership</w:t>
            </w:r>
          </w:p>
        </w:tc>
        <w:tc>
          <w:tcPr>
            <w:tcW w:w="2448" w:type="dxa"/>
            <w:tcMar>
              <w:top w:w="80" w:type="dxa"/>
              <w:left w:w="90" w:type="dxa"/>
              <w:bottom w:w="80" w:type="dxa"/>
              <w:right w:w="90" w:type="dxa"/>
            </w:tcMar>
            <w:vAlign w:val="center"/>
          </w:tcPr>
          <w:p w14:paraId="066D5B66"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2C58163F" w14:textId="77777777" w:rsidR="00D140EC" w:rsidRDefault="00000000">
            <w:pPr>
              <w:spacing w:after="0"/>
            </w:pPr>
            <w:r>
              <w:rPr>
                <w:sz w:val="14"/>
              </w:rPr>
              <w:t>[ ]</w:t>
            </w:r>
          </w:p>
        </w:tc>
        <w:tc>
          <w:tcPr>
            <w:tcW w:w="1728" w:type="dxa"/>
            <w:tcMar>
              <w:top w:w="80" w:type="dxa"/>
              <w:left w:w="90" w:type="dxa"/>
              <w:bottom w:w="80" w:type="dxa"/>
              <w:right w:w="90" w:type="dxa"/>
            </w:tcMar>
            <w:vAlign w:val="center"/>
          </w:tcPr>
          <w:p w14:paraId="4A5A3F96" w14:textId="77777777" w:rsidR="00D140EC" w:rsidRDefault="00000000">
            <w:pPr>
              <w:spacing w:after="0"/>
            </w:pPr>
            <w:r>
              <w:rPr>
                <w:sz w:val="14"/>
              </w:rPr>
              <w:t>☐ R ☐ P ☐ O</w:t>
            </w:r>
          </w:p>
        </w:tc>
      </w:tr>
      <w:tr w:rsidR="00D140EC" w14:paraId="60EAABFF" w14:textId="77777777">
        <w:trPr>
          <w:cantSplit/>
          <w:jc w:val="center"/>
        </w:trPr>
        <w:tc>
          <w:tcPr>
            <w:tcW w:w="3024" w:type="dxa"/>
            <w:tcMar>
              <w:top w:w="80" w:type="dxa"/>
              <w:left w:w="90" w:type="dxa"/>
              <w:bottom w:w="80" w:type="dxa"/>
              <w:right w:w="90" w:type="dxa"/>
            </w:tcMar>
            <w:vAlign w:val="center"/>
          </w:tcPr>
          <w:p w14:paraId="35A08241" w14:textId="77777777" w:rsidR="00D140EC" w:rsidRDefault="00000000">
            <w:pPr>
              <w:spacing w:after="0"/>
            </w:pPr>
            <w:r>
              <w:rPr>
                <w:sz w:val="14"/>
              </w:rPr>
              <w:t>Other</w:t>
            </w:r>
          </w:p>
        </w:tc>
        <w:tc>
          <w:tcPr>
            <w:tcW w:w="2448" w:type="dxa"/>
            <w:tcMar>
              <w:top w:w="80" w:type="dxa"/>
              <w:left w:w="90" w:type="dxa"/>
              <w:bottom w:w="80" w:type="dxa"/>
              <w:right w:w="90" w:type="dxa"/>
            </w:tcMar>
            <w:vAlign w:val="center"/>
          </w:tcPr>
          <w:p w14:paraId="69B1BE7F"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62E5F888" w14:textId="77777777" w:rsidR="00D140EC" w:rsidRDefault="00000000">
            <w:pPr>
              <w:spacing w:after="0"/>
            </w:pPr>
            <w:r>
              <w:rPr>
                <w:sz w:val="14"/>
              </w:rPr>
              <w:t>[ ]</w:t>
            </w:r>
          </w:p>
        </w:tc>
        <w:tc>
          <w:tcPr>
            <w:tcW w:w="1728" w:type="dxa"/>
            <w:tcMar>
              <w:top w:w="80" w:type="dxa"/>
              <w:left w:w="90" w:type="dxa"/>
              <w:bottom w:w="80" w:type="dxa"/>
              <w:right w:w="90" w:type="dxa"/>
            </w:tcMar>
            <w:vAlign w:val="center"/>
          </w:tcPr>
          <w:p w14:paraId="2B7C76EA" w14:textId="77777777" w:rsidR="00D140EC" w:rsidRDefault="00000000">
            <w:pPr>
              <w:spacing w:after="0"/>
            </w:pPr>
            <w:r>
              <w:rPr>
                <w:sz w:val="14"/>
              </w:rPr>
              <w:t>☐ R ☐ P ☐ O</w:t>
            </w:r>
          </w:p>
        </w:tc>
      </w:tr>
    </w:tbl>
    <w:p w14:paraId="25D5504C" w14:textId="77777777" w:rsidR="00D140EC" w:rsidRDefault="00D140EC">
      <w:pPr>
        <w:spacing w:after="20"/>
      </w:pP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40"/>
        <w:gridCol w:w="2591"/>
        <w:gridCol w:w="3483"/>
      </w:tblGrid>
      <w:tr w:rsidR="00D140EC" w14:paraId="3CEAA2EC" w14:textId="77777777">
        <w:trPr>
          <w:cantSplit/>
          <w:tblHeader/>
          <w:jc w:val="center"/>
        </w:trPr>
        <w:tc>
          <w:tcPr>
            <w:tcW w:w="4608" w:type="dxa"/>
            <w:shd w:val="clear" w:color="auto" w:fill="202333"/>
            <w:tcMar>
              <w:top w:w="80" w:type="dxa"/>
              <w:left w:w="90" w:type="dxa"/>
              <w:bottom w:w="80" w:type="dxa"/>
              <w:right w:w="90" w:type="dxa"/>
            </w:tcMar>
          </w:tcPr>
          <w:p w14:paraId="0376345A"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68C311C5"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1E8DB1CC" w14:textId="77777777" w:rsidR="00D140EC" w:rsidRDefault="00000000">
            <w:pPr>
              <w:spacing w:after="0"/>
            </w:pPr>
            <w:r>
              <w:rPr>
                <w:b/>
                <w:color w:val="FFFFFF"/>
                <w:sz w:val="15"/>
              </w:rPr>
              <w:t>Vendor Response</w:t>
            </w:r>
          </w:p>
        </w:tc>
      </w:tr>
      <w:tr w:rsidR="00D140EC" w14:paraId="0F87BB9A" w14:textId="77777777">
        <w:trPr>
          <w:cantSplit/>
          <w:jc w:val="center"/>
        </w:trPr>
        <w:tc>
          <w:tcPr>
            <w:tcW w:w="4608" w:type="dxa"/>
            <w:tcMar>
              <w:top w:w="80" w:type="dxa"/>
              <w:left w:w="90" w:type="dxa"/>
              <w:bottom w:w="80" w:type="dxa"/>
              <w:right w:w="90" w:type="dxa"/>
            </w:tcMar>
            <w:vAlign w:val="center"/>
          </w:tcPr>
          <w:p w14:paraId="1078F9F9" w14:textId="77777777" w:rsidR="00D140EC" w:rsidRDefault="00000000">
            <w:pPr>
              <w:spacing w:after="0"/>
            </w:pPr>
            <w:r>
              <w:rPr>
                <w:sz w:val="15"/>
              </w:rPr>
              <w:t>Identify whether each integration is native, API-based, file/SFTP-based, middleware-based or custom.</w:t>
            </w:r>
          </w:p>
        </w:tc>
        <w:tc>
          <w:tcPr>
            <w:tcW w:w="2880" w:type="dxa"/>
            <w:tcMar>
              <w:top w:w="80" w:type="dxa"/>
              <w:left w:w="90" w:type="dxa"/>
              <w:bottom w:w="80" w:type="dxa"/>
              <w:right w:w="90" w:type="dxa"/>
            </w:tcMar>
            <w:vAlign w:val="center"/>
          </w:tcPr>
          <w:p w14:paraId="0C1A8ED1"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1E594BB" w14:textId="77777777" w:rsidR="00D140EC" w:rsidRDefault="00000000">
            <w:pPr>
              <w:spacing w:after="0"/>
            </w:pPr>
            <w:r>
              <w:rPr>
                <w:sz w:val="15"/>
              </w:rPr>
              <w:t>[VENDOR RESPONSE]</w:t>
            </w:r>
          </w:p>
        </w:tc>
      </w:tr>
      <w:tr w:rsidR="00D140EC" w14:paraId="0BCD84E5" w14:textId="77777777">
        <w:trPr>
          <w:cantSplit/>
          <w:jc w:val="center"/>
        </w:trPr>
        <w:tc>
          <w:tcPr>
            <w:tcW w:w="4608" w:type="dxa"/>
            <w:tcMar>
              <w:top w:w="80" w:type="dxa"/>
              <w:left w:w="90" w:type="dxa"/>
              <w:bottom w:w="80" w:type="dxa"/>
              <w:right w:w="90" w:type="dxa"/>
            </w:tcMar>
            <w:vAlign w:val="center"/>
          </w:tcPr>
          <w:p w14:paraId="6534CB8D" w14:textId="77777777" w:rsidR="00D140EC" w:rsidRDefault="00000000">
            <w:pPr>
              <w:spacing w:after="0"/>
            </w:pPr>
            <w:r>
              <w:rPr>
                <w:sz w:val="15"/>
              </w:rPr>
              <w:t>Describe API availability, authentication, rate limits and documentation where applicable.</w:t>
            </w:r>
          </w:p>
        </w:tc>
        <w:tc>
          <w:tcPr>
            <w:tcW w:w="2880" w:type="dxa"/>
            <w:tcMar>
              <w:top w:w="80" w:type="dxa"/>
              <w:left w:w="90" w:type="dxa"/>
              <w:bottom w:w="80" w:type="dxa"/>
              <w:right w:w="90" w:type="dxa"/>
            </w:tcMar>
            <w:vAlign w:val="center"/>
          </w:tcPr>
          <w:p w14:paraId="3571BA70"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70A28D6" w14:textId="77777777" w:rsidR="00D140EC" w:rsidRDefault="00000000">
            <w:pPr>
              <w:spacing w:after="0"/>
            </w:pPr>
            <w:r>
              <w:rPr>
                <w:sz w:val="15"/>
              </w:rPr>
              <w:t>[VENDOR RESPONSE]</w:t>
            </w:r>
          </w:p>
        </w:tc>
      </w:tr>
      <w:tr w:rsidR="00D140EC" w14:paraId="1CD2F4A8" w14:textId="77777777">
        <w:trPr>
          <w:cantSplit/>
          <w:jc w:val="center"/>
        </w:trPr>
        <w:tc>
          <w:tcPr>
            <w:tcW w:w="4608" w:type="dxa"/>
            <w:tcMar>
              <w:top w:w="80" w:type="dxa"/>
              <w:left w:w="90" w:type="dxa"/>
              <w:bottom w:w="80" w:type="dxa"/>
              <w:right w:w="90" w:type="dxa"/>
            </w:tcMar>
            <w:vAlign w:val="center"/>
          </w:tcPr>
          <w:p w14:paraId="666FEEED" w14:textId="77777777" w:rsidR="00D140EC" w:rsidRDefault="00000000">
            <w:pPr>
              <w:spacing w:after="0"/>
            </w:pPr>
            <w:r>
              <w:rPr>
                <w:sz w:val="15"/>
              </w:rPr>
              <w:lastRenderedPageBreak/>
              <w:t>Identify one-time and recurring integration fees.</w:t>
            </w:r>
          </w:p>
        </w:tc>
        <w:tc>
          <w:tcPr>
            <w:tcW w:w="2880" w:type="dxa"/>
            <w:tcMar>
              <w:top w:w="80" w:type="dxa"/>
              <w:left w:w="90" w:type="dxa"/>
              <w:bottom w:w="80" w:type="dxa"/>
              <w:right w:w="90" w:type="dxa"/>
            </w:tcMar>
            <w:vAlign w:val="center"/>
          </w:tcPr>
          <w:p w14:paraId="6F2DDA9A"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D284459" w14:textId="77777777" w:rsidR="00D140EC" w:rsidRDefault="00000000">
            <w:pPr>
              <w:spacing w:after="0"/>
            </w:pPr>
            <w:r>
              <w:rPr>
                <w:sz w:val="15"/>
              </w:rPr>
              <w:t>[VENDOR RESPONSE]</w:t>
            </w:r>
          </w:p>
        </w:tc>
      </w:tr>
      <w:tr w:rsidR="00D140EC" w14:paraId="70075FCC" w14:textId="77777777">
        <w:trPr>
          <w:cantSplit/>
          <w:jc w:val="center"/>
        </w:trPr>
        <w:tc>
          <w:tcPr>
            <w:tcW w:w="4608" w:type="dxa"/>
            <w:tcMar>
              <w:top w:w="80" w:type="dxa"/>
              <w:left w:w="90" w:type="dxa"/>
              <w:bottom w:w="80" w:type="dxa"/>
              <w:right w:w="90" w:type="dxa"/>
            </w:tcMar>
            <w:vAlign w:val="center"/>
          </w:tcPr>
          <w:p w14:paraId="6400A134" w14:textId="77777777" w:rsidR="00D140EC" w:rsidRDefault="00000000">
            <w:pPr>
              <w:spacing w:after="0"/>
            </w:pPr>
            <w:r>
              <w:rPr>
                <w:sz w:val="15"/>
              </w:rPr>
              <w:t>Identify which party builds, tests, supports and monitors each integration.</w:t>
            </w:r>
          </w:p>
        </w:tc>
        <w:tc>
          <w:tcPr>
            <w:tcW w:w="2880" w:type="dxa"/>
            <w:tcMar>
              <w:top w:w="80" w:type="dxa"/>
              <w:left w:w="90" w:type="dxa"/>
              <w:bottom w:w="80" w:type="dxa"/>
              <w:right w:w="90" w:type="dxa"/>
            </w:tcMar>
            <w:vAlign w:val="center"/>
          </w:tcPr>
          <w:p w14:paraId="07352F5F"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E66FD12" w14:textId="77777777" w:rsidR="00D140EC" w:rsidRDefault="00000000">
            <w:pPr>
              <w:spacing w:after="0"/>
            </w:pPr>
            <w:r>
              <w:rPr>
                <w:sz w:val="15"/>
              </w:rPr>
              <w:t>[VENDOR RESPONSE]</w:t>
            </w:r>
          </w:p>
        </w:tc>
      </w:tr>
      <w:tr w:rsidR="00D140EC" w14:paraId="72DFB366" w14:textId="77777777">
        <w:trPr>
          <w:cantSplit/>
          <w:jc w:val="center"/>
        </w:trPr>
        <w:tc>
          <w:tcPr>
            <w:tcW w:w="4608" w:type="dxa"/>
            <w:tcMar>
              <w:top w:w="80" w:type="dxa"/>
              <w:left w:w="90" w:type="dxa"/>
              <w:bottom w:w="80" w:type="dxa"/>
              <w:right w:w="90" w:type="dxa"/>
            </w:tcMar>
            <w:vAlign w:val="center"/>
          </w:tcPr>
          <w:p w14:paraId="65F30127" w14:textId="77777777" w:rsidR="00D140EC" w:rsidRDefault="00000000">
            <w:pPr>
              <w:spacing w:after="0"/>
            </w:pPr>
            <w:r>
              <w:rPr>
                <w:sz w:val="15"/>
              </w:rPr>
              <w:t>Describe synchronization frequency, error handling, reconciliation and administrative visibility.</w:t>
            </w:r>
          </w:p>
        </w:tc>
        <w:tc>
          <w:tcPr>
            <w:tcW w:w="2880" w:type="dxa"/>
            <w:tcMar>
              <w:top w:w="80" w:type="dxa"/>
              <w:left w:w="90" w:type="dxa"/>
              <w:bottom w:w="80" w:type="dxa"/>
              <w:right w:w="90" w:type="dxa"/>
            </w:tcMar>
            <w:vAlign w:val="center"/>
          </w:tcPr>
          <w:p w14:paraId="368032AC"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F24D3D6" w14:textId="77777777" w:rsidR="00D140EC" w:rsidRDefault="00000000">
            <w:pPr>
              <w:spacing w:after="0"/>
            </w:pPr>
            <w:r>
              <w:rPr>
                <w:sz w:val="15"/>
              </w:rPr>
              <w:t>[VENDOR RESPONSE]</w:t>
            </w:r>
          </w:p>
        </w:tc>
      </w:tr>
      <w:tr w:rsidR="00D140EC" w14:paraId="3AB8230E" w14:textId="77777777">
        <w:trPr>
          <w:cantSplit/>
          <w:jc w:val="center"/>
        </w:trPr>
        <w:tc>
          <w:tcPr>
            <w:tcW w:w="4608" w:type="dxa"/>
            <w:tcMar>
              <w:top w:w="80" w:type="dxa"/>
              <w:left w:w="90" w:type="dxa"/>
              <w:bottom w:w="80" w:type="dxa"/>
              <w:right w:w="90" w:type="dxa"/>
            </w:tcMar>
            <w:vAlign w:val="center"/>
          </w:tcPr>
          <w:p w14:paraId="0AF2373C" w14:textId="77777777" w:rsidR="00D140EC" w:rsidRDefault="00000000">
            <w:pPr>
              <w:spacing w:after="0"/>
            </w:pPr>
            <w:r>
              <w:rPr>
                <w:sz w:val="15"/>
              </w:rPr>
              <w:t>Describe how record ownership and conflict resolution are handled.</w:t>
            </w:r>
          </w:p>
        </w:tc>
        <w:tc>
          <w:tcPr>
            <w:tcW w:w="2880" w:type="dxa"/>
            <w:tcMar>
              <w:top w:w="80" w:type="dxa"/>
              <w:left w:w="90" w:type="dxa"/>
              <w:bottom w:w="80" w:type="dxa"/>
              <w:right w:w="90" w:type="dxa"/>
            </w:tcMar>
            <w:vAlign w:val="center"/>
          </w:tcPr>
          <w:p w14:paraId="093DB0EC"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EB90316" w14:textId="77777777" w:rsidR="00D140EC" w:rsidRDefault="00000000">
            <w:pPr>
              <w:spacing w:after="0"/>
            </w:pPr>
            <w:r>
              <w:rPr>
                <w:sz w:val="15"/>
              </w:rPr>
              <w:t>[VENDOR RESPONSE]</w:t>
            </w:r>
          </w:p>
        </w:tc>
      </w:tr>
    </w:tbl>
    <w:p w14:paraId="4525B58A" w14:textId="77777777" w:rsidR="00D140EC" w:rsidRDefault="00D140EC">
      <w:pPr>
        <w:spacing w:after="20"/>
      </w:pPr>
    </w:p>
    <w:p w14:paraId="52B246B9" w14:textId="77777777" w:rsidR="00D140EC" w:rsidRDefault="00000000">
      <w:pPr>
        <w:pStyle w:val="Heading1"/>
      </w:pPr>
      <w:r>
        <w:t>19. Data Migration</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40"/>
        <w:gridCol w:w="2591"/>
        <w:gridCol w:w="3483"/>
      </w:tblGrid>
      <w:tr w:rsidR="00D140EC" w14:paraId="0C04D3EB" w14:textId="77777777">
        <w:trPr>
          <w:cantSplit/>
          <w:tblHeader/>
          <w:jc w:val="center"/>
        </w:trPr>
        <w:tc>
          <w:tcPr>
            <w:tcW w:w="4608" w:type="dxa"/>
            <w:shd w:val="clear" w:color="auto" w:fill="202333"/>
            <w:tcMar>
              <w:top w:w="80" w:type="dxa"/>
              <w:left w:w="90" w:type="dxa"/>
              <w:bottom w:w="80" w:type="dxa"/>
              <w:right w:w="90" w:type="dxa"/>
            </w:tcMar>
          </w:tcPr>
          <w:p w14:paraId="1C500E03"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463644A8"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2AF4CA62" w14:textId="77777777" w:rsidR="00D140EC" w:rsidRDefault="00000000">
            <w:pPr>
              <w:spacing w:after="0"/>
            </w:pPr>
            <w:r>
              <w:rPr>
                <w:b/>
                <w:color w:val="FFFFFF"/>
                <w:sz w:val="15"/>
              </w:rPr>
              <w:t>Vendor Response</w:t>
            </w:r>
          </w:p>
        </w:tc>
      </w:tr>
      <w:tr w:rsidR="00D140EC" w14:paraId="086AD317" w14:textId="77777777">
        <w:trPr>
          <w:cantSplit/>
          <w:jc w:val="center"/>
        </w:trPr>
        <w:tc>
          <w:tcPr>
            <w:tcW w:w="4608" w:type="dxa"/>
            <w:tcMar>
              <w:top w:w="80" w:type="dxa"/>
              <w:left w:w="90" w:type="dxa"/>
              <w:bottom w:w="80" w:type="dxa"/>
              <w:right w:w="90" w:type="dxa"/>
            </w:tcMar>
            <w:vAlign w:val="center"/>
          </w:tcPr>
          <w:p w14:paraId="30428855" w14:textId="77777777" w:rsidR="00D140EC" w:rsidRDefault="00000000">
            <w:pPr>
              <w:spacing w:after="0"/>
            </w:pPr>
            <w:r>
              <w:rPr>
                <w:sz w:val="15"/>
              </w:rPr>
              <w:t>Describe data that can be migrated from the incumbent system.</w:t>
            </w:r>
          </w:p>
        </w:tc>
        <w:tc>
          <w:tcPr>
            <w:tcW w:w="2880" w:type="dxa"/>
            <w:tcMar>
              <w:top w:w="80" w:type="dxa"/>
              <w:left w:w="90" w:type="dxa"/>
              <w:bottom w:w="80" w:type="dxa"/>
              <w:right w:w="90" w:type="dxa"/>
            </w:tcMar>
            <w:vAlign w:val="center"/>
          </w:tcPr>
          <w:p w14:paraId="0374F3EF"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8BEBD24" w14:textId="77777777" w:rsidR="00D140EC" w:rsidRDefault="00000000">
            <w:pPr>
              <w:spacing w:after="0"/>
            </w:pPr>
            <w:r>
              <w:rPr>
                <w:sz w:val="15"/>
              </w:rPr>
              <w:t>[VENDOR RESPONSE]</w:t>
            </w:r>
          </w:p>
        </w:tc>
      </w:tr>
      <w:tr w:rsidR="00D140EC" w14:paraId="4B2151F9" w14:textId="77777777">
        <w:trPr>
          <w:cantSplit/>
          <w:jc w:val="center"/>
        </w:trPr>
        <w:tc>
          <w:tcPr>
            <w:tcW w:w="4608" w:type="dxa"/>
            <w:tcMar>
              <w:top w:w="80" w:type="dxa"/>
              <w:left w:w="90" w:type="dxa"/>
              <w:bottom w:w="80" w:type="dxa"/>
              <w:right w:w="90" w:type="dxa"/>
            </w:tcMar>
            <w:vAlign w:val="center"/>
          </w:tcPr>
          <w:p w14:paraId="0530D800" w14:textId="77777777" w:rsidR="00D140EC" w:rsidRDefault="00000000">
            <w:pPr>
              <w:spacing w:after="0"/>
            </w:pPr>
            <w:r>
              <w:rPr>
                <w:sz w:val="15"/>
              </w:rPr>
              <w:t>Identify required source formats and community preparation responsibilities.</w:t>
            </w:r>
          </w:p>
        </w:tc>
        <w:tc>
          <w:tcPr>
            <w:tcW w:w="2880" w:type="dxa"/>
            <w:tcMar>
              <w:top w:w="80" w:type="dxa"/>
              <w:left w:w="90" w:type="dxa"/>
              <w:bottom w:w="80" w:type="dxa"/>
              <w:right w:w="90" w:type="dxa"/>
            </w:tcMar>
            <w:vAlign w:val="center"/>
          </w:tcPr>
          <w:p w14:paraId="3DDB25C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B4542D3" w14:textId="77777777" w:rsidR="00D140EC" w:rsidRDefault="00000000">
            <w:pPr>
              <w:spacing w:after="0"/>
            </w:pPr>
            <w:r>
              <w:rPr>
                <w:sz w:val="15"/>
              </w:rPr>
              <w:t>[VENDOR RESPONSE]</w:t>
            </w:r>
          </w:p>
        </w:tc>
      </w:tr>
      <w:tr w:rsidR="00D140EC" w14:paraId="0DC65B93" w14:textId="77777777">
        <w:trPr>
          <w:cantSplit/>
          <w:jc w:val="center"/>
        </w:trPr>
        <w:tc>
          <w:tcPr>
            <w:tcW w:w="4608" w:type="dxa"/>
            <w:tcMar>
              <w:top w:w="80" w:type="dxa"/>
              <w:left w:w="90" w:type="dxa"/>
              <w:bottom w:w="80" w:type="dxa"/>
              <w:right w:w="90" w:type="dxa"/>
            </w:tcMar>
            <w:vAlign w:val="center"/>
          </w:tcPr>
          <w:p w14:paraId="58529592" w14:textId="77777777" w:rsidR="00D140EC" w:rsidRDefault="00000000">
            <w:pPr>
              <w:spacing w:after="0"/>
            </w:pPr>
            <w:r>
              <w:rPr>
                <w:sz w:val="15"/>
              </w:rPr>
              <w:t>Describe data cleansing, deduplication and validation approach.</w:t>
            </w:r>
          </w:p>
        </w:tc>
        <w:tc>
          <w:tcPr>
            <w:tcW w:w="2880" w:type="dxa"/>
            <w:tcMar>
              <w:top w:w="80" w:type="dxa"/>
              <w:left w:w="90" w:type="dxa"/>
              <w:bottom w:w="80" w:type="dxa"/>
              <w:right w:w="90" w:type="dxa"/>
            </w:tcMar>
            <w:vAlign w:val="center"/>
          </w:tcPr>
          <w:p w14:paraId="7340F341"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DC0F010" w14:textId="77777777" w:rsidR="00D140EC" w:rsidRDefault="00000000">
            <w:pPr>
              <w:spacing w:after="0"/>
            </w:pPr>
            <w:r>
              <w:rPr>
                <w:sz w:val="15"/>
              </w:rPr>
              <w:t>[VENDOR RESPONSE]</w:t>
            </w:r>
          </w:p>
        </w:tc>
      </w:tr>
      <w:tr w:rsidR="00D140EC" w14:paraId="36403026" w14:textId="77777777">
        <w:trPr>
          <w:cantSplit/>
          <w:jc w:val="center"/>
        </w:trPr>
        <w:tc>
          <w:tcPr>
            <w:tcW w:w="4608" w:type="dxa"/>
            <w:tcMar>
              <w:top w:w="80" w:type="dxa"/>
              <w:left w:w="90" w:type="dxa"/>
              <w:bottom w:w="80" w:type="dxa"/>
              <w:right w:w="90" w:type="dxa"/>
            </w:tcMar>
            <w:vAlign w:val="center"/>
          </w:tcPr>
          <w:p w14:paraId="0DB3CE01" w14:textId="77777777" w:rsidR="00D140EC" w:rsidRDefault="00000000">
            <w:pPr>
              <w:spacing w:after="0"/>
            </w:pPr>
            <w:r>
              <w:rPr>
                <w:sz w:val="15"/>
              </w:rPr>
              <w:t>Describe treatment of historical visitor/access data.</w:t>
            </w:r>
          </w:p>
        </w:tc>
        <w:tc>
          <w:tcPr>
            <w:tcW w:w="2880" w:type="dxa"/>
            <w:tcMar>
              <w:top w:w="80" w:type="dxa"/>
              <w:left w:w="90" w:type="dxa"/>
              <w:bottom w:w="80" w:type="dxa"/>
              <w:right w:w="90" w:type="dxa"/>
            </w:tcMar>
            <w:vAlign w:val="center"/>
          </w:tcPr>
          <w:p w14:paraId="45F2A74C"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908EB86" w14:textId="77777777" w:rsidR="00D140EC" w:rsidRDefault="00000000">
            <w:pPr>
              <w:spacing w:after="0"/>
            </w:pPr>
            <w:r>
              <w:rPr>
                <w:sz w:val="15"/>
              </w:rPr>
              <w:t>[VENDOR RESPONSE]</w:t>
            </w:r>
          </w:p>
        </w:tc>
      </w:tr>
      <w:tr w:rsidR="00D140EC" w14:paraId="0EDA52A3" w14:textId="77777777">
        <w:trPr>
          <w:cantSplit/>
          <w:jc w:val="center"/>
        </w:trPr>
        <w:tc>
          <w:tcPr>
            <w:tcW w:w="4608" w:type="dxa"/>
            <w:tcMar>
              <w:top w:w="80" w:type="dxa"/>
              <w:left w:w="90" w:type="dxa"/>
              <w:bottom w:w="80" w:type="dxa"/>
              <w:right w:w="90" w:type="dxa"/>
            </w:tcMar>
            <w:vAlign w:val="center"/>
          </w:tcPr>
          <w:p w14:paraId="5783EBAF" w14:textId="77777777" w:rsidR="00D140EC" w:rsidRDefault="00000000">
            <w:pPr>
              <w:spacing w:after="0"/>
            </w:pPr>
            <w:r>
              <w:rPr>
                <w:sz w:val="15"/>
              </w:rPr>
              <w:t>Provide migration testing and acceptance process.</w:t>
            </w:r>
          </w:p>
        </w:tc>
        <w:tc>
          <w:tcPr>
            <w:tcW w:w="2880" w:type="dxa"/>
            <w:tcMar>
              <w:top w:w="80" w:type="dxa"/>
              <w:left w:w="90" w:type="dxa"/>
              <w:bottom w:w="80" w:type="dxa"/>
              <w:right w:w="90" w:type="dxa"/>
            </w:tcMar>
            <w:vAlign w:val="center"/>
          </w:tcPr>
          <w:p w14:paraId="7AF5762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5C2D7B7" w14:textId="77777777" w:rsidR="00D140EC" w:rsidRDefault="00000000">
            <w:pPr>
              <w:spacing w:after="0"/>
            </w:pPr>
            <w:r>
              <w:rPr>
                <w:sz w:val="15"/>
              </w:rPr>
              <w:t>[VENDOR RESPONSE]</w:t>
            </w:r>
          </w:p>
        </w:tc>
      </w:tr>
      <w:tr w:rsidR="00D140EC" w14:paraId="0DE0DC53" w14:textId="77777777">
        <w:trPr>
          <w:cantSplit/>
          <w:jc w:val="center"/>
        </w:trPr>
        <w:tc>
          <w:tcPr>
            <w:tcW w:w="4608" w:type="dxa"/>
            <w:tcMar>
              <w:top w:w="80" w:type="dxa"/>
              <w:left w:w="90" w:type="dxa"/>
              <w:bottom w:w="80" w:type="dxa"/>
              <w:right w:w="90" w:type="dxa"/>
            </w:tcMar>
            <w:vAlign w:val="center"/>
          </w:tcPr>
          <w:p w14:paraId="68A0F1CE" w14:textId="77777777" w:rsidR="00D140EC" w:rsidRDefault="00000000">
            <w:pPr>
              <w:spacing w:after="0"/>
            </w:pPr>
            <w:r>
              <w:rPr>
                <w:sz w:val="15"/>
              </w:rPr>
              <w:t>Identify migration assumptions, exclusions and fees.</w:t>
            </w:r>
          </w:p>
        </w:tc>
        <w:tc>
          <w:tcPr>
            <w:tcW w:w="2880" w:type="dxa"/>
            <w:tcMar>
              <w:top w:w="80" w:type="dxa"/>
              <w:left w:w="90" w:type="dxa"/>
              <w:bottom w:w="80" w:type="dxa"/>
              <w:right w:w="90" w:type="dxa"/>
            </w:tcMar>
            <w:vAlign w:val="center"/>
          </w:tcPr>
          <w:p w14:paraId="01696DB1"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4A1CA76" w14:textId="77777777" w:rsidR="00D140EC" w:rsidRDefault="00000000">
            <w:pPr>
              <w:spacing w:after="0"/>
            </w:pPr>
            <w:r>
              <w:rPr>
                <w:sz w:val="15"/>
              </w:rPr>
              <w:t>[VENDOR RESPONSE]</w:t>
            </w:r>
          </w:p>
        </w:tc>
      </w:tr>
    </w:tbl>
    <w:p w14:paraId="067117B9" w14:textId="77777777" w:rsidR="00D140EC" w:rsidRDefault="00D140EC">
      <w:pPr>
        <w:spacing w:after="20"/>
      </w:pPr>
    </w:p>
    <w:p w14:paraId="3BA7D732" w14:textId="77777777" w:rsidR="00D140EC" w:rsidRDefault="00000000">
      <w:pPr>
        <w:pStyle w:val="Heading1"/>
      </w:pPr>
      <w:r>
        <w:t>20. Offline / Business Continuity</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40"/>
        <w:gridCol w:w="2591"/>
        <w:gridCol w:w="3483"/>
      </w:tblGrid>
      <w:tr w:rsidR="00D140EC" w14:paraId="6713E2F3" w14:textId="77777777">
        <w:trPr>
          <w:cantSplit/>
          <w:tblHeader/>
          <w:jc w:val="center"/>
        </w:trPr>
        <w:tc>
          <w:tcPr>
            <w:tcW w:w="4608" w:type="dxa"/>
            <w:shd w:val="clear" w:color="auto" w:fill="202333"/>
            <w:tcMar>
              <w:top w:w="80" w:type="dxa"/>
              <w:left w:w="90" w:type="dxa"/>
              <w:bottom w:w="80" w:type="dxa"/>
              <w:right w:w="90" w:type="dxa"/>
            </w:tcMar>
          </w:tcPr>
          <w:p w14:paraId="30F75B7A"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1C7D27A5"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0866B3FF" w14:textId="77777777" w:rsidR="00D140EC" w:rsidRDefault="00000000">
            <w:pPr>
              <w:spacing w:after="0"/>
            </w:pPr>
            <w:r>
              <w:rPr>
                <w:b/>
                <w:color w:val="FFFFFF"/>
                <w:sz w:val="15"/>
              </w:rPr>
              <w:t>Vendor Response</w:t>
            </w:r>
          </w:p>
        </w:tc>
      </w:tr>
      <w:tr w:rsidR="00D140EC" w14:paraId="52FFDD22" w14:textId="77777777">
        <w:trPr>
          <w:cantSplit/>
          <w:jc w:val="center"/>
        </w:trPr>
        <w:tc>
          <w:tcPr>
            <w:tcW w:w="4608" w:type="dxa"/>
            <w:tcMar>
              <w:top w:w="80" w:type="dxa"/>
              <w:left w:w="90" w:type="dxa"/>
              <w:bottom w:w="80" w:type="dxa"/>
              <w:right w:w="90" w:type="dxa"/>
            </w:tcMar>
            <w:vAlign w:val="center"/>
          </w:tcPr>
          <w:p w14:paraId="00F66FA7" w14:textId="77777777" w:rsidR="00D140EC" w:rsidRDefault="00000000">
            <w:pPr>
              <w:spacing w:after="0"/>
            </w:pPr>
            <w:r>
              <w:rPr>
                <w:sz w:val="15"/>
              </w:rPr>
              <w:t>Describe operation during internet loss at each gate or facility.</w:t>
            </w:r>
          </w:p>
        </w:tc>
        <w:tc>
          <w:tcPr>
            <w:tcW w:w="2880" w:type="dxa"/>
            <w:tcMar>
              <w:top w:w="80" w:type="dxa"/>
              <w:left w:w="90" w:type="dxa"/>
              <w:bottom w:w="80" w:type="dxa"/>
              <w:right w:w="90" w:type="dxa"/>
            </w:tcMar>
            <w:vAlign w:val="center"/>
          </w:tcPr>
          <w:p w14:paraId="09261850"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57F62D9" w14:textId="77777777" w:rsidR="00D140EC" w:rsidRDefault="00000000">
            <w:pPr>
              <w:spacing w:after="0"/>
            </w:pPr>
            <w:r>
              <w:rPr>
                <w:sz w:val="15"/>
              </w:rPr>
              <w:t>[VENDOR RESPONSE]</w:t>
            </w:r>
          </w:p>
        </w:tc>
      </w:tr>
      <w:tr w:rsidR="00D140EC" w14:paraId="1F198FF6" w14:textId="77777777">
        <w:trPr>
          <w:cantSplit/>
          <w:jc w:val="center"/>
        </w:trPr>
        <w:tc>
          <w:tcPr>
            <w:tcW w:w="4608" w:type="dxa"/>
            <w:tcMar>
              <w:top w:w="80" w:type="dxa"/>
              <w:left w:w="90" w:type="dxa"/>
              <w:bottom w:w="80" w:type="dxa"/>
              <w:right w:w="90" w:type="dxa"/>
            </w:tcMar>
            <w:vAlign w:val="center"/>
          </w:tcPr>
          <w:p w14:paraId="3CD34FAF" w14:textId="77777777" w:rsidR="00D140EC" w:rsidRDefault="00000000">
            <w:pPr>
              <w:spacing w:after="0"/>
            </w:pPr>
            <w:r>
              <w:rPr>
                <w:sz w:val="15"/>
              </w:rPr>
              <w:t>Describe operation during cloud/service interruption.</w:t>
            </w:r>
          </w:p>
        </w:tc>
        <w:tc>
          <w:tcPr>
            <w:tcW w:w="2880" w:type="dxa"/>
            <w:tcMar>
              <w:top w:w="80" w:type="dxa"/>
              <w:left w:w="90" w:type="dxa"/>
              <w:bottom w:w="80" w:type="dxa"/>
              <w:right w:w="90" w:type="dxa"/>
            </w:tcMar>
            <w:vAlign w:val="center"/>
          </w:tcPr>
          <w:p w14:paraId="11A4C525"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92BC460" w14:textId="77777777" w:rsidR="00D140EC" w:rsidRDefault="00000000">
            <w:pPr>
              <w:spacing w:after="0"/>
            </w:pPr>
            <w:r>
              <w:rPr>
                <w:sz w:val="15"/>
              </w:rPr>
              <w:t>[VENDOR RESPONSE]</w:t>
            </w:r>
          </w:p>
        </w:tc>
      </w:tr>
      <w:tr w:rsidR="00D140EC" w14:paraId="26D1C5F9" w14:textId="77777777">
        <w:trPr>
          <w:cantSplit/>
          <w:jc w:val="center"/>
        </w:trPr>
        <w:tc>
          <w:tcPr>
            <w:tcW w:w="4608" w:type="dxa"/>
            <w:tcMar>
              <w:top w:w="80" w:type="dxa"/>
              <w:left w:w="90" w:type="dxa"/>
              <w:bottom w:w="80" w:type="dxa"/>
              <w:right w:w="90" w:type="dxa"/>
            </w:tcMar>
            <w:vAlign w:val="center"/>
          </w:tcPr>
          <w:p w14:paraId="32B49839" w14:textId="77777777" w:rsidR="00D140EC" w:rsidRDefault="00000000">
            <w:pPr>
              <w:spacing w:after="0"/>
            </w:pPr>
            <w:r>
              <w:rPr>
                <w:sz w:val="15"/>
              </w:rPr>
              <w:t>Describe local caching / controller behavior and synchronization after recovery.</w:t>
            </w:r>
          </w:p>
        </w:tc>
        <w:tc>
          <w:tcPr>
            <w:tcW w:w="2880" w:type="dxa"/>
            <w:tcMar>
              <w:top w:w="80" w:type="dxa"/>
              <w:left w:w="90" w:type="dxa"/>
              <w:bottom w:w="80" w:type="dxa"/>
              <w:right w:w="90" w:type="dxa"/>
            </w:tcMar>
            <w:vAlign w:val="center"/>
          </w:tcPr>
          <w:p w14:paraId="5540A3F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BDF0BBB" w14:textId="77777777" w:rsidR="00D140EC" w:rsidRDefault="00000000">
            <w:pPr>
              <w:spacing w:after="0"/>
            </w:pPr>
            <w:r>
              <w:rPr>
                <w:sz w:val="15"/>
              </w:rPr>
              <w:t>[VENDOR RESPONSE]</w:t>
            </w:r>
          </w:p>
        </w:tc>
      </w:tr>
      <w:tr w:rsidR="00D140EC" w14:paraId="7C166135" w14:textId="77777777">
        <w:trPr>
          <w:cantSplit/>
          <w:jc w:val="center"/>
        </w:trPr>
        <w:tc>
          <w:tcPr>
            <w:tcW w:w="4608" w:type="dxa"/>
            <w:tcMar>
              <w:top w:w="80" w:type="dxa"/>
              <w:left w:w="90" w:type="dxa"/>
              <w:bottom w:w="80" w:type="dxa"/>
              <w:right w:w="90" w:type="dxa"/>
            </w:tcMar>
            <w:vAlign w:val="center"/>
          </w:tcPr>
          <w:p w14:paraId="58A4AE68" w14:textId="77777777" w:rsidR="00D140EC" w:rsidRDefault="00000000">
            <w:pPr>
              <w:spacing w:after="0"/>
            </w:pPr>
            <w:r>
              <w:rPr>
                <w:sz w:val="15"/>
              </w:rPr>
              <w:t>Describe cellular or secondary-connectivity options.</w:t>
            </w:r>
          </w:p>
        </w:tc>
        <w:tc>
          <w:tcPr>
            <w:tcW w:w="2880" w:type="dxa"/>
            <w:tcMar>
              <w:top w:w="80" w:type="dxa"/>
              <w:left w:w="90" w:type="dxa"/>
              <w:bottom w:w="80" w:type="dxa"/>
              <w:right w:w="90" w:type="dxa"/>
            </w:tcMar>
            <w:vAlign w:val="center"/>
          </w:tcPr>
          <w:p w14:paraId="40C3BA8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FD7925A" w14:textId="77777777" w:rsidR="00D140EC" w:rsidRDefault="00000000">
            <w:pPr>
              <w:spacing w:after="0"/>
            </w:pPr>
            <w:r>
              <w:rPr>
                <w:sz w:val="15"/>
              </w:rPr>
              <w:t>[VENDOR RESPONSE]</w:t>
            </w:r>
          </w:p>
        </w:tc>
      </w:tr>
      <w:tr w:rsidR="00D140EC" w14:paraId="46FE4539" w14:textId="77777777">
        <w:trPr>
          <w:cantSplit/>
          <w:jc w:val="center"/>
        </w:trPr>
        <w:tc>
          <w:tcPr>
            <w:tcW w:w="4608" w:type="dxa"/>
            <w:tcMar>
              <w:top w:w="80" w:type="dxa"/>
              <w:left w:w="90" w:type="dxa"/>
              <w:bottom w:w="80" w:type="dxa"/>
              <w:right w:w="90" w:type="dxa"/>
            </w:tcMar>
            <w:vAlign w:val="center"/>
          </w:tcPr>
          <w:p w14:paraId="019C1848" w14:textId="77777777" w:rsidR="00D140EC" w:rsidRDefault="00000000">
            <w:pPr>
              <w:spacing w:after="0"/>
            </w:pPr>
            <w:r>
              <w:rPr>
                <w:sz w:val="15"/>
              </w:rPr>
              <w:t>Describe manual fallback procedures for attendants and management.</w:t>
            </w:r>
          </w:p>
        </w:tc>
        <w:tc>
          <w:tcPr>
            <w:tcW w:w="2880" w:type="dxa"/>
            <w:tcMar>
              <w:top w:w="80" w:type="dxa"/>
              <w:left w:w="90" w:type="dxa"/>
              <w:bottom w:w="80" w:type="dxa"/>
              <w:right w:w="90" w:type="dxa"/>
            </w:tcMar>
            <w:vAlign w:val="center"/>
          </w:tcPr>
          <w:p w14:paraId="5C5C368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8A4D7F9" w14:textId="77777777" w:rsidR="00D140EC" w:rsidRDefault="00000000">
            <w:pPr>
              <w:spacing w:after="0"/>
            </w:pPr>
            <w:r>
              <w:rPr>
                <w:sz w:val="15"/>
              </w:rPr>
              <w:t>[VENDOR RESPONSE]</w:t>
            </w:r>
          </w:p>
        </w:tc>
      </w:tr>
      <w:tr w:rsidR="00D140EC" w14:paraId="4CAB9E60" w14:textId="77777777">
        <w:trPr>
          <w:cantSplit/>
          <w:jc w:val="center"/>
        </w:trPr>
        <w:tc>
          <w:tcPr>
            <w:tcW w:w="4608" w:type="dxa"/>
            <w:tcMar>
              <w:top w:w="80" w:type="dxa"/>
              <w:left w:w="90" w:type="dxa"/>
              <w:bottom w:w="80" w:type="dxa"/>
              <w:right w:w="90" w:type="dxa"/>
            </w:tcMar>
            <w:vAlign w:val="center"/>
          </w:tcPr>
          <w:p w14:paraId="23B2666A" w14:textId="77777777" w:rsidR="00D140EC" w:rsidRDefault="00000000">
            <w:pPr>
              <w:spacing w:after="0"/>
            </w:pPr>
            <w:r>
              <w:rPr>
                <w:sz w:val="15"/>
              </w:rPr>
              <w:t>Describe backup, recovery and disaster-recovery objectives.</w:t>
            </w:r>
          </w:p>
        </w:tc>
        <w:tc>
          <w:tcPr>
            <w:tcW w:w="2880" w:type="dxa"/>
            <w:tcMar>
              <w:top w:w="80" w:type="dxa"/>
              <w:left w:w="90" w:type="dxa"/>
              <w:bottom w:w="80" w:type="dxa"/>
              <w:right w:w="90" w:type="dxa"/>
            </w:tcMar>
            <w:vAlign w:val="center"/>
          </w:tcPr>
          <w:p w14:paraId="0E0FA7A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99FA5E3" w14:textId="77777777" w:rsidR="00D140EC" w:rsidRDefault="00000000">
            <w:pPr>
              <w:spacing w:after="0"/>
            </w:pPr>
            <w:r>
              <w:rPr>
                <w:sz w:val="15"/>
              </w:rPr>
              <w:t>[VENDOR RESPONSE]</w:t>
            </w:r>
          </w:p>
        </w:tc>
      </w:tr>
      <w:tr w:rsidR="00D140EC" w14:paraId="517B936C" w14:textId="77777777">
        <w:trPr>
          <w:cantSplit/>
          <w:jc w:val="center"/>
        </w:trPr>
        <w:tc>
          <w:tcPr>
            <w:tcW w:w="4608" w:type="dxa"/>
            <w:tcMar>
              <w:top w:w="80" w:type="dxa"/>
              <w:left w:w="90" w:type="dxa"/>
              <w:bottom w:w="80" w:type="dxa"/>
              <w:right w:w="90" w:type="dxa"/>
            </w:tcMar>
            <w:vAlign w:val="center"/>
          </w:tcPr>
          <w:p w14:paraId="6EE7A974" w14:textId="77777777" w:rsidR="00D140EC" w:rsidRDefault="00000000">
            <w:pPr>
              <w:spacing w:after="0"/>
            </w:pPr>
            <w:r>
              <w:rPr>
                <w:sz w:val="15"/>
              </w:rPr>
              <w:t>Identify any functions unavailable during an outage.</w:t>
            </w:r>
          </w:p>
        </w:tc>
        <w:tc>
          <w:tcPr>
            <w:tcW w:w="2880" w:type="dxa"/>
            <w:tcMar>
              <w:top w:w="80" w:type="dxa"/>
              <w:left w:w="90" w:type="dxa"/>
              <w:bottom w:w="80" w:type="dxa"/>
              <w:right w:w="90" w:type="dxa"/>
            </w:tcMar>
            <w:vAlign w:val="center"/>
          </w:tcPr>
          <w:p w14:paraId="485CCC83"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B1EA3B8" w14:textId="77777777" w:rsidR="00D140EC" w:rsidRDefault="00000000">
            <w:pPr>
              <w:spacing w:after="0"/>
            </w:pPr>
            <w:r>
              <w:rPr>
                <w:sz w:val="15"/>
              </w:rPr>
              <w:t>[VENDOR RESPONSE]</w:t>
            </w:r>
          </w:p>
        </w:tc>
      </w:tr>
    </w:tbl>
    <w:p w14:paraId="0CD37E50" w14:textId="77777777" w:rsidR="00D140EC" w:rsidRDefault="00D140EC">
      <w:pPr>
        <w:spacing w:after="20"/>
      </w:pPr>
    </w:p>
    <w:p w14:paraId="28A18201" w14:textId="77777777" w:rsidR="00D140EC" w:rsidRDefault="00000000">
      <w:r>
        <w:lastRenderedPageBreak/>
        <w:br w:type="page"/>
      </w:r>
    </w:p>
    <w:p w14:paraId="57052A04" w14:textId="77777777" w:rsidR="00D140EC" w:rsidRDefault="00000000">
      <w:pPr>
        <w:pStyle w:val="Heading1"/>
      </w:pPr>
      <w:r>
        <w:lastRenderedPageBreak/>
        <w:t>21. Cybersecurity, Data and Privacy</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37"/>
        <w:gridCol w:w="2592"/>
        <w:gridCol w:w="3485"/>
      </w:tblGrid>
      <w:tr w:rsidR="00D140EC" w14:paraId="6ED0E751" w14:textId="77777777">
        <w:trPr>
          <w:cantSplit/>
          <w:tblHeader/>
          <w:jc w:val="center"/>
        </w:trPr>
        <w:tc>
          <w:tcPr>
            <w:tcW w:w="4608" w:type="dxa"/>
            <w:shd w:val="clear" w:color="auto" w:fill="202333"/>
            <w:tcMar>
              <w:top w:w="80" w:type="dxa"/>
              <w:left w:w="90" w:type="dxa"/>
              <w:bottom w:w="80" w:type="dxa"/>
              <w:right w:w="90" w:type="dxa"/>
            </w:tcMar>
          </w:tcPr>
          <w:p w14:paraId="7C29CA7E"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6A4A4B51"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3F3852E5" w14:textId="77777777" w:rsidR="00D140EC" w:rsidRDefault="00000000">
            <w:pPr>
              <w:spacing w:after="0"/>
            </w:pPr>
            <w:r>
              <w:rPr>
                <w:b/>
                <w:color w:val="FFFFFF"/>
                <w:sz w:val="15"/>
              </w:rPr>
              <w:t>Vendor Response</w:t>
            </w:r>
          </w:p>
        </w:tc>
      </w:tr>
      <w:tr w:rsidR="00D140EC" w14:paraId="41CF0798" w14:textId="77777777">
        <w:trPr>
          <w:cantSplit/>
          <w:jc w:val="center"/>
        </w:trPr>
        <w:tc>
          <w:tcPr>
            <w:tcW w:w="4608" w:type="dxa"/>
            <w:tcMar>
              <w:top w:w="80" w:type="dxa"/>
              <w:left w:w="90" w:type="dxa"/>
              <w:bottom w:w="80" w:type="dxa"/>
              <w:right w:w="90" w:type="dxa"/>
            </w:tcMar>
            <w:vAlign w:val="center"/>
          </w:tcPr>
          <w:p w14:paraId="5F46FD3E" w14:textId="77777777" w:rsidR="00D140EC" w:rsidRDefault="00000000">
            <w:pPr>
              <w:spacing w:after="0"/>
            </w:pPr>
            <w:r>
              <w:rPr>
                <w:sz w:val="15"/>
              </w:rPr>
              <w:t>Describe hosting model and major cloud/service dependencies.</w:t>
            </w:r>
          </w:p>
        </w:tc>
        <w:tc>
          <w:tcPr>
            <w:tcW w:w="2880" w:type="dxa"/>
            <w:tcMar>
              <w:top w:w="80" w:type="dxa"/>
              <w:left w:w="90" w:type="dxa"/>
              <w:bottom w:w="80" w:type="dxa"/>
              <w:right w:w="90" w:type="dxa"/>
            </w:tcMar>
            <w:vAlign w:val="center"/>
          </w:tcPr>
          <w:p w14:paraId="416E263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9BDCF86" w14:textId="77777777" w:rsidR="00D140EC" w:rsidRDefault="00000000">
            <w:pPr>
              <w:spacing w:after="0"/>
            </w:pPr>
            <w:r>
              <w:rPr>
                <w:sz w:val="15"/>
              </w:rPr>
              <w:t>[VENDOR RESPONSE]</w:t>
            </w:r>
          </w:p>
        </w:tc>
      </w:tr>
      <w:tr w:rsidR="00D140EC" w14:paraId="26A819C2" w14:textId="77777777">
        <w:trPr>
          <w:cantSplit/>
          <w:jc w:val="center"/>
        </w:trPr>
        <w:tc>
          <w:tcPr>
            <w:tcW w:w="4608" w:type="dxa"/>
            <w:tcMar>
              <w:top w:w="80" w:type="dxa"/>
              <w:left w:w="90" w:type="dxa"/>
              <w:bottom w:w="80" w:type="dxa"/>
              <w:right w:w="90" w:type="dxa"/>
            </w:tcMar>
            <w:vAlign w:val="center"/>
          </w:tcPr>
          <w:p w14:paraId="3E6329BC" w14:textId="77777777" w:rsidR="00D140EC" w:rsidRDefault="00000000">
            <w:pPr>
              <w:spacing w:after="0"/>
            </w:pPr>
            <w:r>
              <w:rPr>
                <w:sz w:val="15"/>
              </w:rPr>
              <w:t>Describe encryption of sensitive data in transit and at rest.</w:t>
            </w:r>
          </w:p>
        </w:tc>
        <w:tc>
          <w:tcPr>
            <w:tcW w:w="2880" w:type="dxa"/>
            <w:tcMar>
              <w:top w:w="80" w:type="dxa"/>
              <w:left w:w="90" w:type="dxa"/>
              <w:bottom w:w="80" w:type="dxa"/>
              <w:right w:w="90" w:type="dxa"/>
            </w:tcMar>
            <w:vAlign w:val="center"/>
          </w:tcPr>
          <w:p w14:paraId="7D44F120"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8E3650A" w14:textId="77777777" w:rsidR="00D140EC" w:rsidRDefault="00000000">
            <w:pPr>
              <w:spacing w:after="0"/>
            </w:pPr>
            <w:r>
              <w:rPr>
                <w:sz w:val="15"/>
              </w:rPr>
              <w:t>[VENDOR RESPONSE]</w:t>
            </w:r>
          </w:p>
        </w:tc>
      </w:tr>
      <w:tr w:rsidR="00D140EC" w14:paraId="778729C1" w14:textId="77777777">
        <w:trPr>
          <w:cantSplit/>
          <w:jc w:val="center"/>
        </w:trPr>
        <w:tc>
          <w:tcPr>
            <w:tcW w:w="4608" w:type="dxa"/>
            <w:tcMar>
              <w:top w:w="80" w:type="dxa"/>
              <w:left w:w="90" w:type="dxa"/>
              <w:bottom w:w="80" w:type="dxa"/>
              <w:right w:w="90" w:type="dxa"/>
            </w:tcMar>
            <w:vAlign w:val="center"/>
          </w:tcPr>
          <w:p w14:paraId="19F0FB40" w14:textId="77777777" w:rsidR="00D140EC" w:rsidRDefault="00000000">
            <w:pPr>
              <w:spacing w:after="0"/>
            </w:pPr>
            <w:r>
              <w:rPr>
                <w:sz w:val="15"/>
              </w:rPr>
              <w:t>Support role-based access and least-privilege administration.</w:t>
            </w:r>
          </w:p>
        </w:tc>
        <w:tc>
          <w:tcPr>
            <w:tcW w:w="2880" w:type="dxa"/>
            <w:tcMar>
              <w:top w:w="80" w:type="dxa"/>
              <w:left w:w="90" w:type="dxa"/>
              <w:bottom w:w="80" w:type="dxa"/>
              <w:right w:w="90" w:type="dxa"/>
            </w:tcMar>
            <w:vAlign w:val="center"/>
          </w:tcPr>
          <w:p w14:paraId="4CE37C93"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E2EE154" w14:textId="77777777" w:rsidR="00D140EC" w:rsidRDefault="00000000">
            <w:pPr>
              <w:spacing w:after="0"/>
            </w:pPr>
            <w:r>
              <w:rPr>
                <w:sz w:val="15"/>
              </w:rPr>
              <w:t>[VENDOR RESPONSE]</w:t>
            </w:r>
          </w:p>
        </w:tc>
      </w:tr>
      <w:tr w:rsidR="00D140EC" w14:paraId="18346537" w14:textId="77777777">
        <w:trPr>
          <w:cantSplit/>
          <w:jc w:val="center"/>
        </w:trPr>
        <w:tc>
          <w:tcPr>
            <w:tcW w:w="4608" w:type="dxa"/>
            <w:tcMar>
              <w:top w:w="80" w:type="dxa"/>
              <w:left w:w="90" w:type="dxa"/>
              <w:bottom w:w="80" w:type="dxa"/>
              <w:right w:w="90" w:type="dxa"/>
            </w:tcMar>
            <w:vAlign w:val="center"/>
          </w:tcPr>
          <w:p w14:paraId="1759D3F1" w14:textId="77777777" w:rsidR="00D140EC" w:rsidRDefault="00000000">
            <w:pPr>
              <w:spacing w:after="0"/>
            </w:pPr>
            <w:r>
              <w:rPr>
                <w:sz w:val="15"/>
              </w:rPr>
              <w:t>Describe MFA / strong-authentication options for administrators.</w:t>
            </w:r>
          </w:p>
        </w:tc>
        <w:tc>
          <w:tcPr>
            <w:tcW w:w="2880" w:type="dxa"/>
            <w:tcMar>
              <w:top w:w="80" w:type="dxa"/>
              <w:left w:w="90" w:type="dxa"/>
              <w:bottom w:w="80" w:type="dxa"/>
              <w:right w:w="90" w:type="dxa"/>
            </w:tcMar>
            <w:vAlign w:val="center"/>
          </w:tcPr>
          <w:p w14:paraId="6C247DB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EF7EC63" w14:textId="77777777" w:rsidR="00D140EC" w:rsidRDefault="00000000">
            <w:pPr>
              <w:spacing w:after="0"/>
            </w:pPr>
            <w:r>
              <w:rPr>
                <w:sz w:val="15"/>
              </w:rPr>
              <w:t>[VENDOR RESPONSE]</w:t>
            </w:r>
          </w:p>
        </w:tc>
      </w:tr>
      <w:tr w:rsidR="00D140EC" w14:paraId="63F62B67" w14:textId="77777777">
        <w:trPr>
          <w:cantSplit/>
          <w:jc w:val="center"/>
        </w:trPr>
        <w:tc>
          <w:tcPr>
            <w:tcW w:w="4608" w:type="dxa"/>
            <w:tcMar>
              <w:top w:w="80" w:type="dxa"/>
              <w:left w:w="90" w:type="dxa"/>
              <w:bottom w:w="80" w:type="dxa"/>
              <w:right w:w="90" w:type="dxa"/>
            </w:tcMar>
            <w:vAlign w:val="center"/>
          </w:tcPr>
          <w:p w14:paraId="2D1B9AE4" w14:textId="77777777" w:rsidR="00D140EC" w:rsidRDefault="00000000">
            <w:pPr>
              <w:spacing w:after="0"/>
            </w:pPr>
            <w:r>
              <w:rPr>
                <w:sz w:val="15"/>
              </w:rPr>
              <w:t>Provide administrative audit logging.</w:t>
            </w:r>
          </w:p>
        </w:tc>
        <w:tc>
          <w:tcPr>
            <w:tcW w:w="2880" w:type="dxa"/>
            <w:tcMar>
              <w:top w:w="80" w:type="dxa"/>
              <w:left w:w="90" w:type="dxa"/>
              <w:bottom w:w="80" w:type="dxa"/>
              <w:right w:w="90" w:type="dxa"/>
            </w:tcMar>
            <w:vAlign w:val="center"/>
          </w:tcPr>
          <w:p w14:paraId="1711E13E"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3FAB4C8" w14:textId="77777777" w:rsidR="00D140EC" w:rsidRDefault="00000000">
            <w:pPr>
              <w:spacing w:after="0"/>
            </w:pPr>
            <w:r>
              <w:rPr>
                <w:sz w:val="15"/>
              </w:rPr>
              <w:t>[VENDOR RESPONSE]</w:t>
            </w:r>
          </w:p>
        </w:tc>
      </w:tr>
      <w:tr w:rsidR="00D140EC" w14:paraId="6EAA42B7" w14:textId="77777777">
        <w:trPr>
          <w:cantSplit/>
          <w:jc w:val="center"/>
        </w:trPr>
        <w:tc>
          <w:tcPr>
            <w:tcW w:w="4608" w:type="dxa"/>
            <w:tcMar>
              <w:top w:w="80" w:type="dxa"/>
              <w:left w:w="90" w:type="dxa"/>
              <w:bottom w:w="80" w:type="dxa"/>
              <w:right w:w="90" w:type="dxa"/>
            </w:tcMar>
            <w:vAlign w:val="center"/>
          </w:tcPr>
          <w:p w14:paraId="75EC0AF2" w14:textId="77777777" w:rsidR="00D140EC" w:rsidRDefault="00000000">
            <w:pPr>
              <w:spacing w:after="0"/>
            </w:pPr>
            <w:r>
              <w:rPr>
                <w:sz w:val="15"/>
              </w:rPr>
              <w:t>Describe vulnerability management, patching and security incident response.</w:t>
            </w:r>
          </w:p>
        </w:tc>
        <w:tc>
          <w:tcPr>
            <w:tcW w:w="2880" w:type="dxa"/>
            <w:tcMar>
              <w:top w:w="80" w:type="dxa"/>
              <w:left w:w="90" w:type="dxa"/>
              <w:bottom w:w="80" w:type="dxa"/>
              <w:right w:w="90" w:type="dxa"/>
            </w:tcMar>
            <w:vAlign w:val="center"/>
          </w:tcPr>
          <w:p w14:paraId="7B6CE1C4"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B1E2626" w14:textId="77777777" w:rsidR="00D140EC" w:rsidRDefault="00000000">
            <w:pPr>
              <w:spacing w:after="0"/>
            </w:pPr>
            <w:r>
              <w:rPr>
                <w:sz w:val="15"/>
              </w:rPr>
              <w:t>[VENDOR RESPONSE]</w:t>
            </w:r>
          </w:p>
        </w:tc>
      </w:tr>
      <w:tr w:rsidR="00D140EC" w14:paraId="1657727F" w14:textId="77777777">
        <w:trPr>
          <w:cantSplit/>
          <w:jc w:val="center"/>
        </w:trPr>
        <w:tc>
          <w:tcPr>
            <w:tcW w:w="4608" w:type="dxa"/>
            <w:tcMar>
              <w:top w:w="80" w:type="dxa"/>
              <w:left w:w="90" w:type="dxa"/>
              <w:bottom w:w="80" w:type="dxa"/>
              <w:right w:w="90" w:type="dxa"/>
            </w:tcMar>
            <w:vAlign w:val="center"/>
          </w:tcPr>
          <w:p w14:paraId="14CE4831" w14:textId="77777777" w:rsidR="00D140EC" w:rsidRDefault="00000000">
            <w:pPr>
              <w:spacing w:after="0"/>
            </w:pPr>
            <w:r>
              <w:rPr>
                <w:sz w:val="15"/>
              </w:rPr>
              <w:t>Describe backup and recovery practices.</w:t>
            </w:r>
          </w:p>
        </w:tc>
        <w:tc>
          <w:tcPr>
            <w:tcW w:w="2880" w:type="dxa"/>
            <w:tcMar>
              <w:top w:w="80" w:type="dxa"/>
              <w:left w:w="90" w:type="dxa"/>
              <w:bottom w:w="80" w:type="dxa"/>
              <w:right w:w="90" w:type="dxa"/>
            </w:tcMar>
            <w:vAlign w:val="center"/>
          </w:tcPr>
          <w:p w14:paraId="48B42DE2"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35105C7" w14:textId="77777777" w:rsidR="00D140EC" w:rsidRDefault="00000000">
            <w:pPr>
              <w:spacing w:after="0"/>
            </w:pPr>
            <w:r>
              <w:rPr>
                <w:sz w:val="15"/>
              </w:rPr>
              <w:t>[VENDOR RESPONSE]</w:t>
            </w:r>
          </w:p>
        </w:tc>
      </w:tr>
      <w:tr w:rsidR="00D140EC" w14:paraId="4922AF0F" w14:textId="77777777">
        <w:trPr>
          <w:cantSplit/>
          <w:jc w:val="center"/>
        </w:trPr>
        <w:tc>
          <w:tcPr>
            <w:tcW w:w="4608" w:type="dxa"/>
            <w:tcMar>
              <w:top w:w="80" w:type="dxa"/>
              <w:left w:w="90" w:type="dxa"/>
              <w:bottom w:w="80" w:type="dxa"/>
              <w:right w:w="90" w:type="dxa"/>
            </w:tcMar>
            <w:vAlign w:val="center"/>
          </w:tcPr>
          <w:p w14:paraId="33D02564" w14:textId="77777777" w:rsidR="00D140EC" w:rsidRDefault="00000000">
            <w:pPr>
              <w:spacing w:after="0"/>
            </w:pPr>
            <w:r>
              <w:rPr>
                <w:sz w:val="15"/>
              </w:rPr>
              <w:t>Describe data ownership, export and return/deletion at contract termination.</w:t>
            </w:r>
          </w:p>
        </w:tc>
        <w:tc>
          <w:tcPr>
            <w:tcW w:w="2880" w:type="dxa"/>
            <w:tcMar>
              <w:top w:w="80" w:type="dxa"/>
              <w:left w:w="90" w:type="dxa"/>
              <w:bottom w:w="80" w:type="dxa"/>
              <w:right w:w="90" w:type="dxa"/>
            </w:tcMar>
            <w:vAlign w:val="center"/>
          </w:tcPr>
          <w:p w14:paraId="53372A1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656C07A" w14:textId="77777777" w:rsidR="00D140EC" w:rsidRDefault="00000000">
            <w:pPr>
              <w:spacing w:after="0"/>
            </w:pPr>
            <w:r>
              <w:rPr>
                <w:sz w:val="15"/>
              </w:rPr>
              <w:t>[VENDOR RESPONSE]</w:t>
            </w:r>
          </w:p>
        </w:tc>
      </w:tr>
      <w:tr w:rsidR="00D140EC" w14:paraId="67EFAF83" w14:textId="77777777">
        <w:trPr>
          <w:cantSplit/>
          <w:jc w:val="center"/>
        </w:trPr>
        <w:tc>
          <w:tcPr>
            <w:tcW w:w="4608" w:type="dxa"/>
            <w:tcMar>
              <w:top w:w="80" w:type="dxa"/>
              <w:left w:w="90" w:type="dxa"/>
              <w:bottom w:w="80" w:type="dxa"/>
              <w:right w:w="90" w:type="dxa"/>
            </w:tcMar>
            <w:vAlign w:val="center"/>
          </w:tcPr>
          <w:p w14:paraId="52A2A8C4" w14:textId="77777777" w:rsidR="00D140EC" w:rsidRDefault="00000000">
            <w:pPr>
              <w:spacing w:after="0"/>
            </w:pPr>
            <w:r>
              <w:rPr>
                <w:sz w:val="15"/>
              </w:rPr>
              <w:t>Describe data retention controls, particularly for visitor and LPR data.</w:t>
            </w:r>
          </w:p>
        </w:tc>
        <w:tc>
          <w:tcPr>
            <w:tcW w:w="2880" w:type="dxa"/>
            <w:tcMar>
              <w:top w:w="80" w:type="dxa"/>
              <w:left w:w="90" w:type="dxa"/>
              <w:bottom w:w="80" w:type="dxa"/>
              <w:right w:w="90" w:type="dxa"/>
            </w:tcMar>
            <w:vAlign w:val="center"/>
          </w:tcPr>
          <w:p w14:paraId="45314AA2"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F09041E" w14:textId="77777777" w:rsidR="00D140EC" w:rsidRDefault="00000000">
            <w:pPr>
              <w:spacing w:after="0"/>
            </w:pPr>
            <w:r>
              <w:rPr>
                <w:sz w:val="15"/>
              </w:rPr>
              <w:t>[VENDOR RESPONSE]</w:t>
            </w:r>
          </w:p>
        </w:tc>
      </w:tr>
      <w:tr w:rsidR="00D140EC" w14:paraId="0B95460A" w14:textId="77777777">
        <w:trPr>
          <w:cantSplit/>
          <w:jc w:val="center"/>
        </w:trPr>
        <w:tc>
          <w:tcPr>
            <w:tcW w:w="4608" w:type="dxa"/>
            <w:tcMar>
              <w:top w:w="80" w:type="dxa"/>
              <w:left w:w="90" w:type="dxa"/>
              <w:bottom w:w="80" w:type="dxa"/>
              <w:right w:w="90" w:type="dxa"/>
            </w:tcMar>
            <w:vAlign w:val="center"/>
          </w:tcPr>
          <w:p w14:paraId="712D32C4" w14:textId="77777777" w:rsidR="00D140EC" w:rsidRDefault="00000000">
            <w:pPr>
              <w:spacing w:after="0"/>
            </w:pPr>
            <w:r>
              <w:rPr>
                <w:sz w:val="15"/>
              </w:rPr>
              <w:t>Identify subprocessors / third parties materially involved in data processing.</w:t>
            </w:r>
          </w:p>
        </w:tc>
        <w:tc>
          <w:tcPr>
            <w:tcW w:w="2880" w:type="dxa"/>
            <w:tcMar>
              <w:top w:w="80" w:type="dxa"/>
              <w:left w:w="90" w:type="dxa"/>
              <w:bottom w:w="80" w:type="dxa"/>
              <w:right w:w="90" w:type="dxa"/>
            </w:tcMar>
            <w:vAlign w:val="center"/>
          </w:tcPr>
          <w:p w14:paraId="6E0184E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B54B44A" w14:textId="77777777" w:rsidR="00D140EC" w:rsidRDefault="00000000">
            <w:pPr>
              <w:spacing w:after="0"/>
            </w:pPr>
            <w:r>
              <w:rPr>
                <w:sz w:val="15"/>
              </w:rPr>
              <w:t>[VENDOR RESPONSE]</w:t>
            </w:r>
          </w:p>
        </w:tc>
      </w:tr>
      <w:tr w:rsidR="00D140EC" w14:paraId="62D2E447" w14:textId="77777777">
        <w:trPr>
          <w:cantSplit/>
          <w:jc w:val="center"/>
        </w:trPr>
        <w:tc>
          <w:tcPr>
            <w:tcW w:w="4608" w:type="dxa"/>
            <w:tcMar>
              <w:top w:w="80" w:type="dxa"/>
              <w:left w:w="90" w:type="dxa"/>
              <w:bottom w:w="80" w:type="dxa"/>
              <w:right w:w="90" w:type="dxa"/>
            </w:tcMar>
            <w:vAlign w:val="center"/>
          </w:tcPr>
          <w:p w14:paraId="78ACA839" w14:textId="77777777" w:rsidR="00D140EC" w:rsidRDefault="00000000">
            <w:pPr>
              <w:spacing w:after="0"/>
            </w:pPr>
            <w:r>
              <w:rPr>
                <w:sz w:val="15"/>
              </w:rPr>
              <w:t>Describe privacy controls and configurable access to sensitive vehicle / visitor information.</w:t>
            </w:r>
          </w:p>
        </w:tc>
        <w:tc>
          <w:tcPr>
            <w:tcW w:w="2880" w:type="dxa"/>
            <w:tcMar>
              <w:top w:w="80" w:type="dxa"/>
              <w:left w:w="90" w:type="dxa"/>
              <w:bottom w:w="80" w:type="dxa"/>
              <w:right w:w="90" w:type="dxa"/>
            </w:tcMar>
            <w:vAlign w:val="center"/>
          </w:tcPr>
          <w:p w14:paraId="12BE9490"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456038C" w14:textId="77777777" w:rsidR="00D140EC" w:rsidRDefault="00000000">
            <w:pPr>
              <w:spacing w:after="0"/>
            </w:pPr>
            <w:r>
              <w:rPr>
                <w:sz w:val="15"/>
              </w:rPr>
              <w:t>[VENDOR RESPONSE]</w:t>
            </w:r>
          </w:p>
        </w:tc>
      </w:tr>
      <w:tr w:rsidR="00D140EC" w14:paraId="3308774E" w14:textId="77777777">
        <w:trPr>
          <w:cantSplit/>
          <w:jc w:val="center"/>
        </w:trPr>
        <w:tc>
          <w:tcPr>
            <w:tcW w:w="4608" w:type="dxa"/>
            <w:tcMar>
              <w:top w:w="80" w:type="dxa"/>
              <w:left w:w="90" w:type="dxa"/>
              <w:bottom w:w="80" w:type="dxa"/>
              <w:right w:w="90" w:type="dxa"/>
            </w:tcMar>
            <w:vAlign w:val="center"/>
          </w:tcPr>
          <w:p w14:paraId="4F8C7080" w14:textId="77777777" w:rsidR="00D140EC" w:rsidRDefault="00000000">
            <w:pPr>
              <w:spacing w:after="0"/>
            </w:pPr>
            <w:r>
              <w:rPr>
                <w:sz w:val="15"/>
              </w:rPr>
              <w:t>Provide relevant independent security attestations or assessments, if available; state if none.</w:t>
            </w:r>
          </w:p>
        </w:tc>
        <w:tc>
          <w:tcPr>
            <w:tcW w:w="2880" w:type="dxa"/>
            <w:tcMar>
              <w:top w:w="80" w:type="dxa"/>
              <w:left w:w="90" w:type="dxa"/>
              <w:bottom w:w="80" w:type="dxa"/>
              <w:right w:w="90" w:type="dxa"/>
            </w:tcMar>
            <w:vAlign w:val="center"/>
          </w:tcPr>
          <w:p w14:paraId="59C4D03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E75AA05" w14:textId="77777777" w:rsidR="00D140EC" w:rsidRDefault="00000000">
            <w:pPr>
              <w:spacing w:after="0"/>
            </w:pPr>
            <w:r>
              <w:rPr>
                <w:sz w:val="15"/>
              </w:rPr>
              <w:t>[VENDOR RESPONSE]</w:t>
            </w:r>
          </w:p>
        </w:tc>
      </w:tr>
    </w:tbl>
    <w:p w14:paraId="66D5BDFB" w14:textId="77777777" w:rsidR="00D140EC" w:rsidRDefault="00D140EC">
      <w:pPr>
        <w:spacing w:after="20"/>
      </w:pPr>
    </w:p>
    <w:p w14:paraId="30E62D70" w14:textId="77777777" w:rsidR="00D140EC" w:rsidRDefault="00000000">
      <w:pPr>
        <w:pStyle w:val="SmallNote"/>
      </w:pPr>
      <w:r>
        <w:t>Note: Communities should align final privacy, retention and legal requirements with applicable law, governing documents and counsel. This template is not legal advice.</w:t>
      </w:r>
    </w:p>
    <w:p w14:paraId="0969E0B5" w14:textId="77777777" w:rsidR="00D140EC" w:rsidRDefault="00000000">
      <w:pPr>
        <w:pStyle w:val="Heading1"/>
      </w:pPr>
      <w:r>
        <w:t>22. Hardware / Infrastructure Requirements</w:t>
      </w:r>
    </w:p>
    <w:p w14:paraId="3DDE2A04" w14:textId="77777777" w:rsidR="00D140EC" w:rsidRDefault="00000000">
      <w:r>
        <w:t>Respondents should identify what can be reused, what should be replaced, and what must be verified during the site walk.</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2507"/>
        <w:gridCol w:w="1730"/>
        <w:gridCol w:w="3631"/>
        <w:gridCol w:w="2346"/>
      </w:tblGrid>
      <w:tr w:rsidR="00D140EC" w14:paraId="55A89122" w14:textId="77777777">
        <w:trPr>
          <w:cantSplit/>
          <w:tblHeader/>
          <w:jc w:val="center"/>
        </w:trPr>
        <w:tc>
          <w:tcPr>
            <w:tcW w:w="2736" w:type="dxa"/>
            <w:shd w:val="clear" w:color="auto" w:fill="202333"/>
            <w:tcMar>
              <w:top w:w="80" w:type="dxa"/>
              <w:left w:w="90" w:type="dxa"/>
              <w:bottom w:w="80" w:type="dxa"/>
              <w:right w:w="90" w:type="dxa"/>
            </w:tcMar>
          </w:tcPr>
          <w:p w14:paraId="0EFEA004" w14:textId="77777777" w:rsidR="00D140EC" w:rsidRDefault="00000000">
            <w:pPr>
              <w:spacing w:after="0"/>
            </w:pPr>
            <w:r>
              <w:rPr>
                <w:b/>
                <w:color w:val="FFFFFF"/>
                <w:sz w:val="14"/>
              </w:rPr>
              <w:t>Component</w:t>
            </w:r>
          </w:p>
        </w:tc>
        <w:tc>
          <w:tcPr>
            <w:tcW w:w="1872" w:type="dxa"/>
            <w:shd w:val="clear" w:color="auto" w:fill="202333"/>
            <w:tcMar>
              <w:top w:w="80" w:type="dxa"/>
              <w:left w:w="90" w:type="dxa"/>
              <w:bottom w:w="80" w:type="dxa"/>
              <w:right w:w="90" w:type="dxa"/>
            </w:tcMar>
          </w:tcPr>
          <w:p w14:paraId="594D74A5" w14:textId="77777777" w:rsidR="00D140EC" w:rsidRDefault="00000000">
            <w:pPr>
              <w:spacing w:after="0"/>
            </w:pPr>
            <w:r>
              <w:rPr>
                <w:b/>
                <w:color w:val="FFFFFF"/>
                <w:sz w:val="14"/>
              </w:rPr>
              <w:t>Reuse Existing?</w:t>
            </w:r>
          </w:p>
        </w:tc>
        <w:tc>
          <w:tcPr>
            <w:tcW w:w="4032" w:type="dxa"/>
            <w:shd w:val="clear" w:color="auto" w:fill="202333"/>
            <w:tcMar>
              <w:top w:w="80" w:type="dxa"/>
              <w:left w:w="90" w:type="dxa"/>
              <w:bottom w:w="80" w:type="dxa"/>
              <w:right w:w="90" w:type="dxa"/>
            </w:tcMar>
          </w:tcPr>
          <w:p w14:paraId="0B80CAD1" w14:textId="77777777" w:rsidR="00D140EC" w:rsidRDefault="00000000">
            <w:pPr>
              <w:spacing w:after="0"/>
            </w:pPr>
            <w:r>
              <w:rPr>
                <w:b/>
                <w:color w:val="FFFFFF"/>
                <w:sz w:val="14"/>
              </w:rPr>
              <w:t>Proposed Change / New Equipment</w:t>
            </w:r>
          </w:p>
        </w:tc>
        <w:tc>
          <w:tcPr>
            <w:tcW w:w="2592" w:type="dxa"/>
            <w:shd w:val="clear" w:color="auto" w:fill="202333"/>
            <w:tcMar>
              <w:top w:w="80" w:type="dxa"/>
              <w:left w:w="90" w:type="dxa"/>
              <w:bottom w:w="80" w:type="dxa"/>
              <w:right w:w="90" w:type="dxa"/>
            </w:tcMar>
          </w:tcPr>
          <w:p w14:paraId="66F1647A" w14:textId="77777777" w:rsidR="00D140EC" w:rsidRDefault="00000000">
            <w:pPr>
              <w:spacing w:after="0"/>
            </w:pPr>
            <w:r>
              <w:rPr>
                <w:b/>
                <w:color w:val="FFFFFF"/>
                <w:sz w:val="14"/>
              </w:rPr>
              <w:t>Reason</w:t>
            </w:r>
          </w:p>
        </w:tc>
      </w:tr>
      <w:tr w:rsidR="00D140EC" w14:paraId="69C38B47" w14:textId="77777777">
        <w:trPr>
          <w:cantSplit/>
          <w:jc w:val="center"/>
        </w:trPr>
        <w:tc>
          <w:tcPr>
            <w:tcW w:w="2736" w:type="dxa"/>
            <w:tcMar>
              <w:top w:w="80" w:type="dxa"/>
              <w:left w:w="90" w:type="dxa"/>
              <w:bottom w:w="80" w:type="dxa"/>
              <w:right w:w="90" w:type="dxa"/>
            </w:tcMar>
            <w:vAlign w:val="center"/>
          </w:tcPr>
          <w:p w14:paraId="3ED4A602" w14:textId="77777777" w:rsidR="00D140EC" w:rsidRDefault="00000000">
            <w:pPr>
              <w:spacing w:after="0"/>
            </w:pPr>
            <w:r>
              <w:rPr>
                <w:sz w:val="14"/>
              </w:rPr>
              <w:t>Gate operator / relay interface</w:t>
            </w:r>
          </w:p>
        </w:tc>
        <w:tc>
          <w:tcPr>
            <w:tcW w:w="1872" w:type="dxa"/>
            <w:tcMar>
              <w:top w:w="80" w:type="dxa"/>
              <w:left w:w="90" w:type="dxa"/>
              <w:bottom w:w="80" w:type="dxa"/>
              <w:right w:w="90" w:type="dxa"/>
            </w:tcMar>
            <w:vAlign w:val="center"/>
          </w:tcPr>
          <w:p w14:paraId="7EF180B3"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11E35B66" w14:textId="77777777" w:rsidR="00D140EC" w:rsidRDefault="00000000">
            <w:pPr>
              <w:spacing w:after="0"/>
            </w:pPr>
            <w:r>
              <w:rPr>
                <w:sz w:val="14"/>
              </w:rPr>
              <w:t>[ ]</w:t>
            </w:r>
          </w:p>
        </w:tc>
        <w:tc>
          <w:tcPr>
            <w:tcW w:w="2592" w:type="dxa"/>
            <w:tcMar>
              <w:top w:w="80" w:type="dxa"/>
              <w:left w:w="90" w:type="dxa"/>
              <w:bottom w:w="80" w:type="dxa"/>
              <w:right w:w="90" w:type="dxa"/>
            </w:tcMar>
            <w:vAlign w:val="center"/>
          </w:tcPr>
          <w:p w14:paraId="5A362202" w14:textId="77777777" w:rsidR="00D140EC" w:rsidRDefault="00000000">
            <w:pPr>
              <w:spacing w:after="0"/>
            </w:pPr>
            <w:r>
              <w:rPr>
                <w:sz w:val="14"/>
              </w:rPr>
              <w:t>[ ]</w:t>
            </w:r>
          </w:p>
        </w:tc>
      </w:tr>
      <w:tr w:rsidR="00D140EC" w14:paraId="7E71D6DC" w14:textId="77777777">
        <w:trPr>
          <w:cantSplit/>
          <w:jc w:val="center"/>
        </w:trPr>
        <w:tc>
          <w:tcPr>
            <w:tcW w:w="2736" w:type="dxa"/>
            <w:tcMar>
              <w:top w:w="80" w:type="dxa"/>
              <w:left w:w="90" w:type="dxa"/>
              <w:bottom w:w="80" w:type="dxa"/>
              <w:right w:w="90" w:type="dxa"/>
            </w:tcMar>
            <w:vAlign w:val="center"/>
          </w:tcPr>
          <w:p w14:paraId="0DC319DB" w14:textId="77777777" w:rsidR="00D140EC" w:rsidRDefault="00000000">
            <w:pPr>
              <w:spacing w:after="0"/>
            </w:pPr>
            <w:r>
              <w:rPr>
                <w:sz w:val="14"/>
              </w:rPr>
              <w:t>Access controller</w:t>
            </w:r>
          </w:p>
        </w:tc>
        <w:tc>
          <w:tcPr>
            <w:tcW w:w="1872" w:type="dxa"/>
            <w:tcMar>
              <w:top w:w="80" w:type="dxa"/>
              <w:left w:w="90" w:type="dxa"/>
              <w:bottom w:w="80" w:type="dxa"/>
              <w:right w:w="90" w:type="dxa"/>
            </w:tcMar>
            <w:vAlign w:val="center"/>
          </w:tcPr>
          <w:p w14:paraId="10C3B217"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3E93D36E" w14:textId="77777777" w:rsidR="00D140EC" w:rsidRDefault="00000000">
            <w:pPr>
              <w:spacing w:after="0"/>
            </w:pPr>
            <w:r>
              <w:rPr>
                <w:sz w:val="14"/>
              </w:rPr>
              <w:t>[ ]</w:t>
            </w:r>
          </w:p>
        </w:tc>
        <w:tc>
          <w:tcPr>
            <w:tcW w:w="2592" w:type="dxa"/>
            <w:tcMar>
              <w:top w:w="80" w:type="dxa"/>
              <w:left w:w="90" w:type="dxa"/>
              <w:bottom w:w="80" w:type="dxa"/>
              <w:right w:w="90" w:type="dxa"/>
            </w:tcMar>
            <w:vAlign w:val="center"/>
          </w:tcPr>
          <w:p w14:paraId="4822E9D8" w14:textId="77777777" w:rsidR="00D140EC" w:rsidRDefault="00000000">
            <w:pPr>
              <w:spacing w:after="0"/>
            </w:pPr>
            <w:r>
              <w:rPr>
                <w:sz w:val="14"/>
              </w:rPr>
              <w:t>[ ]</w:t>
            </w:r>
          </w:p>
        </w:tc>
      </w:tr>
      <w:tr w:rsidR="00D140EC" w14:paraId="21E9CB15" w14:textId="77777777">
        <w:trPr>
          <w:cantSplit/>
          <w:jc w:val="center"/>
        </w:trPr>
        <w:tc>
          <w:tcPr>
            <w:tcW w:w="2736" w:type="dxa"/>
            <w:tcMar>
              <w:top w:w="80" w:type="dxa"/>
              <w:left w:w="90" w:type="dxa"/>
              <w:bottom w:w="80" w:type="dxa"/>
              <w:right w:w="90" w:type="dxa"/>
            </w:tcMar>
            <w:vAlign w:val="center"/>
          </w:tcPr>
          <w:p w14:paraId="704CBC7E" w14:textId="77777777" w:rsidR="00D140EC" w:rsidRDefault="00000000">
            <w:pPr>
              <w:spacing w:after="0"/>
            </w:pPr>
            <w:r>
              <w:rPr>
                <w:sz w:val="14"/>
              </w:rPr>
              <w:t>Readers</w:t>
            </w:r>
          </w:p>
        </w:tc>
        <w:tc>
          <w:tcPr>
            <w:tcW w:w="1872" w:type="dxa"/>
            <w:tcMar>
              <w:top w:w="80" w:type="dxa"/>
              <w:left w:w="90" w:type="dxa"/>
              <w:bottom w:w="80" w:type="dxa"/>
              <w:right w:w="90" w:type="dxa"/>
            </w:tcMar>
            <w:vAlign w:val="center"/>
          </w:tcPr>
          <w:p w14:paraId="4AE8104E"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43C654C8" w14:textId="77777777" w:rsidR="00D140EC" w:rsidRDefault="00000000">
            <w:pPr>
              <w:spacing w:after="0"/>
            </w:pPr>
            <w:r>
              <w:rPr>
                <w:sz w:val="14"/>
              </w:rPr>
              <w:t>[ ]</w:t>
            </w:r>
          </w:p>
        </w:tc>
        <w:tc>
          <w:tcPr>
            <w:tcW w:w="2592" w:type="dxa"/>
            <w:tcMar>
              <w:top w:w="80" w:type="dxa"/>
              <w:left w:w="90" w:type="dxa"/>
              <w:bottom w:w="80" w:type="dxa"/>
              <w:right w:w="90" w:type="dxa"/>
            </w:tcMar>
            <w:vAlign w:val="center"/>
          </w:tcPr>
          <w:p w14:paraId="2AAF4B55" w14:textId="77777777" w:rsidR="00D140EC" w:rsidRDefault="00000000">
            <w:pPr>
              <w:spacing w:after="0"/>
            </w:pPr>
            <w:r>
              <w:rPr>
                <w:sz w:val="14"/>
              </w:rPr>
              <w:t>[ ]</w:t>
            </w:r>
          </w:p>
        </w:tc>
      </w:tr>
      <w:tr w:rsidR="00D140EC" w14:paraId="4E269360" w14:textId="77777777">
        <w:trPr>
          <w:cantSplit/>
          <w:jc w:val="center"/>
        </w:trPr>
        <w:tc>
          <w:tcPr>
            <w:tcW w:w="2736" w:type="dxa"/>
            <w:tcMar>
              <w:top w:w="80" w:type="dxa"/>
              <w:left w:w="90" w:type="dxa"/>
              <w:bottom w:w="80" w:type="dxa"/>
              <w:right w:w="90" w:type="dxa"/>
            </w:tcMar>
            <w:vAlign w:val="center"/>
          </w:tcPr>
          <w:p w14:paraId="212097E2" w14:textId="77777777" w:rsidR="00D140EC" w:rsidRDefault="00000000">
            <w:pPr>
              <w:spacing w:after="0"/>
            </w:pPr>
            <w:r>
              <w:rPr>
                <w:sz w:val="14"/>
              </w:rPr>
              <w:t>LPR cameras</w:t>
            </w:r>
          </w:p>
        </w:tc>
        <w:tc>
          <w:tcPr>
            <w:tcW w:w="1872" w:type="dxa"/>
            <w:tcMar>
              <w:top w:w="80" w:type="dxa"/>
              <w:left w:w="90" w:type="dxa"/>
              <w:bottom w:w="80" w:type="dxa"/>
              <w:right w:w="90" w:type="dxa"/>
            </w:tcMar>
            <w:vAlign w:val="center"/>
          </w:tcPr>
          <w:p w14:paraId="7A6F75DD"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2109AB67" w14:textId="77777777" w:rsidR="00D140EC" w:rsidRDefault="00000000">
            <w:pPr>
              <w:spacing w:after="0"/>
            </w:pPr>
            <w:r>
              <w:rPr>
                <w:sz w:val="14"/>
              </w:rPr>
              <w:t>[ ]</w:t>
            </w:r>
          </w:p>
        </w:tc>
        <w:tc>
          <w:tcPr>
            <w:tcW w:w="2592" w:type="dxa"/>
            <w:tcMar>
              <w:top w:w="80" w:type="dxa"/>
              <w:left w:w="90" w:type="dxa"/>
              <w:bottom w:w="80" w:type="dxa"/>
              <w:right w:w="90" w:type="dxa"/>
            </w:tcMar>
            <w:vAlign w:val="center"/>
          </w:tcPr>
          <w:p w14:paraId="0B015BAC" w14:textId="77777777" w:rsidR="00D140EC" w:rsidRDefault="00000000">
            <w:pPr>
              <w:spacing w:after="0"/>
            </w:pPr>
            <w:r>
              <w:rPr>
                <w:sz w:val="14"/>
              </w:rPr>
              <w:t>[ ]</w:t>
            </w:r>
          </w:p>
        </w:tc>
      </w:tr>
      <w:tr w:rsidR="00D140EC" w14:paraId="6057D3BE" w14:textId="77777777">
        <w:trPr>
          <w:cantSplit/>
          <w:jc w:val="center"/>
        </w:trPr>
        <w:tc>
          <w:tcPr>
            <w:tcW w:w="2736" w:type="dxa"/>
            <w:tcMar>
              <w:top w:w="80" w:type="dxa"/>
              <w:left w:w="90" w:type="dxa"/>
              <w:bottom w:w="80" w:type="dxa"/>
              <w:right w:w="90" w:type="dxa"/>
            </w:tcMar>
            <w:vAlign w:val="center"/>
          </w:tcPr>
          <w:p w14:paraId="38F0A510" w14:textId="77777777" w:rsidR="00D140EC" w:rsidRDefault="00000000">
            <w:pPr>
              <w:spacing w:after="0"/>
            </w:pPr>
            <w:r>
              <w:rPr>
                <w:sz w:val="14"/>
              </w:rPr>
              <w:t>Intercom / kiosk</w:t>
            </w:r>
          </w:p>
        </w:tc>
        <w:tc>
          <w:tcPr>
            <w:tcW w:w="1872" w:type="dxa"/>
            <w:tcMar>
              <w:top w:w="80" w:type="dxa"/>
              <w:left w:w="90" w:type="dxa"/>
              <w:bottom w:w="80" w:type="dxa"/>
              <w:right w:w="90" w:type="dxa"/>
            </w:tcMar>
            <w:vAlign w:val="center"/>
          </w:tcPr>
          <w:p w14:paraId="02F932D4"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2D1FA497" w14:textId="77777777" w:rsidR="00D140EC" w:rsidRDefault="00000000">
            <w:pPr>
              <w:spacing w:after="0"/>
            </w:pPr>
            <w:r>
              <w:rPr>
                <w:sz w:val="14"/>
              </w:rPr>
              <w:t>[ ]</w:t>
            </w:r>
          </w:p>
        </w:tc>
        <w:tc>
          <w:tcPr>
            <w:tcW w:w="2592" w:type="dxa"/>
            <w:tcMar>
              <w:top w:w="80" w:type="dxa"/>
              <w:left w:w="90" w:type="dxa"/>
              <w:bottom w:w="80" w:type="dxa"/>
              <w:right w:w="90" w:type="dxa"/>
            </w:tcMar>
            <w:vAlign w:val="center"/>
          </w:tcPr>
          <w:p w14:paraId="31FA09D4" w14:textId="77777777" w:rsidR="00D140EC" w:rsidRDefault="00000000">
            <w:pPr>
              <w:spacing w:after="0"/>
            </w:pPr>
            <w:r>
              <w:rPr>
                <w:sz w:val="14"/>
              </w:rPr>
              <w:t>[ ]</w:t>
            </w:r>
          </w:p>
        </w:tc>
      </w:tr>
      <w:tr w:rsidR="00D140EC" w14:paraId="460689DE" w14:textId="77777777">
        <w:trPr>
          <w:cantSplit/>
          <w:jc w:val="center"/>
        </w:trPr>
        <w:tc>
          <w:tcPr>
            <w:tcW w:w="2736" w:type="dxa"/>
            <w:tcMar>
              <w:top w:w="80" w:type="dxa"/>
              <w:left w:w="90" w:type="dxa"/>
              <w:bottom w:w="80" w:type="dxa"/>
              <w:right w:w="90" w:type="dxa"/>
            </w:tcMar>
            <w:vAlign w:val="center"/>
          </w:tcPr>
          <w:p w14:paraId="2463160A" w14:textId="77777777" w:rsidR="00D140EC" w:rsidRDefault="00000000">
            <w:pPr>
              <w:spacing w:after="0"/>
            </w:pPr>
            <w:r>
              <w:rPr>
                <w:sz w:val="14"/>
              </w:rPr>
              <w:t>Network equipment</w:t>
            </w:r>
          </w:p>
        </w:tc>
        <w:tc>
          <w:tcPr>
            <w:tcW w:w="1872" w:type="dxa"/>
            <w:tcMar>
              <w:top w:w="80" w:type="dxa"/>
              <w:left w:w="90" w:type="dxa"/>
              <w:bottom w:w="80" w:type="dxa"/>
              <w:right w:w="90" w:type="dxa"/>
            </w:tcMar>
            <w:vAlign w:val="center"/>
          </w:tcPr>
          <w:p w14:paraId="08513456"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2E516B49" w14:textId="77777777" w:rsidR="00D140EC" w:rsidRDefault="00000000">
            <w:pPr>
              <w:spacing w:after="0"/>
            </w:pPr>
            <w:r>
              <w:rPr>
                <w:sz w:val="14"/>
              </w:rPr>
              <w:t>[ ]</w:t>
            </w:r>
          </w:p>
        </w:tc>
        <w:tc>
          <w:tcPr>
            <w:tcW w:w="2592" w:type="dxa"/>
            <w:tcMar>
              <w:top w:w="80" w:type="dxa"/>
              <w:left w:w="90" w:type="dxa"/>
              <w:bottom w:w="80" w:type="dxa"/>
              <w:right w:w="90" w:type="dxa"/>
            </w:tcMar>
            <w:vAlign w:val="center"/>
          </w:tcPr>
          <w:p w14:paraId="048D9129" w14:textId="77777777" w:rsidR="00D140EC" w:rsidRDefault="00000000">
            <w:pPr>
              <w:spacing w:after="0"/>
            </w:pPr>
            <w:r>
              <w:rPr>
                <w:sz w:val="14"/>
              </w:rPr>
              <w:t>[ ]</w:t>
            </w:r>
          </w:p>
        </w:tc>
      </w:tr>
      <w:tr w:rsidR="00D140EC" w14:paraId="38E0E06A" w14:textId="77777777">
        <w:trPr>
          <w:cantSplit/>
          <w:jc w:val="center"/>
        </w:trPr>
        <w:tc>
          <w:tcPr>
            <w:tcW w:w="2736" w:type="dxa"/>
            <w:tcMar>
              <w:top w:w="80" w:type="dxa"/>
              <w:left w:w="90" w:type="dxa"/>
              <w:bottom w:w="80" w:type="dxa"/>
              <w:right w:w="90" w:type="dxa"/>
            </w:tcMar>
            <w:vAlign w:val="center"/>
          </w:tcPr>
          <w:p w14:paraId="03E3D76E" w14:textId="77777777" w:rsidR="00D140EC" w:rsidRDefault="00000000">
            <w:pPr>
              <w:spacing w:after="0"/>
            </w:pPr>
            <w:r>
              <w:rPr>
                <w:sz w:val="14"/>
              </w:rPr>
              <w:t>Cellular equipment</w:t>
            </w:r>
          </w:p>
        </w:tc>
        <w:tc>
          <w:tcPr>
            <w:tcW w:w="1872" w:type="dxa"/>
            <w:tcMar>
              <w:top w:w="80" w:type="dxa"/>
              <w:left w:w="90" w:type="dxa"/>
              <w:bottom w:w="80" w:type="dxa"/>
              <w:right w:w="90" w:type="dxa"/>
            </w:tcMar>
            <w:vAlign w:val="center"/>
          </w:tcPr>
          <w:p w14:paraId="56CC38E7"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73AFDA9E" w14:textId="77777777" w:rsidR="00D140EC" w:rsidRDefault="00000000">
            <w:pPr>
              <w:spacing w:after="0"/>
            </w:pPr>
            <w:r>
              <w:rPr>
                <w:sz w:val="14"/>
              </w:rPr>
              <w:t>[ ]</w:t>
            </w:r>
          </w:p>
        </w:tc>
        <w:tc>
          <w:tcPr>
            <w:tcW w:w="2592" w:type="dxa"/>
            <w:tcMar>
              <w:top w:w="80" w:type="dxa"/>
              <w:left w:w="90" w:type="dxa"/>
              <w:bottom w:w="80" w:type="dxa"/>
              <w:right w:w="90" w:type="dxa"/>
            </w:tcMar>
            <w:vAlign w:val="center"/>
          </w:tcPr>
          <w:p w14:paraId="3C62E466" w14:textId="77777777" w:rsidR="00D140EC" w:rsidRDefault="00000000">
            <w:pPr>
              <w:spacing w:after="0"/>
            </w:pPr>
            <w:r>
              <w:rPr>
                <w:sz w:val="14"/>
              </w:rPr>
              <w:t>[ ]</w:t>
            </w:r>
          </w:p>
        </w:tc>
      </w:tr>
      <w:tr w:rsidR="00D140EC" w14:paraId="57C04B13" w14:textId="77777777">
        <w:trPr>
          <w:cantSplit/>
          <w:jc w:val="center"/>
        </w:trPr>
        <w:tc>
          <w:tcPr>
            <w:tcW w:w="2736" w:type="dxa"/>
            <w:tcMar>
              <w:top w:w="80" w:type="dxa"/>
              <w:left w:w="90" w:type="dxa"/>
              <w:bottom w:w="80" w:type="dxa"/>
              <w:right w:w="90" w:type="dxa"/>
            </w:tcMar>
            <w:vAlign w:val="center"/>
          </w:tcPr>
          <w:p w14:paraId="260E27AA" w14:textId="77777777" w:rsidR="00D140EC" w:rsidRDefault="00000000">
            <w:pPr>
              <w:spacing w:after="0"/>
            </w:pPr>
            <w:r>
              <w:rPr>
                <w:sz w:val="14"/>
              </w:rPr>
              <w:t>UPS / power</w:t>
            </w:r>
          </w:p>
        </w:tc>
        <w:tc>
          <w:tcPr>
            <w:tcW w:w="1872" w:type="dxa"/>
            <w:tcMar>
              <w:top w:w="80" w:type="dxa"/>
              <w:left w:w="90" w:type="dxa"/>
              <w:bottom w:w="80" w:type="dxa"/>
              <w:right w:w="90" w:type="dxa"/>
            </w:tcMar>
            <w:vAlign w:val="center"/>
          </w:tcPr>
          <w:p w14:paraId="0814607B"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10C5F93F" w14:textId="77777777" w:rsidR="00D140EC" w:rsidRDefault="00000000">
            <w:pPr>
              <w:spacing w:after="0"/>
            </w:pPr>
            <w:r>
              <w:rPr>
                <w:sz w:val="14"/>
              </w:rPr>
              <w:t>[ ]</w:t>
            </w:r>
          </w:p>
        </w:tc>
        <w:tc>
          <w:tcPr>
            <w:tcW w:w="2592" w:type="dxa"/>
            <w:tcMar>
              <w:top w:w="80" w:type="dxa"/>
              <w:left w:w="90" w:type="dxa"/>
              <w:bottom w:w="80" w:type="dxa"/>
              <w:right w:w="90" w:type="dxa"/>
            </w:tcMar>
            <w:vAlign w:val="center"/>
          </w:tcPr>
          <w:p w14:paraId="15F79FF6" w14:textId="77777777" w:rsidR="00D140EC" w:rsidRDefault="00000000">
            <w:pPr>
              <w:spacing w:after="0"/>
            </w:pPr>
            <w:r>
              <w:rPr>
                <w:sz w:val="14"/>
              </w:rPr>
              <w:t>[ ]</w:t>
            </w:r>
          </w:p>
        </w:tc>
      </w:tr>
      <w:tr w:rsidR="00D140EC" w14:paraId="160F9FEC" w14:textId="77777777">
        <w:trPr>
          <w:cantSplit/>
          <w:jc w:val="center"/>
        </w:trPr>
        <w:tc>
          <w:tcPr>
            <w:tcW w:w="2736" w:type="dxa"/>
            <w:tcMar>
              <w:top w:w="80" w:type="dxa"/>
              <w:left w:w="90" w:type="dxa"/>
              <w:bottom w:w="80" w:type="dxa"/>
              <w:right w:w="90" w:type="dxa"/>
            </w:tcMar>
            <w:vAlign w:val="center"/>
          </w:tcPr>
          <w:p w14:paraId="070D0647" w14:textId="77777777" w:rsidR="00D140EC" w:rsidRDefault="00000000">
            <w:pPr>
              <w:spacing w:after="0"/>
            </w:pPr>
            <w:r>
              <w:rPr>
                <w:sz w:val="14"/>
              </w:rPr>
              <w:t>Cabling / conduit</w:t>
            </w:r>
          </w:p>
        </w:tc>
        <w:tc>
          <w:tcPr>
            <w:tcW w:w="1872" w:type="dxa"/>
            <w:tcMar>
              <w:top w:w="80" w:type="dxa"/>
              <w:left w:w="90" w:type="dxa"/>
              <w:bottom w:w="80" w:type="dxa"/>
              <w:right w:w="90" w:type="dxa"/>
            </w:tcMar>
            <w:vAlign w:val="center"/>
          </w:tcPr>
          <w:p w14:paraId="19B67443"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0796F719" w14:textId="77777777" w:rsidR="00D140EC" w:rsidRDefault="00000000">
            <w:pPr>
              <w:spacing w:after="0"/>
            </w:pPr>
            <w:r>
              <w:rPr>
                <w:sz w:val="14"/>
              </w:rPr>
              <w:t>[ ]</w:t>
            </w:r>
          </w:p>
        </w:tc>
        <w:tc>
          <w:tcPr>
            <w:tcW w:w="2592" w:type="dxa"/>
            <w:tcMar>
              <w:top w:w="80" w:type="dxa"/>
              <w:left w:w="90" w:type="dxa"/>
              <w:bottom w:w="80" w:type="dxa"/>
              <w:right w:w="90" w:type="dxa"/>
            </w:tcMar>
            <w:vAlign w:val="center"/>
          </w:tcPr>
          <w:p w14:paraId="45923BDE" w14:textId="77777777" w:rsidR="00D140EC" w:rsidRDefault="00000000">
            <w:pPr>
              <w:spacing w:after="0"/>
            </w:pPr>
            <w:r>
              <w:rPr>
                <w:sz w:val="14"/>
              </w:rPr>
              <w:t>[ ]</w:t>
            </w:r>
          </w:p>
        </w:tc>
      </w:tr>
      <w:tr w:rsidR="00D140EC" w14:paraId="1E2A729B" w14:textId="77777777">
        <w:trPr>
          <w:cantSplit/>
          <w:jc w:val="center"/>
        </w:trPr>
        <w:tc>
          <w:tcPr>
            <w:tcW w:w="2736" w:type="dxa"/>
            <w:tcMar>
              <w:top w:w="80" w:type="dxa"/>
              <w:left w:w="90" w:type="dxa"/>
              <w:bottom w:w="80" w:type="dxa"/>
              <w:right w:w="90" w:type="dxa"/>
            </w:tcMar>
            <w:vAlign w:val="center"/>
          </w:tcPr>
          <w:p w14:paraId="7076E644" w14:textId="77777777" w:rsidR="00D140EC" w:rsidRDefault="00000000">
            <w:pPr>
              <w:spacing w:after="0"/>
            </w:pPr>
            <w:r>
              <w:rPr>
                <w:sz w:val="14"/>
              </w:rPr>
              <w:lastRenderedPageBreak/>
              <w:t>Other</w:t>
            </w:r>
          </w:p>
        </w:tc>
        <w:tc>
          <w:tcPr>
            <w:tcW w:w="1872" w:type="dxa"/>
            <w:tcMar>
              <w:top w:w="80" w:type="dxa"/>
              <w:left w:w="90" w:type="dxa"/>
              <w:bottom w:w="80" w:type="dxa"/>
              <w:right w:w="90" w:type="dxa"/>
            </w:tcMar>
            <w:vAlign w:val="center"/>
          </w:tcPr>
          <w:p w14:paraId="1C6CAE20" w14:textId="77777777" w:rsidR="00D140EC" w:rsidRDefault="00000000">
            <w:pPr>
              <w:spacing w:after="0"/>
            </w:pPr>
            <w:r>
              <w:rPr>
                <w:sz w:val="14"/>
              </w:rPr>
              <w:t>[ ]</w:t>
            </w:r>
          </w:p>
        </w:tc>
        <w:tc>
          <w:tcPr>
            <w:tcW w:w="4032" w:type="dxa"/>
            <w:tcMar>
              <w:top w:w="80" w:type="dxa"/>
              <w:left w:w="90" w:type="dxa"/>
              <w:bottom w:w="80" w:type="dxa"/>
              <w:right w:w="90" w:type="dxa"/>
            </w:tcMar>
            <w:vAlign w:val="center"/>
          </w:tcPr>
          <w:p w14:paraId="1060B900" w14:textId="77777777" w:rsidR="00D140EC" w:rsidRDefault="00000000">
            <w:pPr>
              <w:spacing w:after="0"/>
            </w:pPr>
            <w:r>
              <w:rPr>
                <w:sz w:val="14"/>
              </w:rPr>
              <w:t>[ ]</w:t>
            </w:r>
          </w:p>
        </w:tc>
        <w:tc>
          <w:tcPr>
            <w:tcW w:w="2592" w:type="dxa"/>
            <w:tcMar>
              <w:top w:w="80" w:type="dxa"/>
              <w:left w:w="90" w:type="dxa"/>
              <w:bottom w:w="80" w:type="dxa"/>
              <w:right w:w="90" w:type="dxa"/>
            </w:tcMar>
            <w:vAlign w:val="center"/>
          </w:tcPr>
          <w:p w14:paraId="69A5F164" w14:textId="77777777" w:rsidR="00D140EC" w:rsidRDefault="00000000">
            <w:pPr>
              <w:spacing w:after="0"/>
            </w:pPr>
            <w:r>
              <w:rPr>
                <w:sz w:val="14"/>
              </w:rPr>
              <w:t>[ ]</w:t>
            </w:r>
          </w:p>
        </w:tc>
      </w:tr>
    </w:tbl>
    <w:p w14:paraId="5D7B5FA6" w14:textId="77777777" w:rsidR="00D140EC" w:rsidRDefault="00D140EC">
      <w:pPr>
        <w:spacing w:after="20"/>
      </w:pPr>
    </w:p>
    <w:p w14:paraId="61115E1C" w14:textId="77777777" w:rsidR="00D140EC" w:rsidRDefault="00000000">
      <w:pPr>
        <w:pStyle w:val="Heading1"/>
      </w:pPr>
      <w:r>
        <w:t>23. Installation / Site-Work Responsibilities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40"/>
        <w:gridCol w:w="2591"/>
        <w:gridCol w:w="3483"/>
      </w:tblGrid>
      <w:tr w:rsidR="00D140EC" w14:paraId="62962722" w14:textId="77777777">
        <w:trPr>
          <w:cantSplit/>
          <w:tblHeader/>
          <w:jc w:val="center"/>
        </w:trPr>
        <w:tc>
          <w:tcPr>
            <w:tcW w:w="4608" w:type="dxa"/>
            <w:shd w:val="clear" w:color="auto" w:fill="202333"/>
            <w:tcMar>
              <w:top w:w="80" w:type="dxa"/>
              <w:left w:w="90" w:type="dxa"/>
              <w:bottom w:w="80" w:type="dxa"/>
              <w:right w:w="90" w:type="dxa"/>
            </w:tcMar>
          </w:tcPr>
          <w:p w14:paraId="72544D35"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2722DFD1"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7FF12E9D" w14:textId="77777777" w:rsidR="00D140EC" w:rsidRDefault="00000000">
            <w:pPr>
              <w:spacing w:after="0"/>
            </w:pPr>
            <w:r>
              <w:rPr>
                <w:b/>
                <w:color w:val="FFFFFF"/>
                <w:sz w:val="15"/>
              </w:rPr>
              <w:t>Vendor Response</w:t>
            </w:r>
          </w:p>
        </w:tc>
      </w:tr>
      <w:tr w:rsidR="00D140EC" w14:paraId="6A67AAB8" w14:textId="77777777">
        <w:trPr>
          <w:cantSplit/>
          <w:jc w:val="center"/>
        </w:trPr>
        <w:tc>
          <w:tcPr>
            <w:tcW w:w="4608" w:type="dxa"/>
            <w:tcMar>
              <w:top w:w="80" w:type="dxa"/>
              <w:left w:w="90" w:type="dxa"/>
              <w:bottom w:w="80" w:type="dxa"/>
              <w:right w:w="90" w:type="dxa"/>
            </w:tcMar>
            <w:vAlign w:val="center"/>
          </w:tcPr>
          <w:p w14:paraId="356824FC" w14:textId="77777777" w:rsidR="00D140EC" w:rsidRDefault="00000000">
            <w:pPr>
              <w:spacing w:after="0"/>
            </w:pPr>
            <w:r>
              <w:rPr>
                <w:sz w:val="15"/>
              </w:rPr>
              <w:t>Identify the legal entity performing installation and physical site work.</w:t>
            </w:r>
          </w:p>
        </w:tc>
        <w:tc>
          <w:tcPr>
            <w:tcW w:w="2880" w:type="dxa"/>
            <w:tcMar>
              <w:top w:w="80" w:type="dxa"/>
              <w:left w:w="90" w:type="dxa"/>
              <w:bottom w:w="80" w:type="dxa"/>
              <w:right w:w="90" w:type="dxa"/>
            </w:tcMar>
            <w:vAlign w:val="center"/>
          </w:tcPr>
          <w:p w14:paraId="775FA505"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B4AA9FA" w14:textId="77777777" w:rsidR="00D140EC" w:rsidRDefault="00000000">
            <w:pPr>
              <w:spacing w:after="0"/>
            </w:pPr>
            <w:r>
              <w:rPr>
                <w:sz w:val="15"/>
              </w:rPr>
              <w:t>[VENDOR RESPONSE]</w:t>
            </w:r>
          </w:p>
        </w:tc>
      </w:tr>
      <w:tr w:rsidR="00D140EC" w14:paraId="52FBC8CC" w14:textId="77777777">
        <w:trPr>
          <w:cantSplit/>
          <w:jc w:val="center"/>
        </w:trPr>
        <w:tc>
          <w:tcPr>
            <w:tcW w:w="4608" w:type="dxa"/>
            <w:tcMar>
              <w:top w:w="80" w:type="dxa"/>
              <w:left w:w="90" w:type="dxa"/>
              <w:bottom w:w="80" w:type="dxa"/>
              <w:right w:w="90" w:type="dxa"/>
            </w:tcMar>
            <w:vAlign w:val="center"/>
          </w:tcPr>
          <w:p w14:paraId="260D38F3" w14:textId="77777777" w:rsidR="00D140EC" w:rsidRDefault="00000000">
            <w:pPr>
              <w:spacing w:after="0"/>
            </w:pPr>
            <w:r>
              <w:rPr>
                <w:sz w:val="15"/>
              </w:rPr>
              <w:t>Provide applicable contractor licenses for the installing party.</w:t>
            </w:r>
          </w:p>
        </w:tc>
        <w:tc>
          <w:tcPr>
            <w:tcW w:w="2880" w:type="dxa"/>
            <w:tcMar>
              <w:top w:w="80" w:type="dxa"/>
              <w:left w:w="90" w:type="dxa"/>
              <w:bottom w:w="80" w:type="dxa"/>
              <w:right w:w="90" w:type="dxa"/>
            </w:tcMar>
            <w:vAlign w:val="center"/>
          </w:tcPr>
          <w:p w14:paraId="644E8F8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4E5124C" w14:textId="77777777" w:rsidR="00D140EC" w:rsidRDefault="00000000">
            <w:pPr>
              <w:spacing w:after="0"/>
            </w:pPr>
            <w:r>
              <w:rPr>
                <w:sz w:val="15"/>
              </w:rPr>
              <w:t>[VENDOR RESPONSE]</w:t>
            </w:r>
          </w:p>
        </w:tc>
      </w:tr>
      <w:tr w:rsidR="00D140EC" w14:paraId="14508D3B" w14:textId="77777777">
        <w:trPr>
          <w:cantSplit/>
          <w:jc w:val="center"/>
        </w:trPr>
        <w:tc>
          <w:tcPr>
            <w:tcW w:w="4608" w:type="dxa"/>
            <w:tcMar>
              <w:top w:w="80" w:type="dxa"/>
              <w:left w:w="90" w:type="dxa"/>
              <w:bottom w:w="80" w:type="dxa"/>
              <w:right w:w="90" w:type="dxa"/>
            </w:tcMar>
            <w:vAlign w:val="center"/>
          </w:tcPr>
          <w:p w14:paraId="20531620" w14:textId="77777777" w:rsidR="00D140EC" w:rsidRDefault="00000000">
            <w:pPr>
              <w:spacing w:after="0"/>
            </w:pPr>
            <w:r>
              <w:rPr>
                <w:sz w:val="15"/>
              </w:rPr>
              <w:t>Provide required insurance documentation for the installing party.</w:t>
            </w:r>
          </w:p>
        </w:tc>
        <w:tc>
          <w:tcPr>
            <w:tcW w:w="2880" w:type="dxa"/>
            <w:tcMar>
              <w:top w:w="80" w:type="dxa"/>
              <w:left w:w="90" w:type="dxa"/>
              <w:bottom w:w="80" w:type="dxa"/>
              <w:right w:w="90" w:type="dxa"/>
            </w:tcMar>
            <w:vAlign w:val="center"/>
          </w:tcPr>
          <w:p w14:paraId="2E847F33"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C109C7F" w14:textId="77777777" w:rsidR="00D140EC" w:rsidRDefault="00000000">
            <w:pPr>
              <w:spacing w:after="0"/>
            </w:pPr>
            <w:r>
              <w:rPr>
                <w:sz w:val="15"/>
              </w:rPr>
              <w:t>[VENDOR RESPONSE]</w:t>
            </w:r>
          </w:p>
        </w:tc>
      </w:tr>
      <w:tr w:rsidR="00D140EC" w14:paraId="093243FC" w14:textId="77777777">
        <w:trPr>
          <w:cantSplit/>
          <w:jc w:val="center"/>
        </w:trPr>
        <w:tc>
          <w:tcPr>
            <w:tcW w:w="4608" w:type="dxa"/>
            <w:tcMar>
              <w:top w:w="80" w:type="dxa"/>
              <w:left w:w="90" w:type="dxa"/>
              <w:bottom w:w="80" w:type="dxa"/>
              <w:right w:w="90" w:type="dxa"/>
            </w:tcMar>
            <w:vAlign w:val="center"/>
          </w:tcPr>
          <w:p w14:paraId="7146C2C8" w14:textId="77777777" w:rsidR="00D140EC" w:rsidRDefault="00000000">
            <w:pPr>
              <w:spacing w:after="0"/>
            </w:pPr>
            <w:r>
              <w:rPr>
                <w:sz w:val="15"/>
              </w:rPr>
              <w:t>Identify permitting responsibility and assumed permit fees.</w:t>
            </w:r>
          </w:p>
        </w:tc>
        <w:tc>
          <w:tcPr>
            <w:tcW w:w="2880" w:type="dxa"/>
            <w:tcMar>
              <w:top w:w="80" w:type="dxa"/>
              <w:left w:w="90" w:type="dxa"/>
              <w:bottom w:w="80" w:type="dxa"/>
              <w:right w:w="90" w:type="dxa"/>
            </w:tcMar>
            <w:vAlign w:val="center"/>
          </w:tcPr>
          <w:p w14:paraId="42AB7542"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6BE2F88" w14:textId="77777777" w:rsidR="00D140EC" w:rsidRDefault="00000000">
            <w:pPr>
              <w:spacing w:after="0"/>
            </w:pPr>
            <w:r>
              <w:rPr>
                <w:sz w:val="15"/>
              </w:rPr>
              <w:t>[VENDOR RESPONSE]</w:t>
            </w:r>
          </w:p>
        </w:tc>
      </w:tr>
      <w:tr w:rsidR="00D140EC" w14:paraId="232E4795" w14:textId="77777777">
        <w:trPr>
          <w:cantSplit/>
          <w:jc w:val="center"/>
        </w:trPr>
        <w:tc>
          <w:tcPr>
            <w:tcW w:w="4608" w:type="dxa"/>
            <w:tcMar>
              <w:top w:w="80" w:type="dxa"/>
              <w:left w:w="90" w:type="dxa"/>
              <w:bottom w:w="80" w:type="dxa"/>
              <w:right w:w="90" w:type="dxa"/>
            </w:tcMar>
            <w:vAlign w:val="center"/>
          </w:tcPr>
          <w:p w14:paraId="6866CA46" w14:textId="77777777" w:rsidR="00D140EC" w:rsidRDefault="00000000">
            <w:pPr>
              <w:spacing w:after="0"/>
            </w:pPr>
            <w:r>
              <w:rPr>
                <w:sz w:val="15"/>
              </w:rPr>
              <w:t>Describe cabling, conduit, trenching, mounting, electrical and network responsibilities.</w:t>
            </w:r>
          </w:p>
        </w:tc>
        <w:tc>
          <w:tcPr>
            <w:tcW w:w="2880" w:type="dxa"/>
            <w:tcMar>
              <w:top w:w="80" w:type="dxa"/>
              <w:left w:w="90" w:type="dxa"/>
              <w:bottom w:w="80" w:type="dxa"/>
              <w:right w:w="90" w:type="dxa"/>
            </w:tcMar>
            <w:vAlign w:val="center"/>
          </w:tcPr>
          <w:p w14:paraId="4A6AD451"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F600F0C" w14:textId="77777777" w:rsidR="00D140EC" w:rsidRDefault="00000000">
            <w:pPr>
              <w:spacing w:after="0"/>
            </w:pPr>
            <w:r>
              <w:rPr>
                <w:sz w:val="15"/>
              </w:rPr>
              <w:t>[VENDOR RESPONSE]</w:t>
            </w:r>
          </w:p>
        </w:tc>
      </w:tr>
      <w:tr w:rsidR="00D140EC" w14:paraId="7A7BC838" w14:textId="77777777">
        <w:trPr>
          <w:cantSplit/>
          <w:jc w:val="center"/>
        </w:trPr>
        <w:tc>
          <w:tcPr>
            <w:tcW w:w="4608" w:type="dxa"/>
            <w:tcMar>
              <w:top w:w="80" w:type="dxa"/>
              <w:left w:w="90" w:type="dxa"/>
              <w:bottom w:w="80" w:type="dxa"/>
              <w:right w:w="90" w:type="dxa"/>
            </w:tcMar>
            <w:vAlign w:val="center"/>
          </w:tcPr>
          <w:p w14:paraId="417CDB4C" w14:textId="77777777" w:rsidR="00D140EC" w:rsidRDefault="00000000">
            <w:pPr>
              <w:spacing w:after="0"/>
            </w:pPr>
            <w:r>
              <w:rPr>
                <w:sz w:val="15"/>
              </w:rPr>
              <w:t>Describe gate operator / safety-device work and whether a gate specialist is required.</w:t>
            </w:r>
          </w:p>
        </w:tc>
        <w:tc>
          <w:tcPr>
            <w:tcW w:w="2880" w:type="dxa"/>
            <w:tcMar>
              <w:top w:w="80" w:type="dxa"/>
              <w:left w:w="90" w:type="dxa"/>
              <w:bottom w:w="80" w:type="dxa"/>
              <w:right w:w="90" w:type="dxa"/>
            </w:tcMar>
            <w:vAlign w:val="center"/>
          </w:tcPr>
          <w:p w14:paraId="6DF5C6FA"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8DF52E5" w14:textId="77777777" w:rsidR="00D140EC" w:rsidRDefault="00000000">
            <w:pPr>
              <w:spacing w:after="0"/>
            </w:pPr>
            <w:r>
              <w:rPr>
                <w:sz w:val="15"/>
              </w:rPr>
              <w:t>[VENDOR RESPONSE]</w:t>
            </w:r>
          </w:p>
        </w:tc>
      </w:tr>
      <w:tr w:rsidR="00D140EC" w14:paraId="68695B70" w14:textId="77777777">
        <w:trPr>
          <w:cantSplit/>
          <w:jc w:val="center"/>
        </w:trPr>
        <w:tc>
          <w:tcPr>
            <w:tcW w:w="4608" w:type="dxa"/>
            <w:tcMar>
              <w:top w:w="80" w:type="dxa"/>
              <w:left w:w="90" w:type="dxa"/>
              <w:bottom w:w="80" w:type="dxa"/>
              <w:right w:w="90" w:type="dxa"/>
            </w:tcMar>
            <w:vAlign w:val="center"/>
          </w:tcPr>
          <w:p w14:paraId="79BD12E9" w14:textId="77777777" w:rsidR="00D140EC" w:rsidRDefault="00000000">
            <w:pPr>
              <w:spacing w:after="0"/>
            </w:pPr>
            <w:r>
              <w:rPr>
                <w:sz w:val="15"/>
              </w:rPr>
              <w:t>Describe traffic control, lane closures and resident communication needs.</w:t>
            </w:r>
          </w:p>
        </w:tc>
        <w:tc>
          <w:tcPr>
            <w:tcW w:w="2880" w:type="dxa"/>
            <w:tcMar>
              <w:top w:w="80" w:type="dxa"/>
              <w:left w:w="90" w:type="dxa"/>
              <w:bottom w:w="80" w:type="dxa"/>
              <w:right w:w="90" w:type="dxa"/>
            </w:tcMar>
            <w:vAlign w:val="center"/>
          </w:tcPr>
          <w:p w14:paraId="658B7D8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35BEB94" w14:textId="77777777" w:rsidR="00D140EC" w:rsidRDefault="00000000">
            <w:pPr>
              <w:spacing w:after="0"/>
            </w:pPr>
            <w:r>
              <w:rPr>
                <w:sz w:val="15"/>
              </w:rPr>
              <w:t>[VENDOR RESPONSE]</w:t>
            </w:r>
          </w:p>
        </w:tc>
      </w:tr>
      <w:tr w:rsidR="00D140EC" w14:paraId="13EC1643" w14:textId="77777777">
        <w:trPr>
          <w:cantSplit/>
          <w:jc w:val="center"/>
        </w:trPr>
        <w:tc>
          <w:tcPr>
            <w:tcW w:w="4608" w:type="dxa"/>
            <w:tcMar>
              <w:top w:w="80" w:type="dxa"/>
              <w:left w:w="90" w:type="dxa"/>
              <w:bottom w:w="80" w:type="dxa"/>
              <w:right w:w="90" w:type="dxa"/>
            </w:tcMar>
            <w:vAlign w:val="center"/>
          </w:tcPr>
          <w:p w14:paraId="2CE5CD40" w14:textId="77777777" w:rsidR="00D140EC" w:rsidRDefault="00000000">
            <w:pPr>
              <w:spacing w:after="0"/>
            </w:pPr>
            <w:r>
              <w:rPr>
                <w:sz w:val="15"/>
              </w:rPr>
              <w:t>Describe restoration of disturbed surfaces / finishes.</w:t>
            </w:r>
          </w:p>
        </w:tc>
        <w:tc>
          <w:tcPr>
            <w:tcW w:w="2880" w:type="dxa"/>
            <w:tcMar>
              <w:top w:w="80" w:type="dxa"/>
              <w:left w:w="90" w:type="dxa"/>
              <w:bottom w:w="80" w:type="dxa"/>
              <w:right w:w="90" w:type="dxa"/>
            </w:tcMar>
            <w:vAlign w:val="center"/>
          </w:tcPr>
          <w:p w14:paraId="06FFE9DE"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2BBA66B" w14:textId="77777777" w:rsidR="00D140EC" w:rsidRDefault="00000000">
            <w:pPr>
              <w:spacing w:after="0"/>
            </w:pPr>
            <w:r>
              <w:rPr>
                <w:sz w:val="15"/>
              </w:rPr>
              <w:t>[VENDOR RESPONSE]</w:t>
            </w:r>
          </w:p>
        </w:tc>
      </w:tr>
      <w:tr w:rsidR="00D140EC" w14:paraId="49B85407" w14:textId="77777777">
        <w:trPr>
          <w:cantSplit/>
          <w:jc w:val="center"/>
        </w:trPr>
        <w:tc>
          <w:tcPr>
            <w:tcW w:w="4608" w:type="dxa"/>
            <w:tcMar>
              <w:top w:w="80" w:type="dxa"/>
              <w:left w:w="90" w:type="dxa"/>
              <w:bottom w:w="80" w:type="dxa"/>
              <w:right w:w="90" w:type="dxa"/>
            </w:tcMar>
            <w:vAlign w:val="center"/>
          </w:tcPr>
          <w:p w14:paraId="631ED570" w14:textId="77777777" w:rsidR="00D140EC" w:rsidRDefault="00000000">
            <w:pPr>
              <w:spacing w:after="0"/>
            </w:pPr>
            <w:r>
              <w:rPr>
                <w:sz w:val="15"/>
              </w:rPr>
              <w:t>Describe testing, commissioning, punch-list and acceptance procedures.</w:t>
            </w:r>
          </w:p>
        </w:tc>
        <w:tc>
          <w:tcPr>
            <w:tcW w:w="2880" w:type="dxa"/>
            <w:tcMar>
              <w:top w:w="80" w:type="dxa"/>
              <w:left w:w="90" w:type="dxa"/>
              <w:bottom w:w="80" w:type="dxa"/>
              <w:right w:w="90" w:type="dxa"/>
            </w:tcMar>
            <w:vAlign w:val="center"/>
          </w:tcPr>
          <w:p w14:paraId="30EF265F"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19FC794" w14:textId="77777777" w:rsidR="00D140EC" w:rsidRDefault="00000000">
            <w:pPr>
              <w:spacing w:after="0"/>
            </w:pPr>
            <w:r>
              <w:rPr>
                <w:sz w:val="15"/>
              </w:rPr>
              <w:t>[VENDOR RESPONSE]</w:t>
            </w:r>
          </w:p>
        </w:tc>
      </w:tr>
      <w:tr w:rsidR="00D140EC" w14:paraId="1FDC1841" w14:textId="77777777">
        <w:trPr>
          <w:cantSplit/>
          <w:jc w:val="center"/>
        </w:trPr>
        <w:tc>
          <w:tcPr>
            <w:tcW w:w="4608" w:type="dxa"/>
            <w:tcMar>
              <w:top w:w="80" w:type="dxa"/>
              <w:left w:w="90" w:type="dxa"/>
              <w:bottom w:w="80" w:type="dxa"/>
              <w:right w:w="90" w:type="dxa"/>
            </w:tcMar>
            <w:vAlign w:val="center"/>
          </w:tcPr>
          <w:p w14:paraId="3F7C7386" w14:textId="77777777" w:rsidR="00D140EC" w:rsidRDefault="00000000">
            <w:pPr>
              <w:spacing w:after="0"/>
            </w:pPr>
            <w:r>
              <w:rPr>
                <w:sz w:val="15"/>
              </w:rPr>
              <w:t>Identify exclusions and work expected from the community or third parties.</w:t>
            </w:r>
          </w:p>
        </w:tc>
        <w:tc>
          <w:tcPr>
            <w:tcW w:w="2880" w:type="dxa"/>
            <w:tcMar>
              <w:top w:w="80" w:type="dxa"/>
              <w:left w:w="90" w:type="dxa"/>
              <w:bottom w:w="80" w:type="dxa"/>
              <w:right w:w="90" w:type="dxa"/>
            </w:tcMar>
            <w:vAlign w:val="center"/>
          </w:tcPr>
          <w:p w14:paraId="2468B37F"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FBAE47A" w14:textId="77777777" w:rsidR="00D140EC" w:rsidRDefault="00000000">
            <w:pPr>
              <w:spacing w:after="0"/>
            </w:pPr>
            <w:r>
              <w:rPr>
                <w:sz w:val="15"/>
              </w:rPr>
              <w:t>[VENDOR RESPONSE]</w:t>
            </w:r>
          </w:p>
        </w:tc>
      </w:tr>
    </w:tbl>
    <w:p w14:paraId="599B39B9" w14:textId="77777777" w:rsidR="00D140EC" w:rsidRDefault="00D140EC">
      <w:pPr>
        <w:spacing w:after="20"/>
      </w:pPr>
    </w:p>
    <w:p w14:paraId="33024C51" w14:textId="77777777" w:rsidR="00D140EC" w:rsidRDefault="00000000">
      <w:r>
        <w:br w:type="page"/>
      </w:r>
    </w:p>
    <w:p w14:paraId="7A369EA8" w14:textId="77777777" w:rsidR="00D140EC" w:rsidRDefault="00000000">
      <w:pPr>
        <w:pStyle w:val="Heading1"/>
      </w:pPr>
      <w:r>
        <w:lastRenderedPageBreak/>
        <w:t>24. Training and Implementation</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49"/>
        <w:gridCol w:w="2587"/>
        <w:gridCol w:w="3478"/>
      </w:tblGrid>
      <w:tr w:rsidR="00D140EC" w14:paraId="42DB3190" w14:textId="77777777">
        <w:trPr>
          <w:cantSplit/>
          <w:tblHeader/>
          <w:jc w:val="center"/>
        </w:trPr>
        <w:tc>
          <w:tcPr>
            <w:tcW w:w="4608" w:type="dxa"/>
            <w:shd w:val="clear" w:color="auto" w:fill="202333"/>
            <w:tcMar>
              <w:top w:w="80" w:type="dxa"/>
              <w:left w:w="90" w:type="dxa"/>
              <w:bottom w:w="80" w:type="dxa"/>
              <w:right w:w="90" w:type="dxa"/>
            </w:tcMar>
          </w:tcPr>
          <w:p w14:paraId="1C718E11"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4B63DF8B"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5183A845" w14:textId="77777777" w:rsidR="00D140EC" w:rsidRDefault="00000000">
            <w:pPr>
              <w:spacing w:after="0"/>
            </w:pPr>
            <w:r>
              <w:rPr>
                <w:b/>
                <w:color w:val="FFFFFF"/>
                <w:sz w:val="15"/>
              </w:rPr>
              <w:t>Vendor Response</w:t>
            </w:r>
          </w:p>
        </w:tc>
      </w:tr>
      <w:tr w:rsidR="00D140EC" w14:paraId="30A389E4" w14:textId="77777777">
        <w:trPr>
          <w:cantSplit/>
          <w:jc w:val="center"/>
        </w:trPr>
        <w:tc>
          <w:tcPr>
            <w:tcW w:w="4608" w:type="dxa"/>
            <w:tcMar>
              <w:top w:w="80" w:type="dxa"/>
              <w:left w:w="90" w:type="dxa"/>
              <w:bottom w:w="80" w:type="dxa"/>
              <w:right w:w="90" w:type="dxa"/>
            </w:tcMar>
            <w:vAlign w:val="center"/>
          </w:tcPr>
          <w:p w14:paraId="6E093AA0" w14:textId="77777777" w:rsidR="00D140EC" w:rsidRDefault="00000000">
            <w:pPr>
              <w:spacing w:after="0"/>
            </w:pPr>
            <w:r>
              <w:rPr>
                <w:sz w:val="15"/>
              </w:rPr>
              <w:t>Provide a named implementation lead / project manager.</w:t>
            </w:r>
          </w:p>
        </w:tc>
        <w:tc>
          <w:tcPr>
            <w:tcW w:w="2880" w:type="dxa"/>
            <w:tcMar>
              <w:top w:w="80" w:type="dxa"/>
              <w:left w:w="90" w:type="dxa"/>
              <w:bottom w:w="80" w:type="dxa"/>
              <w:right w:w="90" w:type="dxa"/>
            </w:tcMar>
            <w:vAlign w:val="center"/>
          </w:tcPr>
          <w:p w14:paraId="731AF9BE"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CEBE455" w14:textId="77777777" w:rsidR="00D140EC" w:rsidRDefault="00000000">
            <w:pPr>
              <w:spacing w:after="0"/>
            </w:pPr>
            <w:r>
              <w:rPr>
                <w:sz w:val="15"/>
              </w:rPr>
              <w:t>[VENDOR RESPONSE]</w:t>
            </w:r>
          </w:p>
        </w:tc>
      </w:tr>
      <w:tr w:rsidR="00D140EC" w14:paraId="5158C09F" w14:textId="77777777">
        <w:trPr>
          <w:cantSplit/>
          <w:jc w:val="center"/>
        </w:trPr>
        <w:tc>
          <w:tcPr>
            <w:tcW w:w="4608" w:type="dxa"/>
            <w:tcMar>
              <w:top w:w="80" w:type="dxa"/>
              <w:left w:w="90" w:type="dxa"/>
              <w:bottom w:w="80" w:type="dxa"/>
              <w:right w:w="90" w:type="dxa"/>
            </w:tcMar>
            <w:vAlign w:val="center"/>
          </w:tcPr>
          <w:p w14:paraId="0CEDB0CB" w14:textId="77777777" w:rsidR="00D140EC" w:rsidRDefault="00000000">
            <w:pPr>
              <w:spacing w:after="0"/>
            </w:pPr>
            <w:r>
              <w:rPr>
                <w:sz w:val="15"/>
              </w:rPr>
              <w:t>Provide discovery, configuration and implementation planning.</w:t>
            </w:r>
          </w:p>
        </w:tc>
        <w:tc>
          <w:tcPr>
            <w:tcW w:w="2880" w:type="dxa"/>
            <w:tcMar>
              <w:top w:w="80" w:type="dxa"/>
              <w:left w:w="90" w:type="dxa"/>
              <w:bottom w:w="80" w:type="dxa"/>
              <w:right w:w="90" w:type="dxa"/>
            </w:tcMar>
            <w:vAlign w:val="center"/>
          </w:tcPr>
          <w:p w14:paraId="15A421BB"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4AECF6F" w14:textId="77777777" w:rsidR="00D140EC" w:rsidRDefault="00000000">
            <w:pPr>
              <w:spacing w:after="0"/>
            </w:pPr>
            <w:r>
              <w:rPr>
                <w:sz w:val="15"/>
              </w:rPr>
              <w:t>[VENDOR RESPONSE]</w:t>
            </w:r>
          </w:p>
        </w:tc>
      </w:tr>
      <w:tr w:rsidR="00D140EC" w14:paraId="2AD93AF7" w14:textId="77777777">
        <w:trPr>
          <w:cantSplit/>
          <w:jc w:val="center"/>
        </w:trPr>
        <w:tc>
          <w:tcPr>
            <w:tcW w:w="4608" w:type="dxa"/>
            <w:tcMar>
              <w:top w:w="80" w:type="dxa"/>
              <w:left w:w="90" w:type="dxa"/>
              <w:bottom w:w="80" w:type="dxa"/>
              <w:right w:w="90" w:type="dxa"/>
            </w:tcMar>
            <w:vAlign w:val="center"/>
          </w:tcPr>
          <w:p w14:paraId="54E271CC" w14:textId="77777777" w:rsidR="00D140EC" w:rsidRDefault="00000000">
            <w:pPr>
              <w:spacing w:after="0"/>
            </w:pPr>
            <w:r>
              <w:rPr>
                <w:sz w:val="15"/>
              </w:rPr>
              <w:t>Provide administrator / management training.</w:t>
            </w:r>
          </w:p>
        </w:tc>
        <w:tc>
          <w:tcPr>
            <w:tcW w:w="2880" w:type="dxa"/>
            <w:tcMar>
              <w:top w:w="80" w:type="dxa"/>
              <w:left w:w="90" w:type="dxa"/>
              <w:bottom w:w="80" w:type="dxa"/>
              <w:right w:w="90" w:type="dxa"/>
            </w:tcMar>
            <w:vAlign w:val="center"/>
          </w:tcPr>
          <w:p w14:paraId="0E347761"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DD476AB" w14:textId="77777777" w:rsidR="00D140EC" w:rsidRDefault="00000000">
            <w:pPr>
              <w:spacing w:after="0"/>
            </w:pPr>
            <w:r>
              <w:rPr>
                <w:sz w:val="15"/>
              </w:rPr>
              <w:t>[VENDOR RESPONSE]</w:t>
            </w:r>
          </w:p>
        </w:tc>
      </w:tr>
      <w:tr w:rsidR="00D140EC" w14:paraId="12C384BC" w14:textId="77777777">
        <w:trPr>
          <w:cantSplit/>
          <w:jc w:val="center"/>
        </w:trPr>
        <w:tc>
          <w:tcPr>
            <w:tcW w:w="4608" w:type="dxa"/>
            <w:tcMar>
              <w:top w:w="80" w:type="dxa"/>
              <w:left w:w="90" w:type="dxa"/>
              <w:bottom w:w="80" w:type="dxa"/>
              <w:right w:w="90" w:type="dxa"/>
            </w:tcMar>
            <w:vAlign w:val="center"/>
          </w:tcPr>
          <w:p w14:paraId="6AB7DC16" w14:textId="77777777" w:rsidR="00D140EC" w:rsidRDefault="00000000">
            <w:pPr>
              <w:spacing w:after="0"/>
            </w:pPr>
            <w:r>
              <w:rPr>
                <w:sz w:val="15"/>
              </w:rPr>
              <w:t>Provide attendant / guard training where applicable.</w:t>
            </w:r>
          </w:p>
        </w:tc>
        <w:tc>
          <w:tcPr>
            <w:tcW w:w="2880" w:type="dxa"/>
            <w:tcMar>
              <w:top w:w="80" w:type="dxa"/>
              <w:left w:w="90" w:type="dxa"/>
              <w:bottom w:w="80" w:type="dxa"/>
              <w:right w:w="90" w:type="dxa"/>
            </w:tcMar>
            <w:vAlign w:val="center"/>
          </w:tcPr>
          <w:p w14:paraId="2A832756"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488E4F0" w14:textId="77777777" w:rsidR="00D140EC" w:rsidRDefault="00000000">
            <w:pPr>
              <w:spacing w:after="0"/>
            </w:pPr>
            <w:r>
              <w:rPr>
                <w:sz w:val="15"/>
              </w:rPr>
              <w:t>[VENDOR RESPONSE]</w:t>
            </w:r>
          </w:p>
        </w:tc>
      </w:tr>
      <w:tr w:rsidR="00D140EC" w14:paraId="4D0F021E" w14:textId="77777777">
        <w:trPr>
          <w:cantSplit/>
          <w:jc w:val="center"/>
        </w:trPr>
        <w:tc>
          <w:tcPr>
            <w:tcW w:w="4608" w:type="dxa"/>
            <w:tcMar>
              <w:top w:w="80" w:type="dxa"/>
              <w:left w:w="90" w:type="dxa"/>
              <w:bottom w:w="80" w:type="dxa"/>
              <w:right w:w="90" w:type="dxa"/>
            </w:tcMar>
            <w:vAlign w:val="center"/>
          </w:tcPr>
          <w:p w14:paraId="71C7E6F4" w14:textId="77777777" w:rsidR="00D140EC" w:rsidRDefault="00000000">
            <w:pPr>
              <w:spacing w:after="0"/>
            </w:pPr>
            <w:r>
              <w:rPr>
                <w:sz w:val="15"/>
              </w:rPr>
              <w:t>Describe resident onboarding communications, materials and support.</w:t>
            </w:r>
          </w:p>
        </w:tc>
        <w:tc>
          <w:tcPr>
            <w:tcW w:w="2880" w:type="dxa"/>
            <w:tcMar>
              <w:top w:w="80" w:type="dxa"/>
              <w:left w:w="90" w:type="dxa"/>
              <w:bottom w:w="80" w:type="dxa"/>
              <w:right w:w="90" w:type="dxa"/>
            </w:tcMar>
            <w:vAlign w:val="center"/>
          </w:tcPr>
          <w:p w14:paraId="1CF4037F"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5836E57E" w14:textId="77777777" w:rsidR="00D140EC" w:rsidRDefault="00000000">
            <w:pPr>
              <w:spacing w:after="0"/>
            </w:pPr>
            <w:r>
              <w:rPr>
                <w:sz w:val="15"/>
              </w:rPr>
              <w:t>[VENDOR RESPONSE]</w:t>
            </w:r>
          </w:p>
        </w:tc>
      </w:tr>
      <w:tr w:rsidR="00D140EC" w14:paraId="132818C7" w14:textId="77777777">
        <w:trPr>
          <w:cantSplit/>
          <w:jc w:val="center"/>
        </w:trPr>
        <w:tc>
          <w:tcPr>
            <w:tcW w:w="4608" w:type="dxa"/>
            <w:tcMar>
              <w:top w:w="80" w:type="dxa"/>
              <w:left w:w="90" w:type="dxa"/>
              <w:bottom w:w="80" w:type="dxa"/>
              <w:right w:w="90" w:type="dxa"/>
            </w:tcMar>
            <w:vAlign w:val="center"/>
          </w:tcPr>
          <w:p w14:paraId="53D10F97" w14:textId="77777777" w:rsidR="00D140EC" w:rsidRDefault="00000000">
            <w:pPr>
              <w:spacing w:after="0"/>
            </w:pPr>
            <w:r>
              <w:rPr>
                <w:sz w:val="15"/>
              </w:rPr>
              <w:t>Provide go-live support and stabilization period.</w:t>
            </w:r>
          </w:p>
        </w:tc>
        <w:tc>
          <w:tcPr>
            <w:tcW w:w="2880" w:type="dxa"/>
            <w:tcMar>
              <w:top w:w="80" w:type="dxa"/>
              <w:left w:w="90" w:type="dxa"/>
              <w:bottom w:w="80" w:type="dxa"/>
              <w:right w:w="90" w:type="dxa"/>
            </w:tcMar>
            <w:vAlign w:val="center"/>
          </w:tcPr>
          <w:p w14:paraId="164FF3C4"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4476CDD" w14:textId="77777777" w:rsidR="00D140EC" w:rsidRDefault="00000000">
            <w:pPr>
              <w:spacing w:after="0"/>
            </w:pPr>
            <w:r>
              <w:rPr>
                <w:sz w:val="15"/>
              </w:rPr>
              <w:t>[VENDOR RESPONSE]</w:t>
            </w:r>
          </w:p>
        </w:tc>
      </w:tr>
      <w:tr w:rsidR="00D140EC" w14:paraId="11CCAB24" w14:textId="77777777">
        <w:trPr>
          <w:cantSplit/>
          <w:jc w:val="center"/>
        </w:trPr>
        <w:tc>
          <w:tcPr>
            <w:tcW w:w="4608" w:type="dxa"/>
            <w:tcMar>
              <w:top w:w="80" w:type="dxa"/>
              <w:left w:w="90" w:type="dxa"/>
              <w:bottom w:w="80" w:type="dxa"/>
              <w:right w:w="90" w:type="dxa"/>
            </w:tcMar>
            <w:vAlign w:val="center"/>
          </w:tcPr>
          <w:p w14:paraId="044B5081" w14:textId="77777777" w:rsidR="00D140EC" w:rsidRDefault="00000000">
            <w:pPr>
              <w:spacing w:after="0"/>
            </w:pPr>
            <w:r>
              <w:rPr>
                <w:sz w:val="15"/>
              </w:rPr>
              <w:t>Describe acceptance testing and sign-off.</w:t>
            </w:r>
          </w:p>
        </w:tc>
        <w:tc>
          <w:tcPr>
            <w:tcW w:w="2880" w:type="dxa"/>
            <w:tcMar>
              <w:top w:w="80" w:type="dxa"/>
              <w:left w:w="90" w:type="dxa"/>
              <w:bottom w:w="80" w:type="dxa"/>
              <w:right w:w="90" w:type="dxa"/>
            </w:tcMar>
            <w:vAlign w:val="center"/>
          </w:tcPr>
          <w:p w14:paraId="585C1FE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140E637" w14:textId="77777777" w:rsidR="00D140EC" w:rsidRDefault="00000000">
            <w:pPr>
              <w:spacing w:after="0"/>
            </w:pPr>
            <w:r>
              <w:rPr>
                <w:sz w:val="15"/>
              </w:rPr>
              <w:t>[VENDOR RESPONSE]</w:t>
            </w:r>
          </w:p>
        </w:tc>
      </w:tr>
      <w:tr w:rsidR="00D140EC" w14:paraId="28FAE858" w14:textId="77777777">
        <w:trPr>
          <w:cantSplit/>
          <w:jc w:val="center"/>
        </w:trPr>
        <w:tc>
          <w:tcPr>
            <w:tcW w:w="4608" w:type="dxa"/>
            <w:tcMar>
              <w:top w:w="80" w:type="dxa"/>
              <w:left w:w="90" w:type="dxa"/>
              <w:bottom w:w="80" w:type="dxa"/>
              <w:right w:w="90" w:type="dxa"/>
            </w:tcMar>
            <w:vAlign w:val="center"/>
          </w:tcPr>
          <w:p w14:paraId="73CE51C7" w14:textId="77777777" w:rsidR="00D140EC" w:rsidRDefault="00000000">
            <w:pPr>
              <w:spacing w:after="0"/>
            </w:pPr>
            <w:r>
              <w:rPr>
                <w:sz w:val="15"/>
              </w:rPr>
              <w:t>Provide documentation and administrator guides.</w:t>
            </w:r>
          </w:p>
        </w:tc>
        <w:tc>
          <w:tcPr>
            <w:tcW w:w="2880" w:type="dxa"/>
            <w:tcMar>
              <w:top w:w="80" w:type="dxa"/>
              <w:left w:w="90" w:type="dxa"/>
              <w:bottom w:w="80" w:type="dxa"/>
              <w:right w:w="90" w:type="dxa"/>
            </w:tcMar>
            <w:vAlign w:val="center"/>
          </w:tcPr>
          <w:p w14:paraId="4D2426FE"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EF8C718" w14:textId="77777777" w:rsidR="00D140EC" w:rsidRDefault="00000000">
            <w:pPr>
              <w:spacing w:after="0"/>
            </w:pPr>
            <w:r>
              <w:rPr>
                <w:sz w:val="15"/>
              </w:rPr>
              <w:t>[VENDOR RESPONSE]</w:t>
            </w:r>
          </w:p>
        </w:tc>
      </w:tr>
      <w:tr w:rsidR="00D140EC" w14:paraId="2806998C" w14:textId="77777777">
        <w:trPr>
          <w:cantSplit/>
          <w:jc w:val="center"/>
        </w:trPr>
        <w:tc>
          <w:tcPr>
            <w:tcW w:w="4608" w:type="dxa"/>
            <w:tcMar>
              <w:top w:w="80" w:type="dxa"/>
              <w:left w:w="90" w:type="dxa"/>
              <w:bottom w:w="80" w:type="dxa"/>
              <w:right w:w="90" w:type="dxa"/>
            </w:tcMar>
            <w:vAlign w:val="center"/>
          </w:tcPr>
          <w:p w14:paraId="3CB03EED" w14:textId="77777777" w:rsidR="00D140EC" w:rsidRDefault="00000000">
            <w:pPr>
              <w:spacing w:after="0"/>
            </w:pPr>
            <w:r>
              <w:rPr>
                <w:sz w:val="15"/>
              </w:rPr>
              <w:t>Identify community staffing / data / decision dependencies.</w:t>
            </w:r>
          </w:p>
        </w:tc>
        <w:tc>
          <w:tcPr>
            <w:tcW w:w="2880" w:type="dxa"/>
            <w:tcMar>
              <w:top w:w="80" w:type="dxa"/>
              <w:left w:w="90" w:type="dxa"/>
              <w:bottom w:w="80" w:type="dxa"/>
              <w:right w:w="90" w:type="dxa"/>
            </w:tcMar>
            <w:vAlign w:val="center"/>
          </w:tcPr>
          <w:p w14:paraId="506AE476"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FCB5EF5" w14:textId="77777777" w:rsidR="00D140EC" w:rsidRDefault="00000000">
            <w:pPr>
              <w:spacing w:after="0"/>
            </w:pPr>
            <w:r>
              <w:rPr>
                <w:sz w:val="15"/>
              </w:rPr>
              <w:t>[VENDOR RESPONSE]</w:t>
            </w:r>
          </w:p>
        </w:tc>
      </w:tr>
    </w:tbl>
    <w:p w14:paraId="203D60B6" w14:textId="77777777" w:rsidR="00D140EC" w:rsidRDefault="00D140EC">
      <w:pPr>
        <w:spacing w:after="20"/>
      </w:pPr>
    </w:p>
    <w:p w14:paraId="6DB3D937" w14:textId="77777777" w:rsidR="00D140EC" w:rsidRDefault="00000000">
      <w:pPr>
        <w:pStyle w:val="Heading1"/>
      </w:pPr>
      <w:r>
        <w:t>25. Support and Service Levels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093"/>
        <w:gridCol w:w="6121"/>
      </w:tblGrid>
      <w:tr w:rsidR="00D140EC" w14:paraId="647C8A6D" w14:textId="77777777">
        <w:trPr>
          <w:cantSplit/>
          <w:tblHeader/>
          <w:jc w:val="center"/>
        </w:trPr>
        <w:tc>
          <w:tcPr>
            <w:tcW w:w="4464" w:type="dxa"/>
            <w:shd w:val="clear" w:color="auto" w:fill="202333"/>
            <w:tcMar>
              <w:top w:w="80" w:type="dxa"/>
              <w:left w:w="90" w:type="dxa"/>
              <w:bottom w:w="80" w:type="dxa"/>
              <w:right w:w="90" w:type="dxa"/>
            </w:tcMar>
          </w:tcPr>
          <w:p w14:paraId="27A10E8A" w14:textId="77777777" w:rsidR="00D140EC" w:rsidRDefault="00000000">
            <w:pPr>
              <w:spacing w:after="0"/>
            </w:pPr>
            <w:r>
              <w:rPr>
                <w:b/>
                <w:color w:val="FFFFFF"/>
                <w:sz w:val="16"/>
              </w:rPr>
              <w:t>Support Item</w:t>
            </w:r>
          </w:p>
        </w:tc>
        <w:tc>
          <w:tcPr>
            <w:tcW w:w="6768" w:type="dxa"/>
            <w:shd w:val="clear" w:color="auto" w:fill="202333"/>
            <w:tcMar>
              <w:top w:w="80" w:type="dxa"/>
              <w:left w:w="90" w:type="dxa"/>
              <w:bottom w:w="80" w:type="dxa"/>
              <w:right w:w="90" w:type="dxa"/>
            </w:tcMar>
          </w:tcPr>
          <w:p w14:paraId="68B78BD6" w14:textId="77777777" w:rsidR="00D140EC" w:rsidRDefault="00000000">
            <w:pPr>
              <w:spacing w:after="0"/>
            </w:pPr>
            <w:r>
              <w:rPr>
                <w:b/>
                <w:color w:val="FFFFFF"/>
                <w:sz w:val="16"/>
              </w:rPr>
              <w:t>Vendor Response</w:t>
            </w:r>
          </w:p>
        </w:tc>
      </w:tr>
      <w:tr w:rsidR="00D140EC" w14:paraId="4E5FDEAF" w14:textId="77777777">
        <w:trPr>
          <w:cantSplit/>
          <w:jc w:val="center"/>
        </w:trPr>
        <w:tc>
          <w:tcPr>
            <w:tcW w:w="4464" w:type="dxa"/>
            <w:tcMar>
              <w:top w:w="80" w:type="dxa"/>
              <w:left w:w="90" w:type="dxa"/>
              <w:bottom w:w="80" w:type="dxa"/>
              <w:right w:w="90" w:type="dxa"/>
            </w:tcMar>
            <w:vAlign w:val="center"/>
          </w:tcPr>
          <w:p w14:paraId="18D750D7" w14:textId="77777777" w:rsidR="00D140EC" w:rsidRDefault="00000000">
            <w:pPr>
              <w:spacing w:after="0"/>
            </w:pPr>
            <w:r>
              <w:rPr>
                <w:sz w:val="16"/>
              </w:rPr>
              <w:t>Support provider / responsible party</w:t>
            </w:r>
          </w:p>
        </w:tc>
        <w:tc>
          <w:tcPr>
            <w:tcW w:w="6768" w:type="dxa"/>
            <w:tcMar>
              <w:top w:w="80" w:type="dxa"/>
              <w:left w:w="90" w:type="dxa"/>
              <w:bottom w:w="80" w:type="dxa"/>
              <w:right w:w="90" w:type="dxa"/>
            </w:tcMar>
            <w:vAlign w:val="center"/>
          </w:tcPr>
          <w:p w14:paraId="17450866" w14:textId="77777777" w:rsidR="00D140EC" w:rsidRDefault="00000000">
            <w:pPr>
              <w:spacing w:after="0"/>
            </w:pPr>
            <w:r>
              <w:rPr>
                <w:sz w:val="16"/>
              </w:rPr>
              <w:t>[ ]</w:t>
            </w:r>
          </w:p>
        </w:tc>
      </w:tr>
      <w:tr w:rsidR="00D140EC" w14:paraId="036E8272" w14:textId="77777777">
        <w:trPr>
          <w:cantSplit/>
          <w:jc w:val="center"/>
        </w:trPr>
        <w:tc>
          <w:tcPr>
            <w:tcW w:w="4464" w:type="dxa"/>
            <w:tcMar>
              <w:top w:w="80" w:type="dxa"/>
              <w:left w:w="90" w:type="dxa"/>
              <w:bottom w:w="80" w:type="dxa"/>
              <w:right w:w="90" w:type="dxa"/>
            </w:tcMar>
            <w:vAlign w:val="center"/>
          </w:tcPr>
          <w:p w14:paraId="4EEED12A" w14:textId="77777777" w:rsidR="00D140EC" w:rsidRDefault="00000000">
            <w:pPr>
              <w:spacing w:after="0"/>
            </w:pPr>
            <w:r>
              <w:rPr>
                <w:sz w:val="16"/>
              </w:rPr>
              <w:t>Standard support hours</w:t>
            </w:r>
          </w:p>
        </w:tc>
        <w:tc>
          <w:tcPr>
            <w:tcW w:w="6768" w:type="dxa"/>
            <w:tcMar>
              <w:top w:w="80" w:type="dxa"/>
              <w:left w:w="90" w:type="dxa"/>
              <w:bottom w:w="80" w:type="dxa"/>
              <w:right w:w="90" w:type="dxa"/>
            </w:tcMar>
            <w:vAlign w:val="center"/>
          </w:tcPr>
          <w:p w14:paraId="3ADB202F" w14:textId="77777777" w:rsidR="00D140EC" w:rsidRDefault="00000000">
            <w:pPr>
              <w:spacing w:after="0"/>
            </w:pPr>
            <w:r>
              <w:rPr>
                <w:sz w:val="16"/>
              </w:rPr>
              <w:t>[ ]</w:t>
            </w:r>
          </w:p>
        </w:tc>
      </w:tr>
      <w:tr w:rsidR="00D140EC" w14:paraId="57344D7A" w14:textId="77777777">
        <w:trPr>
          <w:cantSplit/>
          <w:jc w:val="center"/>
        </w:trPr>
        <w:tc>
          <w:tcPr>
            <w:tcW w:w="4464" w:type="dxa"/>
            <w:tcMar>
              <w:top w:w="80" w:type="dxa"/>
              <w:left w:w="90" w:type="dxa"/>
              <w:bottom w:w="80" w:type="dxa"/>
              <w:right w:w="90" w:type="dxa"/>
            </w:tcMar>
            <w:vAlign w:val="center"/>
          </w:tcPr>
          <w:p w14:paraId="418EFAF3" w14:textId="77777777" w:rsidR="00D140EC" w:rsidRDefault="00000000">
            <w:pPr>
              <w:spacing w:after="0"/>
            </w:pPr>
            <w:r>
              <w:rPr>
                <w:sz w:val="16"/>
              </w:rPr>
              <w:t>Emergency / after-hours support</w:t>
            </w:r>
          </w:p>
        </w:tc>
        <w:tc>
          <w:tcPr>
            <w:tcW w:w="6768" w:type="dxa"/>
            <w:tcMar>
              <w:top w:w="80" w:type="dxa"/>
              <w:left w:w="90" w:type="dxa"/>
              <w:bottom w:w="80" w:type="dxa"/>
              <w:right w:w="90" w:type="dxa"/>
            </w:tcMar>
            <w:vAlign w:val="center"/>
          </w:tcPr>
          <w:p w14:paraId="253E0436" w14:textId="77777777" w:rsidR="00D140EC" w:rsidRDefault="00000000">
            <w:pPr>
              <w:spacing w:after="0"/>
            </w:pPr>
            <w:r>
              <w:rPr>
                <w:sz w:val="16"/>
              </w:rPr>
              <w:t>[ ]</w:t>
            </w:r>
          </w:p>
        </w:tc>
      </w:tr>
      <w:tr w:rsidR="00D140EC" w14:paraId="75815DFF" w14:textId="77777777">
        <w:trPr>
          <w:cantSplit/>
          <w:jc w:val="center"/>
        </w:trPr>
        <w:tc>
          <w:tcPr>
            <w:tcW w:w="4464" w:type="dxa"/>
            <w:tcMar>
              <w:top w:w="80" w:type="dxa"/>
              <w:left w:w="90" w:type="dxa"/>
              <w:bottom w:w="80" w:type="dxa"/>
              <w:right w:w="90" w:type="dxa"/>
            </w:tcMar>
            <w:vAlign w:val="center"/>
          </w:tcPr>
          <w:p w14:paraId="0C8D3490" w14:textId="77777777" w:rsidR="00D140EC" w:rsidRDefault="00000000">
            <w:pPr>
              <w:spacing w:after="0"/>
            </w:pPr>
            <w:r>
              <w:rPr>
                <w:sz w:val="16"/>
              </w:rPr>
              <w:t>Support channels</w:t>
            </w:r>
          </w:p>
        </w:tc>
        <w:tc>
          <w:tcPr>
            <w:tcW w:w="6768" w:type="dxa"/>
            <w:tcMar>
              <w:top w:w="80" w:type="dxa"/>
              <w:left w:w="90" w:type="dxa"/>
              <w:bottom w:w="80" w:type="dxa"/>
              <w:right w:w="90" w:type="dxa"/>
            </w:tcMar>
            <w:vAlign w:val="center"/>
          </w:tcPr>
          <w:p w14:paraId="202639BA" w14:textId="77777777" w:rsidR="00D140EC" w:rsidRDefault="00000000">
            <w:pPr>
              <w:spacing w:after="0"/>
            </w:pPr>
            <w:r>
              <w:rPr>
                <w:sz w:val="16"/>
              </w:rPr>
              <w:t>[PHONE / EMAIL / PORTAL / OTHER]</w:t>
            </w:r>
          </w:p>
        </w:tc>
      </w:tr>
      <w:tr w:rsidR="00D140EC" w14:paraId="5A3BAF30" w14:textId="77777777">
        <w:trPr>
          <w:cantSplit/>
          <w:jc w:val="center"/>
        </w:trPr>
        <w:tc>
          <w:tcPr>
            <w:tcW w:w="4464" w:type="dxa"/>
            <w:tcMar>
              <w:top w:w="80" w:type="dxa"/>
              <w:left w:w="90" w:type="dxa"/>
              <w:bottom w:w="80" w:type="dxa"/>
              <w:right w:w="90" w:type="dxa"/>
            </w:tcMar>
            <w:vAlign w:val="center"/>
          </w:tcPr>
          <w:p w14:paraId="7F000023" w14:textId="77777777" w:rsidR="00D140EC" w:rsidRDefault="00000000">
            <w:pPr>
              <w:spacing w:after="0"/>
            </w:pPr>
            <w:r>
              <w:rPr>
                <w:sz w:val="16"/>
              </w:rPr>
              <w:t>Severity definitions</w:t>
            </w:r>
          </w:p>
        </w:tc>
        <w:tc>
          <w:tcPr>
            <w:tcW w:w="6768" w:type="dxa"/>
            <w:tcMar>
              <w:top w:w="80" w:type="dxa"/>
              <w:left w:w="90" w:type="dxa"/>
              <w:bottom w:w="80" w:type="dxa"/>
              <w:right w:w="90" w:type="dxa"/>
            </w:tcMar>
            <w:vAlign w:val="center"/>
          </w:tcPr>
          <w:p w14:paraId="3E122C56" w14:textId="77777777" w:rsidR="00D140EC" w:rsidRDefault="00000000">
            <w:pPr>
              <w:spacing w:after="0"/>
            </w:pPr>
            <w:r>
              <w:rPr>
                <w:sz w:val="16"/>
              </w:rPr>
              <w:t>[ ]</w:t>
            </w:r>
          </w:p>
        </w:tc>
      </w:tr>
      <w:tr w:rsidR="00D140EC" w14:paraId="16E5E63F" w14:textId="77777777">
        <w:trPr>
          <w:cantSplit/>
          <w:jc w:val="center"/>
        </w:trPr>
        <w:tc>
          <w:tcPr>
            <w:tcW w:w="4464" w:type="dxa"/>
            <w:tcMar>
              <w:top w:w="80" w:type="dxa"/>
              <w:left w:w="90" w:type="dxa"/>
              <w:bottom w:w="80" w:type="dxa"/>
              <w:right w:w="90" w:type="dxa"/>
            </w:tcMar>
            <w:vAlign w:val="center"/>
          </w:tcPr>
          <w:p w14:paraId="3EBCBD5F" w14:textId="77777777" w:rsidR="00D140EC" w:rsidRDefault="00000000">
            <w:pPr>
              <w:spacing w:after="0"/>
            </w:pPr>
            <w:r>
              <w:rPr>
                <w:sz w:val="16"/>
              </w:rPr>
              <w:t>Target response times</w:t>
            </w:r>
          </w:p>
        </w:tc>
        <w:tc>
          <w:tcPr>
            <w:tcW w:w="6768" w:type="dxa"/>
            <w:tcMar>
              <w:top w:w="80" w:type="dxa"/>
              <w:left w:w="90" w:type="dxa"/>
              <w:bottom w:w="80" w:type="dxa"/>
              <w:right w:w="90" w:type="dxa"/>
            </w:tcMar>
            <w:vAlign w:val="center"/>
          </w:tcPr>
          <w:p w14:paraId="69B9C5CB" w14:textId="77777777" w:rsidR="00D140EC" w:rsidRDefault="00000000">
            <w:pPr>
              <w:spacing w:after="0"/>
            </w:pPr>
            <w:r>
              <w:rPr>
                <w:sz w:val="16"/>
              </w:rPr>
              <w:t>[ ]</w:t>
            </w:r>
          </w:p>
        </w:tc>
      </w:tr>
      <w:tr w:rsidR="00D140EC" w14:paraId="6F3F16E8" w14:textId="77777777">
        <w:trPr>
          <w:cantSplit/>
          <w:jc w:val="center"/>
        </w:trPr>
        <w:tc>
          <w:tcPr>
            <w:tcW w:w="4464" w:type="dxa"/>
            <w:tcMar>
              <w:top w:w="80" w:type="dxa"/>
              <w:left w:w="90" w:type="dxa"/>
              <w:bottom w:w="80" w:type="dxa"/>
              <w:right w:w="90" w:type="dxa"/>
            </w:tcMar>
            <w:vAlign w:val="center"/>
          </w:tcPr>
          <w:p w14:paraId="0CBECF23" w14:textId="77777777" w:rsidR="00D140EC" w:rsidRDefault="00000000">
            <w:pPr>
              <w:spacing w:after="0"/>
            </w:pPr>
            <w:r>
              <w:rPr>
                <w:sz w:val="16"/>
              </w:rPr>
              <w:t>Target restoration / resolution times</w:t>
            </w:r>
          </w:p>
        </w:tc>
        <w:tc>
          <w:tcPr>
            <w:tcW w:w="6768" w:type="dxa"/>
            <w:tcMar>
              <w:top w:w="80" w:type="dxa"/>
              <w:left w:w="90" w:type="dxa"/>
              <w:bottom w:w="80" w:type="dxa"/>
              <w:right w:w="90" w:type="dxa"/>
            </w:tcMar>
            <w:vAlign w:val="center"/>
          </w:tcPr>
          <w:p w14:paraId="0F1D39CD" w14:textId="77777777" w:rsidR="00D140EC" w:rsidRDefault="00000000">
            <w:pPr>
              <w:spacing w:after="0"/>
            </w:pPr>
            <w:r>
              <w:rPr>
                <w:sz w:val="16"/>
              </w:rPr>
              <w:t>[ ]</w:t>
            </w:r>
          </w:p>
        </w:tc>
      </w:tr>
      <w:tr w:rsidR="00D140EC" w14:paraId="267DBD2D" w14:textId="77777777">
        <w:trPr>
          <w:cantSplit/>
          <w:jc w:val="center"/>
        </w:trPr>
        <w:tc>
          <w:tcPr>
            <w:tcW w:w="4464" w:type="dxa"/>
            <w:tcMar>
              <w:top w:w="80" w:type="dxa"/>
              <w:left w:w="90" w:type="dxa"/>
              <w:bottom w:w="80" w:type="dxa"/>
              <w:right w:w="90" w:type="dxa"/>
            </w:tcMar>
            <w:vAlign w:val="center"/>
          </w:tcPr>
          <w:p w14:paraId="625EAD47" w14:textId="77777777" w:rsidR="00D140EC" w:rsidRDefault="00000000">
            <w:pPr>
              <w:spacing w:after="0"/>
            </w:pPr>
            <w:r>
              <w:rPr>
                <w:sz w:val="16"/>
              </w:rPr>
              <w:t>Hardware service model</w:t>
            </w:r>
          </w:p>
        </w:tc>
        <w:tc>
          <w:tcPr>
            <w:tcW w:w="6768" w:type="dxa"/>
            <w:tcMar>
              <w:top w:w="80" w:type="dxa"/>
              <w:left w:w="90" w:type="dxa"/>
              <w:bottom w:w="80" w:type="dxa"/>
              <w:right w:w="90" w:type="dxa"/>
            </w:tcMar>
            <w:vAlign w:val="center"/>
          </w:tcPr>
          <w:p w14:paraId="652A6551" w14:textId="77777777" w:rsidR="00D140EC" w:rsidRDefault="00000000">
            <w:pPr>
              <w:spacing w:after="0"/>
            </w:pPr>
            <w:r>
              <w:rPr>
                <w:sz w:val="16"/>
              </w:rPr>
              <w:t>[ ]</w:t>
            </w:r>
          </w:p>
        </w:tc>
      </w:tr>
      <w:tr w:rsidR="00D140EC" w14:paraId="29251B48" w14:textId="77777777">
        <w:trPr>
          <w:cantSplit/>
          <w:jc w:val="center"/>
        </w:trPr>
        <w:tc>
          <w:tcPr>
            <w:tcW w:w="4464" w:type="dxa"/>
            <w:tcMar>
              <w:top w:w="80" w:type="dxa"/>
              <w:left w:w="90" w:type="dxa"/>
              <w:bottom w:w="80" w:type="dxa"/>
              <w:right w:w="90" w:type="dxa"/>
            </w:tcMar>
            <w:vAlign w:val="center"/>
          </w:tcPr>
          <w:p w14:paraId="40CF3EA4" w14:textId="77777777" w:rsidR="00D140EC" w:rsidRDefault="00000000">
            <w:pPr>
              <w:spacing w:after="0"/>
            </w:pPr>
            <w:r>
              <w:rPr>
                <w:sz w:val="16"/>
              </w:rPr>
              <w:t>On-site service coverage / geography</w:t>
            </w:r>
          </w:p>
        </w:tc>
        <w:tc>
          <w:tcPr>
            <w:tcW w:w="6768" w:type="dxa"/>
            <w:tcMar>
              <w:top w:w="80" w:type="dxa"/>
              <w:left w:w="90" w:type="dxa"/>
              <w:bottom w:w="80" w:type="dxa"/>
              <w:right w:w="90" w:type="dxa"/>
            </w:tcMar>
            <w:vAlign w:val="center"/>
          </w:tcPr>
          <w:p w14:paraId="69A2E481" w14:textId="77777777" w:rsidR="00D140EC" w:rsidRDefault="00000000">
            <w:pPr>
              <w:spacing w:after="0"/>
            </w:pPr>
            <w:r>
              <w:rPr>
                <w:sz w:val="16"/>
              </w:rPr>
              <w:t>[ ]</w:t>
            </w:r>
          </w:p>
        </w:tc>
      </w:tr>
      <w:tr w:rsidR="00D140EC" w14:paraId="7225AB9F" w14:textId="77777777">
        <w:trPr>
          <w:cantSplit/>
          <w:jc w:val="center"/>
        </w:trPr>
        <w:tc>
          <w:tcPr>
            <w:tcW w:w="4464" w:type="dxa"/>
            <w:tcMar>
              <w:top w:w="80" w:type="dxa"/>
              <w:left w:w="90" w:type="dxa"/>
              <w:bottom w:w="80" w:type="dxa"/>
              <w:right w:w="90" w:type="dxa"/>
            </w:tcMar>
            <w:vAlign w:val="center"/>
          </w:tcPr>
          <w:p w14:paraId="0F945AA6" w14:textId="77777777" w:rsidR="00D140EC" w:rsidRDefault="00000000">
            <w:pPr>
              <w:spacing w:after="0"/>
            </w:pPr>
            <w:r>
              <w:rPr>
                <w:sz w:val="16"/>
              </w:rPr>
              <w:t>Software updates / maintenance</w:t>
            </w:r>
          </w:p>
        </w:tc>
        <w:tc>
          <w:tcPr>
            <w:tcW w:w="6768" w:type="dxa"/>
            <w:tcMar>
              <w:top w:w="80" w:type="dxa"/>
              <w:left w:w="90" w:type="dxa"/>
              <w:bottom w:w="80" w:type="dxa"/>
              <w:right w:w="90" w:type="dxa"/>
            </w:tcMar>
            <w:vAlign w:val="center"/>
          </w:tcPr>
          <w:p w14:paraId="49663C57" w14:textId="77777777" w:rsidR="00D140EC" w:rsidRDefault="00000000">
            <w:pPr>
              <w:spacing w:after="0"/>
            </w:pPr>
            <w:r>
              <w:rPr>
                <w:sz w:val="16"/>
              </w:rPr>
              <w:t>[ ]</w:t>
            </w:r>
          </w:p>
        </w:tc>
      </w:tr>
      <w:tr w:rsidR="00D140EC" w14:paraId="4CBF9E5B" w14:textId="77777777">
        <w:trPr>
          <w:cantSplit/>
          <w:jc w:val="center"/>
        </w:trPr>
        <w:tc>
          <w:tcPr>
            <w:tcW w:w="4464" w:type="dxa"/>
            <w:tcMar>
              <w:top w:w="80" w:type="dxa"/>
              <w:left w:w="90" w:type="dxa"/>
              <w:bottom w:w="80" w:type="dxa"/>
              <w:right w:w="90" w:type="dxa"/>
            </w:tcMar>
            <w:vAlign w:val="center"/>
          </w:tcPr>
          <w:p w14:paraId="2A35E0AF" w14:textId="77777777" w:rsidR="00D140EC" w:rsidRDefault="00000000">
            <w:pPr>
              <w:spacing w:after="0"/>
            </w:pPr>
            <w:r>
              <w:rPr>
                <w:sz w:val="16"/>
              </w:rPr>
              <w:t>Escalation process</w:t>
            </w:r>
          </w:p>
        </w:tc>
        <w:tc>
          <w:tcPr>
            <w:tcW w:w="6768" w:type="dxa"/>
            <w:tcMar>
              <w:top w:w="80" w:type="dxa"/>
              <w:left w:w="90" w:type="dxa"/>
              <w:bottom w:w="80" w:type="dxa"/>
              <w:right w:w="90" w:type="dxa"/>
            </w:tcMar>
            <w:vAlign w:val="center"/>
          </w:tcPr>
          <w:p w14:paraId="6FF95F08" w14:textId="77777777" w:rsidR="00D140EC" w:rsidRDefault="00000000">
            <w:pPr>
              <w:spacing w:after="0"/>
            </w:pPr>
            <w:r>
              <w:rPr>
                <w:sz w:val="16"/>
              </w:rPr>
              <w:t>[ ]</w:t>
            </w:r>
          </w:p>
        </w:tc>
      </w:tr>
      <w:tr w:rsidR="00D140EC" w14:paraId="4C532DCD" w14:textId="77777777">
        <w:trPr>
          <w:cantSplit/>
          <w:jc w:val="center"/>
        </w:trPr>
        <w:tc>
          <w:tcPr>
            <w:tcW w:w="4464" w:type="dxa"/>
            <w:tcMar>
              <w:top w:w="80" w:type="dxa"/>
              <w:left w:w="90" w:type="dxa"/>
              <w:bottom w:w="80" w:type="dxa"/>
              <w:right w:w="90" w:type="dxa"/>
            </w:tcMar>
            <w:vAlign w:val="center"/>
          </w:tcPr>
          <w:p w14:paraId="6E2AEAFD" w14:textId="77777777" w:rsidR="00D140EC" w:rsidRDefault="00000000">
            <w:pPr>
              <w:spacing w:after="0"/>
            </w:pPr>
            <w:r>
              <w:rPr>
                <w:sz w:val="16"/>
              </w:rPr>
              <w:t>Resident support options</w:t>
            </w:r>
          </w:p>
        </w:tc>
        <w:tc>
          <w:tcPr>
            <w:tcW w:w="6768" w:type="dxa"/>
            <w:tcMar>
              <w:top w:w="80" w:type="dxa"/>
              <w:left w:w="90" w:type="dxa"/>
              <w:bottom w:w="80" w:type="dxa"/>
              <w:right w:w="90" w:type="dxa"/>
            </w:tcMar>
            <w:vAlign w:val="center"/>
          </w:tcPr>
          <w:p w14:paraId="7F85D541" w14:textId="77777777" w:rsidR="00D140EC" w:rsidRDefault="00000000">
            <w:pPr>
              <w:spacing w:after="0"/>
            </w:pPr>
            <w:r>
              <w:rPr>
                <w:sz w:val="16"/>
              </w:rPr>
              <w:t>[ ]</w:t>
            </w:r>
          </w:p>
        </w:tc>
      </w:tr>
      <w:tr w:rsidR="00D140EC" w14:paraId="7808301F" w14:textId="77777777">
        <w:trPr>
          <w:cantSplit/>
          <w:jc w:val="center"/>
        </w:trPr>
        <w:tc>
          <w:tcPr>
            <w:tcW w:w="4464" w:type="dxa"/>
            <w:tcMar>
              <w:top w:w="80" w:type="dxa"/>
              <w:left w:w="90" w:type="dxa"/>
              <w:bottom w:w="80" w:type="dxa"/>
              <w:right w:w="90" w:type="dxa"/>
            </w:tcMar>
            <w:vAlign w:val="center"/>
          </w:tcPr>
          <w:p w14:paraId="2E10EFCF" w14:textId="77777777" w:rsidR="00D140EC" w:rsidRDefault="00000000">
            <w:pPr>
              <w:spacing w:after="0"/>
            </w:pPr>
            <w:r>
              <w:rPr>
                <w:sz w:val="16"/>
              </w:rPr>
              <w:t>Included vs billable support</w:t>
            </w:r>
          </w:p>
        </w:tc>
        <w:tc>
          <w:tcPr>
            <w:tcW w:w="6768" w:type="dxa"/>
            <w:tcMar>
              <w:top w:w="80" w:type="dxa"/>
              <w:left w:w="90" w:type="dxa"/>
              <w:bottom w:w="80" w:type="dxa"/>
              <w:right w:w="90" w:type="dxa"/>
            </w:tcMar>
            <w:vAlign w:val="center"/>
          </w:tcPr>
          <w:p w14:paraId="5ACCA5F9" w14:textId="77777777" w:rsidR="00D140EC" w:rsidRDefault="00000000">
            <w:pPr>
              <w:spacing w:after="0"/>
            </w:pPr>
            <w:r>
              <w:rPr>
                <w:sz w:val="16"/>
              </w:rPr>
              <w:t>[ ]</w:t>
            </w:r>
          </w:p>
        </w:tc>
      </w:tr>
    </w:tbl>
    <w:p w14:paraId="6D2B2054" w14:textId="77777777" w:rsidR="00D140EC" w:rsidRDefault="00D140EC">
      <w:pPr>
        <w:spacing w:after="20"/>
      </w:pPr>
    </w:p>
    <w:p w14:paraId="2A841527" w14:textId="77777777" w:rsidR="00D140EC" w:rsidRDefault="00000000">
      <w:pPr>
        <w:pStyle w:val="Heading1"/>
      </w:pPr>
      <w:r>
        <w:lastRenderedPageBreak/>
        <w:t>26. Scalability and Future Capabilities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28"/>
        <w:gridCol w:w="2596"/>
        <w:gridCol w:w="3490"/>
      </w:tblGrid>
      <w:tr w:rsidR="00D140EC" w14:paraId="651C6DCF" w14:textId="77777777">
        <w:trPr>
          <w:cantSplit/>
          <w:tblHeader/>
          <w:jc w:val="center"/>
        </w:trPr>
        <w:tc>
          <w:tcPr>
            <w:tcW w:w="4608" w:type="dxa"/>
            <w:shd w:val="clear" w:color="auto" w:fill="202333"/>
            <w:tcMar>
              <w:top w:w="80" w:type="dxa"/>
              <w:left w:w="90" w:type="dxa"/>
              <w:bottom w:w="80" w:type="dxa"/>
              <w:right w:w="90" w:type="dxa"/>
            </w:tcMar>
          </w:tcPr>
          <w:p w14:paraId="282C3C88"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441AEC32"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57E41C3E" w14:textId="77777777" w:rsidR="00D140EC" w:rsidRDefault="00000000">
            <w:pPr>
              <w:spacing w:after="0"/>
            </w:pPr>
            <w:r>
              <w:rPr>
                <w:b/>
                <w:color w:val="FFFFFF"/>
                <w:sz w:val="15"/>
              </w:rPr>
              <w:t>Vendor Response</w:t>
            </w:r>
          </w:p>
        </w:tc>
      </w:tr>
      <w:tr w:rsidR="00D140EC" w14:paraId="2FD1F5A4" w14:textId="77777777">
        <w:trPr>
          <w:cantSplit/>
          <w:jc w:val="center"/>
        </w:trPr>
        <w:tc>
          <w:tcPr>
            <w:tcW w:w="4608" w:type="dxa"/>
            <w:tcMar>
              <w:top w:w="80" w:type="dxa"/>
              <w:left w:w="90" w:type="dxa"/>
              <w:bottom w:w="80" w:type="dxa"/>
              <w:right w:w="90" w:type="dxa"/>
            </w:tcMar>
            <w:vAlign w:val="center"/>
          </w:tcPr>
          <w:p w14:paraId="0EAD7EA3" w14:textId="77777777" w:rsidR="00D140EC" w:rsidRDefault="00000000">
            <w:pPr>
              <w:spacing w:after="0"/>
            </w:pPr>
            <w:r>
              <w:rPr>
                <w:sz w:val="15"/>
              </w:rPr>
              <w:t>Describe ability to add gates, homes/units, users and controlled areas.</w:t>
            </w:r>
          </w:p>
        </w:tc>
        <w:tc>
          <w:tcPr>
            <w:tcW w:w="2880" w:type="dxa"/>
            <w:tcMar>
              <w:top w:w="80" w:type="dxa"/>
              <w:left w:w="90" w:type="dxa"/>
              <w:bottom w:w="80" w:type="dxa"/>
              <w:right w:w="90" w:type="dxa"/>
            </w:tcMar>
            <w:vAlign w:val="center"/>
          </w:tcPr>
          <w:p w14:paraId="30DFDDE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751951B" w14:textId="77777777" w:rsidR="00D140EC" w:rsidRDefault="00000000">
            <w:pPr>
              <w:spacing w:after="0"/>
            </w:pPr>
            <w:r>
              <w:rPr>
                <w:sz w:val="15"/>
              </w:rPr>
              <w:t>[VENDOR RESPONSE]</w:t>
            </w:r>
          </w:p>
        </w:tc>
      </w:tr>
      <w:tr w:rsidR="00D140EC" w14:paraId="02998D77" w14:textId="77777777">
        <w:trPr>
          <w:cantSplit/>
          <w:jc w:val="center"/>
        </w:trPr>
        <w:tc>
          <w:tcPr>
            <w:tcW w:w="4608" w:type="dxa"/>
            <w:tcMar>
              <w:top w:w="80" w:type="dxa"/>
              <w:left w:w="90" w:type="dxa"/>
              <w:bottom w:w="80" w:type="dxa"/>
              <w:right w:w="90" w:type="dxa"/>
            </w:tcMar>
            <w:vAlign w:val="center"/>
          </w:tcPr>
          <w:p w14:paraId="24C95D56" w14:textId="77777777" w:rsidR="00D140EC" w:rsidRDefault="00000000">
            <w:pPr>
              <w:spacing w:after="0"/>
            </w:pPr>
            <w:r>
              <w:rPr>
                <w:sz w:val="15"/>
              </w:rPr>
              <w:t>Describe expansion to amenities, pedestrian doors and community facilities.</w:t>
            </w:r>
          </w:p>
        </w:tc>
        <w:tc>
          <w:tcPr>
            <w:tcW w:w="2880" w:type="dxa"/>
            <w:tcMar>
              <w:top w:w="80" w:type="dxa"/>
              <w:left w:w="90" w:type="dxa"/>
              <w:bottom w:w="80" w:type="dxa"/>
              <w:right w:w="90" w:type="dxa"/>
            </w:tcMar>
            <w:vAlign w:val="center"/>
          </w:tcPr>
          <w:p w14:paraId="5C0E6E07"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09FEED1" w14:textId="77777777" w:rsidR="00D140EC" w:rsidRDefault="00000000">
            <w:pPr>
              <w:spacing w:after="0"/>
            </w:pPr>
            <w:r>
              <w:rPr>
                <w:sz w:val="15"/>
              </w:rPr>
              <w:t>[VENDOR RESPONSE]</w:t>
            </w:r>
          </w:p>
        </w:tc>
      </w:tr>
      <w:tr w:rsidR="00D140EC" w14:paraId="0985B704" w14:textId="77777777">
        <w:trPr>
          <w:cantSplit/>
          <w:jc w:val="center"/>
        </w:trPr>
        <w:tc>
          <w:tcPr>
            <w:tcW w:w="4608" w:type="dxa"/>
            <w:tcMar>
              <w:top w:w="80" w:type="dxa"/>
              <w:left w:w="90" w:type="dxa"/>
              <w:bottom w:w="80" w:type="dxa"/>
              <w:right w:w="90" w:type="dxa"/>
            </w:tcMar>
            <w:vAlign w:val="center"/>
          </w:tcPr>
          <w:p w14:paraId="57D4B0EC" w14:textId="77777777" w:rsidR="00D140EC" w:rsidRDefault="00000000">
            <w:pPr>
              <w:spacing w:after="0"/>
            </w:pPr>
            <w:r>
              <w:rPr>
                <w:sz w:val="15"/>
              </w:rPr>
              <w:t>Describe future LPR, intercom, kiosk or remote-assistance options.</w:t>
            </w:r>
          </w:p>
        </w:tc>
        <w:tc>
          <w:tcPr>
            <w:tcW w:w="2880" w:type="dxa"/>
            <w:tcMar>
              <w:top w:w="80" w:type="dxa"/>
              <w:left w:w="90" w:type="dxa"/>
              <w:bottom w:w="80" w:type="dxa"/>
              <w:right w:w="90" w:type="dxa"/>
            </w:tcMar>
            <w:vAlign w:val="center"/>
          </w:tcPr>
          <w:p w14:paraId="15942B66"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051B47B" w14:textId="77777777" w:rsidR="00D140EC" w:rsidRDefault="00000000">
            <w:pPr>
              <w:spacing w:after="0"/>
            </w:pPr>
            <w:r>
              <w:rPr>
                <w:sz w:val="15"/>
              </w:rPr>
              <w:t>[VENDOR RESPONSE]</w:t>
            </w:r>
          </w:p>
        </w:tc>
      </w:tr>
      <w:tr w:rsidR="00D140EC" w14:paraId="35E229F6" w14:textId="77777777">
        <w:trPr>
          <w:cantSplit/>
          <w:jc w:val="center"/>
        </w:trPr>
        <w:tc>
          <w:tcPr>
            <w:tcW w:w="4608" w:type="dxa"/>
            <w:tcMar>
              <w:top w:w="80" w:type="dxa"/>
              <w:left w:w="90" w:type="dxa"/>
              <w:bottom w:w="80" w:type="dxa"/>
              <w:right w:w="90" w:type="dxa"/>
            </w:tcMar>
            <w:vAlign w:val="center"/>
          </w:tcPr>
          <w:p w14:paraId="69CAD052" w14:textId="77777777" w:rsidR="00D140EC" w:rsidRDefault="00000000">
            <w:pPr>
              <w:spacing w:after="0"/>
            </w:pPr>
            <w:r>
              <w:rPr>
                <w:sz w:val="15"/>
              </w:rPr>
              <w:t>Describe API / integration extensibility.</w:t>
            </w:r>
          </w:p>
        </w:tc>
        <w:tc>
          <w:tcPr>
            <w:tcW w:w="2880" w:type="dxa"/>
            <w:tcMar>
              <w:top w:w="80" w:type="dxa"/>
              <w:left w:w="90" w:type="dxa"/>
              <w:bottom w:w="80" w:type="dxa"/>
              <w:right w:w="90" w:type="dxa"/>
            </w:tcMar>
            <w:vAlign w:val="center"/>
          </w:tcPr>
          <w:p w14:paraId="24A6B8A6"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B06907F" w14:textId="77777777" w:rsidR="00D140EC" w:rsidRDefault="00000000">
            <w:pPr>
              <w:spacing w:after="0"/>
            </w:pPr>
            <w:r>
              <w:rPr>
                <w:sz w:val="15"/>
              </w:rPr>
              <w:t>[VENDOR RESPONSE]</w:t>
            </w:r>
          </w:p>
        </w:tc>
      </w:tr>
      <w:tr w:rsidR="00D140EC" w14:paraId="0720AD52" w14:textId="77777777">
        <w:trPr>
          <w:cantSplit/>
          <w:jc w:val="center"/>
        </w:trPr>
        <w:tc>
          <w:tcPr>
            <w:tcW w:w="4608" w:type="dxa"/>
            <w:tcMar>
              <w:top w:w="80" w:type="dxa"/>
              <w:left w:w="90" w:type="dxa"/>
              <w:bottom w:w="80" w:type="dxa"/>
              <w:right w:w="90" w:type="dxa"/>
            </w:tcMar>
            <w:vAlign w:val="center"/>
          </w:tcPr>
          <w:p w14:paraId="40708355" w14:textId="77777777" w:rsidR="00D140EC" w:rsidRDefault="00000000">
            <w:pPr>
              <w:spacing w:after="0"/>
            </w:pPr>
            <w:r>
              <w:rPr>
                <w:sz w:val="15"/>
              </w:rPr>
              <w:t>Describe hardware lifecycle and upgrade path.</w:t>
            </w:r>
          </w:p>
        </w:tc>
        <w:tc>
          <w:tcPr>
            <w:tcW w:w="2880" w:type="dxa"/>
            <w:tcMar>
              <w:top w:w="80" w:type="dxa"/>
              <w:left w:w="90" w:type="dxa"/>
              <w:bottom w:w="80" w:type="dxa"/>
              <w:right w:w="90" w:type="dxa"/>
            </w:tcMar>
            <w:vAlign w:val="center"/>
          </w:tcPr>
          <w:p w14:paraId="376B19D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22CBFFCA" w14:textId="77777777" w:rsidR="00D140EC" w:rsidRDefault="00000000">
            <w:pPr>
              <w:spacing w:after="0"/>
            </w:pPr>
            <w:r>
              <w:rPr>
                <w:sz w:val="15"/>
              </w:rPr>
              <w:t>[VENDOR RESPONSE]</w:t>
            </w:r>
          </w:p>
        </w:tc>
      </w:tr>
      <w:tr w:rsidR="00D140EC" w14:paraId="228D165C" w14:textId="77777777">
        <w:trPr>
          <w:cantSplit/>
          <w:jc w:val="center"/>
        </w:trPr>
        <w:tc>
          <w:tcPr>
            <w:tcW w:w="4608" w:type="dxa"/>
            <w:tcMar>
              <w:top w:w="80" w:type="dxa"/>
              <w:left w:w="90" w:type="dxa"/>
              <w:bottom w:w="80" w:type="dxa"/>
              <w:right w:w="90" w:type="dxa"/>
            </w:tcMar>
            <w:vAlign w:val="center"/>
          </w:tcPr>
          <w:p w14:paraId="0BA5DA77" w14:textId="77777777" w:rsidR="00D140EC" w:rsidRDefault="00000000">
            <w:pPr>
              <w:spacing w:after="0"/>
            </w:pPr>
            <w:r>
              <w:rPr>
                <w:sz w:val="15"/>
              </w:rPr>
              <w:t>Describe material capacity, licensing or pricing thresholds that could affect growth.</w:t>
            </w:r>
          </w:p>
        </w:tc>
        <w:tc>
          <w:tcPr>
            <w:tcW w:w="2880" w:type="dxa"/>
            <w:tcMar>
              <w:top w:w="80" w:type="dxa"/>
              <w:left w:w="90" w:type="dxa"/>
              <w:bottom w:w="80" w:type="dxa"/>
              <w:right w:w="90" w:type="dxa"/>
            </w:tcMar>
            <w:vAlign w:val="center"/>
          </w:tcPr>
          <w:p w14:paraId="74BAB921"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3A5D2624" w14:textId="77777777" w:rsidR="00D140EC" w:rsidRDefault="00000000">
            <w:pPr>
              <w:spacing w:after="0"/>
            </w:pPr>
            <w:r>
              <w:rPr>
                <w:sz w:val="15"/>
              </w:rPr>
              <w:t>[VENDOR RESPONSE]</w:t>
            </w:r>
          </w:p>
        </w:tc>
      </w:tr>
      <w:tr w:rsidR="00D140EC" w14:paraId="73B8680B" w14:textId="77777777">
        <w:trPr>
          <w:cantSplit/>
          <w:jc w:val="center"/>
        </w:trPr>
        <w:tc>
          <w:tcPr>
            <w:tcW w:w="4608" w:type="dxa"/>
            <w:tcMar>
              <w:top w:w="80" w:type="dxa"/>
              <w:left w:w="90" w:type="dxa"/>
              <w:bottom w:w="80" w:type="dxa"/>
              <w:right w:w="90" w:type="dxa"/>
            </w:tcMar>
            <w:vAlign w:val="center"/>
          </w:tcPr>
          <w:p w14:paraId="199F94C0" w14:textId="77777777" w:rsidR="00D140EC" w:rsidRDefault="00000000">
            <w:pPr>
              <w:spacing w:after="0"/>
            </w:pPr>
            <w:r>
              <w:rPr>
                <w:sz w:val="15"/>
              </w:rPr>
              <w:t>Identify optional capabilities relevant to future phases without including them in base pricing unless requested.</w:t>
            </w:r>
          </w:p>
        </w:tc>
        <w:tc>
          <w:tcPr>
            <w:tcW w:w="2880" w:type="dxa"/>
            <w:tcMar>
              <w:top w:w="80" w:type="dxa"/>
              <w:left w:w="90" w:type="dxa"/>
              <w:bottom w:w="80" w:type="dxa"/>
              <w:right w:w="90" w:type="dxa"/>
            </w:tcMar>
            <w:vAlign w:val="center"/>
          </w:tcPr>
          <w:p w14:paraId="1A1A4E9D"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E468DBC" w14:textId="77777777" w:rsidR="00D140EC" w:rsidRDefault="00000000">
            <w:pPr>
              <w:spacing w:after="0"/>
            </w:pPr>
            <w:r>
              <w:rPr>
                <w:sz w:val="15"/>
              </w:rPr>
              <w:t>[VENDOR RESPONSE]</w:t>
            </w:r>
          </w:p>
        </w:tc>
      </w:tr>
    </w:tbl>
    <w:p w14:paraId="047C6CDB" w14:textId="77777777" w:rsidR="00D140EC" w:rsidRDefault="00D140EC">
      <w:pPr>
        <w:spacing w:after="20"/>
      </w:pPr>
    </w:p>
    <w:p w14:paraId="3468AE9A" w14:textId="77777777" w:rsidR="00D140EC" w:rsidRDefault="00000000">
      <w:pPr>
        <w:pStyle w:val="Heading1"/>
      </w:pPr>
      <w:r>
        <w:t>27. Vendor Qualifications, Delivery Model and References</w:t>
      </w:r>
    </w:p>
    <w:p w14:paraId="2EFF27C2" w14:textId="77777777" w:rsidR="00D140EC" w:rsidRDefault="00000000">
      <w:r>
        <w:t>A proposal may include multiple organizations. Complete the table for every party with a material role.</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2232"/>
        <w:gridCol w:w="2730"/>
        <w:gridCol w:w="3410"/>
        <w:gridCol w:w="1842"/>
      </w:tblGrid>
      <w:tr w:rsidR="00D140EC" w14:paraId="16A18C22" w14:textId="77777777">
        <w:trPr>
          <w:cantSplit/>
          <w:tblHeader/>
          <w:jc w:val="center"/>
        </w:trPr>
        <w:tc>
          <w:tcPr>
            <w:tcW w:w="2448" w:type="dxa"/>
            <w:shd w:val="clear" w:color="auto" w:fill="202333"/>
            <w:tcMar>
              <w:top w:w="80" w:type="dxa"/>
              <w:left w:w="90" w:type="dxa"/>
              <w:bottom w:w="80" w:type="dxa"/>
              <w:right w:w="90" w:type="dxa"/>
            </w:tcMar>
          </w:tcPr>
          <w:p w14:paraId="0DA500D7" w14:textId="77777777" w:rsidR="00D140EC" w:rsidRDefault="00000000">
            <w:pPr>
              <w:spacing w:after="0"/>
            </w:pPr>
            <w:r>
              <w:rPr>
                <w:b/>
                <w:color w:val="FFFFFF"/>
                <w:sz w:val="14"/>
              </w:rPr>
              <w:t>Role</w:t>
            </w:r>
          </w:p>
        </w:tc>
        <w:tc>
          <w:tcPr>
            <w:tcW w:w="3024" w:type="dxa"/>
            <w:shd w:val="clear" w:color="auto" w:fill="202333"/>
            <w:tcMar>
              <w:top w:w="80" w:type="dxa"/>
              <w:left w:w="90" w:type="dxa"/>
              <w:bottom w:w="80" w:type="dxa"/>
              <w:right w:w="90" w:type="dxa"/>
            </w:tcMar>
          </w:tcPr>
          <w:p w14:paraId="0E1DF6E6" w14:textId="77777777" w:rsidR="00D140EC" w:rsidRDefault="00000000">
            <w:pPr>
              <w:spacing w:after="0"/>
            </w:pPr>
            <w:r>
              <w:rPr>
                <w:b/>
                <w:color w:val="FFFFFF"/>
                <w:sz w:val="14"/>
              </w:rPr>
              <w:t>Company / Legal Entity</w:t>
            </w:r>
          </w:p>
        </w:tc>
        <w:tc>
          <w:tcPr>
            <w:tcW w:w="3744" w:type="dxa"/>
            <w:shd w:val="clear" w:color="auto" w:fill="202333"/>
            <w:tcMar>
              <w:top w:w="80" w:type="dxa"/>
              <w:left w:w="90" w:type="dxa"/>
              <w:bottom w:w="80" w:type="dxa"/>
              <w:right w:w="90" w:type="dxa"/>
            </w:tcMar>
          </w:tcPr>
          <w:p w14:paraId="2E959146" w14:textId="77777777" w:rsidR="00D140EC" w:rsidRDefault="00000000">
            <w:pPr>
              <w:spacing w:after="0"/>
            </w:pPr>
            <w:r>
              <w:rPr>
                <w:b/>
                <w:color w:val="FFFFFF"/>
                <w:sz w:val="14"/>
              </w:rPr>
              <w:t>Responsibilities</w:t>
            </w:r>
          </w:p>
        </w:tc>
        <w:tc>
          <w:tcPr>
            <w:tcW w:w="2016" w:type="dxa"/>
            <w:shd w:val="clear" w:color="auto" w:fill="202333"/>
            <w:tcMar>
              <w:top w:w="80" w:type="dxa"/>
              <w:left w:w="90" w:type="dxa"/>
              <w:bottom w:w="80" w:type="dxa"/>
              <w:right w:w="90" w:type="dxa"/>
            </w:tcMar>
          </w:tcPr>
          <w:p w14:paraId="3AF2FB5A" w14:textId="77777777" w:rsidR="00D140EC" w:rsidRDefault="00000000">
            <w:pPr>
              <w:spacing w:after="0"/>
            </w:pPr>
            <w:r>
              <w:rPr>
                <w:b/>
                <w:color w:val="FFFFFF"/>
                <w:sz w:val="14"/>
              </w:rPr>
              <w:t>Primary Contact</w:t>
            </w:r>
          </w:p>
        </w:tc>
      </w:tr>
      <w:tr w:rsidR="00D140EC" w14:paraId="5E3A309A" w14:textId="77777777">
        <w:trPr>
          <w:cantSplit/>
          <w:jc w:val="center"/>
        </w:trPr>
        <w:tc>
          <w:tcPr>
            <w:tcW w:w="2448" w:type="dxa"/>
            <w:tcMar>
              <w:top w:w="80" w:type="dxa"/>
              <w:left w:w="90" w:type="dxa"/>
              <w:bottom w:w="80" w:type="dxa"/>
              <w:right w:w="90" w:type="dxa"/>
            </w:tcMar>
            <w:vAlign w:val="center"/>
          </w:tcPr>
          <w:p w14:paraId="4E899F0F" w14:textId="77777777" w:rsidR="00D140EC" w:rsidRDefault="00000000">
            <w:pPr>
              <w:spacing w:after="0"/>
            </w:pPr>
            <w:r>
              <w:rPr>
                <w:sz w:val="14"/>
              </w:rPr>
              <w:t>Software / platform provider</w:t>
            </w:r>
          </w:p>
        </w:tc>
        <w:tc>
          <w:tcPr>
            <w:tcW w:w="3024" w:type="dxa"/>
            <w:tcMar>
              <w:top w:w="80" w:type="dxa"/>
              <w:left w:w="90" w:type="dxa"/>
              <w:bottom w:w="80" w:type="dxa"/>
              <w:right w:w="90" w:type="dxa"/>
            </w:tcMar>
            <w:vAlign w:val="center"/>
          </w:tcPr>
          <w:p w14:paraId="10A7F0D2" w14:textId="77777777" w:rsidR="00D140EC" w:rsidRDefault="00000000">
            <w:pPr>
              <w:spacing w:after="0"/>
            </w:pPr>
            <w:r>
              <w:rPr>
                <w:sz w:val="14"/>
              </w:rPr>
              <w:t>[ ]</w:t>
            </w:r>
          </w:p>
        </w:tc>
        <w:tc>
          <w:tcPr>
            <w:tcW w:w="3744" w:type="dxa"/>
            <w:tcMar>
              <w:top w:w="80" w:type="dxa"/>
              <w:left w:w="90" w:type="dxa"/>
              <w:bottom w:w="80" w:type="dxa"/>
              <w:right w:w="90" w:type="dxa"/>
            </w:tcMar>
            <w:vAlign w:val="center"/>
          </w:tcPr>
          <w:p w14:paraId="15CE711F" w14:textId="77777777" w:rsidR="00D140EC" w:rsidRDefault="00000000">
            <w:pPr>
              <w:spacing w:after="0"/>
            </w:pPr>
            <w:r>
              <w:rPr>
                <w:sz w:val="14"/>
              </w:rPr>
              <w:t>[ ]</w:t>
            </w:r>
          </w:p>
        </w:tc>
        <w:tc>
          <w:tcPr>
            <w:tcW w:w="2016" w:type="dxa"/>
            <w:tcMar>
              <w:top w:w="80" w:type="dxa"/>
              <w:left w:w="90" w:type="dxa"/>
              <w:bottom w:w="80" w:type="dxa"/>
              <w:right w:w="90" w:type="dxa"/>
            </w:tcMar>
            <w:vAlign w:val="center"/>
          </w:tcPr>
          <w:p w14:paraId="2BD67B05" w14:textId="77777777" w:rsidR="00D140EC" w:rsidRDefault="00000000">
            <w:pPr>
              <w:spacing w:after="0"/>
            </w:pPr>
            <w:r>
              <w:rPr>
                <w:sz w:val="14"/>
              </w:rPr>
              <w:t>[ ]</w:t>
            </w:r>
          </w:p>
        </w:tc>
      </w:tr>
      <w:tr w:rsidR="00D140EC" w14:paraId="28A2B392" w14:textId="77777777">
        <w:trPr>
          <w:cantSplit/>
          <w:jc w:val="center"/>
        </w:trPr>
        <w:tc>
          <w:tcPr>
            <w:tcW w:w="2448" w:type="dxa"/>
            <w:tcMar>
              <w:top w:w="80" w:type="dxa"/>
              <w:left w:w="90" w:type="dxa"/>
              <w:bottom w:w="80" w:type="dxa"/>
              <w:right w:w="90" w:type="dxa"/>
            </w:tcMar>
            <w:vAlign w:val="center"/>
          </w:tcPr>
          <w:p w14:paraId="79677037" w14:textId="77777777" w:rsidR="00D140EC" w:rsidRDefault="00000000">
            <w:pPr>
              <w:spacing w:after="0"/>
            </w:pPr>
            <w:r>
              <w:rPr>
                <w:sz w:val="14"/>
              </w:rPr>
              <w:t>Systems integrator / dealer</w:t>
            </w:r>
          </w:p>
        </w:tc>
        <w:tc>
          <w:tcPr>
            <w:tcW w:w="3024" w:type="dxa"/>
            <w:tcMar>
              <w:top w:w="80" w:type="dxa"/>
              <w:left w:w="90" w:type="dxa"/>
              <w:bottom w:w="80" w:type="dxa"/>
              <w:right w:w="90" w:type="dxa"/>
            </w:tcMar>
            <w:vAlign w:val="center"/>
          </w:tcPr>
          <w:p w14:paraId="1048D9E1" w14:textId="77777777" w:rsidR="00D140EC" w:rsidRDefault="00000000">
            <w:pPr>
              <w:spacing w:after="0"/>
            </w:pPr>
            <w:r>
              <w:rPr>
                <w:sz w:val="14"/>
              </w:rPr>
              <w:t>[ ]</w:t>
            </w:r>
          </w:p>
        </w:tc>
        <w:tc>
          <w:tcPr>
            <w:tcW w:w="3744" w:type="dxa"/>
            <w:tcMar>
              <w:top w:w="80" w:type="dxa"/>
              <w:left w:w="90" w:type="dxa"/>
              <w:bottom w:w="80" w:type="dxa"/>
              <w:right w:w="90" w:type="dxa"/>
            </w:tcMar>
            <w:vAlign w:val="center"/>
          </w:tcPr>
          <w:p w14:paraId="55DB55CB" w14:textId="77777777" w:rsidR="00D140EC" w:rsidRDefault="00000000">
            <w:pPr>
              <w:spacing w:after="0"/>
            </w:pPr>
            <w:r>
              <w:rPr>
                <w:sz w:val="14"/>
              </w:rPr>
              <w:t>[ ]</w:t>
            </w:r>
          </w:p>
        </w:tc>
        <w:tc>
          <w:tcPr>
            <w:tcW w:w="2016" w:type="dxa"/>
            <w:tcMar>
              <w:top w:w="80" w:type="dxa"/>
              <w:left w:w="90" w:type="dxa"/>
              <w:bottom w:w="80" w:type="dxa"/>
              <w:right w:w="90" w:type="dxa"/>
            </w:tcMar>
            <w:vAlign w:val="center"/>
          </w:tcPr>
          <w:p w14:paraId="5A772A68" w14:textId="77777777" w:rsidR="00D140EC" w:rsidRDefault="00000000">
            <w:pPr>
              <w:spacing w:after="0"/>
            </w:pPr>
            <w:r>
              <w:rPr>
                <w:sz w:val="14"/>
              </w:rPr>
              <w:t>[ ]</w:t>
            </w:r>
          </w:p>
        </w:tc>
      </w:tr>
      <w:tr w:rsidR="00D140EC" w14:paraId="69DFF4D8" w14:textId="77777777">
        <w:trPr>
          <w:cantSplit/>
          <w:jc w:val="center"/>
        </w:trPr>
        <w:tc>
          <w:tcPr>
            <w:tcW w:w="2448" w:type="dxa"/>
            <w:tcMar>
              <w:top w:w="80" w:type="dxa"/>
              <w:left w:w="90" w:type="dxa"/>
              <w:bottom w:w="80" w:type="dxa"/>
              <w:right w:w="90" w:type="dxa"/>
            </w:tcMar>
            <w:vAlign w:val="center"/>
          </w:tcPr>
          <w:p w14:paraId="04CFAF13" w14:textId="77777777" w:rsidR="00D140EC" w:rsidRDefault="00000000">
            <w:pPr>
              <w:spacing w:after="0"/>
            </w:pPr>
            <w:r>
              <w:rPr>
                <w:sz w:val="14"/>
              </w:rPr>
              <w:t>Low-voltage contractor</w:t>
            </w:r>
          </w:p>
        </w:tc>
        <w:tc>
          <w:tcPr>
            <w:tcW w:w="3024" w:type="dxa"/>
            <w:tcMar>
              <w:top w:w="80" w:type="dxa"/>
              <w:left w:w="90" w:type="dxa"/>
              <w:bottom w:w="80" w:type="dxa"/>
              <w:right w:w="90" w:type="dxa"/>
            </w:tcMar>
            <w:vAlign w:val="center"/>
          </w:tcPr>
          <w:p w14:paraId="2E7C26DF" w14:textId="77777777" w:rsidR="00D140EC" w:rsidRDefault="00000000">
            <w:pPr>
              <w:spacing w:after="0"/>
            </w:pPr>
            <w:r>
              <w:rPr>
                <w:sz w:val="14"/>
              </w:rPr>
              <w:t>[ ]</w:t>
            </w:r>
          </w:p>
        </w:tc>
        <w:tc>
          <w:tcPr>
            <w:tcW w:w="3744" w:type="dxa"/>
            <w:tcMar>
              <w:top w:w="80" w:type="dxa"/>
              <w:left w:w="90" w:type="dxa"/>
              <w:bottom w:w="80" w:type="dxa"/>
              <w:right w:w="90" w:type="dxa"/>
            </w:tcMar>
            <w:vAlign w:val="center"/>
          </w:tcPr>
          <w:p w14:paraId="6BEC10FA" w14:textId="77777777" w:rsidR="00D140EC" w:rsidRDefault="00000000">
            <w:pPr>
              <w:spacing w:after="0"/>
            </w:pPr>
            <w:r>
              <w:rPr>
                <w:sz w:val="14"/>
              </w:rPr>
              <w:t>[ ]</w:t>
            </w:r>
          </w:p>
        </w:tc>
        <w:tc>
          <w:tcPr>
            <w:tcW w:w="2016" w:type="dxa"/>
            <w:tcMar>
              <w:top w:w="80" w:type="dxa"/>
              <w:left w:w="90" w:type="dxa"/>
              <w:bottom w:w="80" w:type="dxa"/>
              <w:right w:w="90" w:type="dxa"/>
            </w:tcMar>
            <w:vAlign w:val="center"/>
          </w:tcPr>
          <w:p w14:paraId="5A542A19" w14:textId="77777777" w:rsidR="00D140EC" w:rsidRDefault="00000000">
            <w:pPr>
              <w:spacing w:after="0"/>
            </w:pPr>
            <w:r>
              <w:rPr>
                <w:sz w:val="14"/>
              </w:rPr>
              <w:t>[ ]</w:t>
            </w:r>
          </w:p>
        </w:tc>
      </w:tr>
      <w:tr w:rsidR="00D140EC" w14:paraId="58FD5F1E" w14:textId="77777777">
        <w:trPr>
          <w:cantSplit/>
          <w:jc w:val="center"/>
        </w:trPr>
        <w:tc>
          <w:tcPr>
            <w:tcW w:w="2448" w:type="dxa"/>
            <w:tcMar>
              <w:top w:w="80" w:type="dxa"/>
              <w:left w:w="90" w:type="dxa"/>
              <w:bottom w:w="80" w:type="dxa"/>
              <w:right w:w="90" w:type="dxa"/>
            </w:tcMar>
            <w:vAlign w:val="center"/>
          </w:tcPr>
          <w:p w14:paraId="4FC0F4A9" w14:textId="77777777" w:rsidR="00D140EC" w:rsidRDefault="00000000">
            <w:pPr>
              <w:spacing w:after="0"/>
            </w:pPr>
            <w:r>
              <w:rPr>
                <w:sz w:val="14"/>
              </w:rPr>
              <w:t>Gate company</w:t>
            </w:r>
          </w:p>
        </w:tc>
        <w:tc>
          <w:tcPr>
            <w:tcW w:w="3024" w:type="dxa"/>
            <w:tcMar>
              <w:top w:w="80" w:type="dxa"/>
              <w:left w:w="90" w:type="dxa"/>
              <w:bottom w:w="80" w:type="dxa"/>
              <w:right w:w="90" w:type="dxa"/>
            </w:tcMar>
            <w:vAlign w:val="center"/>
          </w:tcPr>
          <w:p w14:paraId="3876CA57" w14:textId="77777777" w:rsidR="00D140EC" w:rsidRDefault="00000000">
            <w:pPr>
              <w:spacing w:after="0"/>
            </w:pPr>
            <w:r>
              <w:rPr>
                <w:sz w:val="14"/>
              </w:rPr>
              <w:t>[ ]</w:t>
            </w:r>
          </w:p>
        </w:tc>
        <w:tc>
          <w:tcPr>
            <w:tcW w:w="3744" w:type="dxa"/>
            <w:tcMar>
              <w:top w:w="80" w:type="dxa"/>
              <w:left w:w="90" w:type="dxa"/>
              <w:bottom w:w="80" w:type="dxa"/>
              <w:right w:w="90" w:type="dxa"/>
            </w:tcMar>
            <w:vAlign w:val="center"/>
          </w:tcPr>
          <w:p w14:paraId="403D485E" w14:textId="77777777" w:rsidR="00D140EC" w:rsidRDefault="00000000">
            <w:pPr>
              <w:spacing w:after="0"/>
            </w:pPr>
            <w:r>
              <w:rPr>
                <w:sz w:val="14"/>
              </w:rPr>
              <w:t>[ ]</w:t>
            </w:r>
          </w:p>
        </w:tc>
        <w:tc>
          <w:tcPr>
            <w:tcW w:w="2016" w:type="dxa"/>
            <w:tcMar>
              <w:top w:w="80" w:type="dxa"/>
              <w:left w:w="90" w:type="dxa"/>
              <w:bottom w:w="80" w:type="dxa"/>
              <w:right w:w="90" w:type="dxa"/>
            </w:tcMar>
            <w:vAlign w:val="center"/>
          </w:tcPr>
          <w:p w14:paraId="0A0E130C" w14:textId="77777777" w:rsidR="00D140EC" w:rsidRDefault="00000000">
            <w:pPr>
              <w:spacing w:after="0"/>
            </w:pPr>
            <w:r>
              <w:rPr>
                <w:sz w:val="14"/>
              </w:rPr>
              <w:t>[ ]</w:t>
            </w:r>
          </w:p>
        </w:tc>
      </w:tr>
      <w:tr w:rsidR="00D140EC" w14:paraId="71C865C2" w14:textId="77777777">
        <w:trPr>
          <w:cantSplit/>
          <w:jc w:val="center"/>
        </w:trPr>
        <w:tc>
          <w:tcPr>
            <w:tcW w:w="2448" w:type="dxa"/>
            <w:tcMar>
              <w:top w:w="80" w:type="dxa"/>
              <w:left w:w="90" w:type="dxa"/>
              <w:bottom w:w="80" w:type="dxa"/>
              <w:right w:w="90" w:type="dxa"/>
            </w:tcMar>
            <w:vAlign w:val="center"/>
          </w:tcPr>
          <w:p w14:paraId="0B36DEBD" w14:textId="77777777" w:rsidR="00D140EC" w:rsidRDefault="00000000">
            <w:pPr>
              <w:spacing w:after="0"/>
            </w:pPr>
            <w:r>
              <w:rPr>
                <w:sz w:val="14"/>
              </w:rPr>
              <w:t>LPR / hardware provider</w:t>
            </w:r>
          </w:p>
        </w:tc>
        <w:tc>
          <w:tcPr>
            <w:tcW w:w="3024" w:type="dxa"/>
            <w:tcMar>
              <w:top w:w="80" w:type="dxa"/>
              <w:left w:w="90" w:type="dxa"/>
              <w:bottom w:w="80" w:type="dxa"/>
              <w:right w:w="90" w:type="dxa"/>
            </w:tcMar>
            <w:vAlign w:val="center"/>
          </w:tcPr>
          <w:p w14:paraId="530BAE28" w14:textId="77777777" w:rsidR="00D140EC" w:rsidRDefault="00000000">
            <w:pPr>
              <w:spacing w:after="0"/>
            </w:pPr>
            <w:r>
              <w:rPr>
                <w:sz w:val="14"/>
              </w:rPr>
              <w:t>[ ]</w:t>
            </w:r>
          </w:p>
        </w:tc>
        <w:tc>
          <w:tcPr>
            <w:tcW w:w="3744" w:type="dxa"/>
            <w:tcMar>
              <w:top w:w="80" w:type="dxa"/>
              <w:left w:w="90" w:type="dxa"/>
              <w:bottom w:w="80" w:type="dxa"/>
              <w:right w:w="90" w:type="dxa"/>
            </w:tcMar>
            <w:vAlign w:val="center"/>
          </w:tcPr>
          <w:p w14:paraId="022528E6" w14:textId="77777777" w:rsidR="00D140EC" w:rsidRDefault="00000000">
            <w:pPr>
              <w:spacing w:after="0"/>
            </w:pPr>
            <w:r>
              <w:rPr>
                <w:sz w:val="14"/>
              </w:rPr>
              <w:t>[ ]</w:t>
            </w:r>
          </w:p>
        </w:tc>
        <w:tc>
          <w:tcPr>
            <w:tcW w:w="2016" w:type="dxa"/>
            <w:tcMar>
              <w:top w:w="80" w:type="dxa"/>
              <w:left w:w="90" w:type="dxa"/>
              <w:bottom w:w="80" w:type="dxa"/>
              <w:right w:w="90" w:type="dxa"/>
            </w:tcMar>
            <w:vAlign w:val="center"/>
          </w:tcPr>
          <w:p w14:paraId="669EB666" w14:textId="77777777" w:rsidR="00D140EC" w:rsidRDefault="00000000">
            <w:pPr>
              <w:spacing w:after="0"/>
            </w:pPr>
            <w:r>
              <w:rPr>
                <w:sz w:val="14"/>
              </w:rPr>
              <w:t>[ ]</w:t>
            </w:r>
          </w:p>
        </w:tc>
      </w:tr>
      <w:tr w:rsidR="00D140EC" w14:paraId="1EC56177" w14:textId="77777777">
        <w:trPr>
          <w:cantSplit/>
          <w:jc w:val="center"/>
        </w:trPr>
        <w:tc>
          <w:tcPr>
            <w:tcW w:w="2448" w:type="dxa"/>
            <w:tcMar>
              <w:top w:w="80" w:type="dxa"/>
              <w:left w:w="90" w:type="dxa"/>
              <w:bottom w:w="80" w:type="dxa"/>
              <w:right w:w="90" w:type="dxa"/>
            </w:tcMar>
            <w:vAlign w:val="center"/>
          </w:tcPr>
          <w:p w14:paraId="2FF4BA3D" w14:textId="77777777" w:rsidR="00D140EC" w:rsidRDefault="00000000">
            <w:pPr>
              <w:spacing w:after="0"/>
            </w:pPr>
            <w:r>
              <w:rPr>
                <w:sz w:val="14"/>
              </w:rPr>
              <w:t>Other</w:t>
            </w:r>
          </w:p>
        </w:tc>
        <w:tc>
          <w:tcPr>
            <w:tcW w:w="3024" w:type="dxa"/>
            <w:tcMar>
              <w:top w:w="80" w:type="dxa"/>
              <w:left w:w="90" w:type="dxa"/>
              <w:bottom w:w="80" w:type="dxa"/>
              <w:right w:w="90" w:type="dxa"/>
            </w:tcMar>
            <w:vAlign w:val="center"/>
          </w:tcPr>
          <w:p w14:paraId="5A998C40" w14:textId="77777777" w:rsidR="00D140EC" w:rsidRDefault="00000000">
            <w:pPr>
              <w:spacing w:after="0"/>
            </w:pPr>
            <w:r>
              <w:rPr>
                <w:sz w:val="14"/>
              </w:rPr>
              <w:t>[ ]</w:t>
            </w:r>
          </w:p>
        </w:tc>
        <w:tc>
          <w:tcPr>
            <w:tcW w:w="3744" w:type="dxa"/>
            <w:tcMar>
              <w:top w:w="80" w:type="dxa"/>
              <w:left w:w="90" w:type="dxa"/>
              <w:bottom w:w="80" w:type="dxa"/>
              <w:right w:w="90" w:type="dxa"/>
            </w:tcMar>
            <w:vAlign w:val="center"/>
          </w:tcPr>
          <w:p w14:paraId="4FA66823" w14:textId="77777777" w:rsidR="00D140EC" w:rsidRDefault="00000000">
            <w:pPr>
              <w:spacing w:after="0"/>
            </w:pPr>
            <w:r>
              <w:rPr>
                <w:sz w:val="14"/>
              </w:rPr>
              <w:t>[ ]</w:t>
            </w:r>
          </w:p>
        </w:tc>
        <w:tc>
          <w:tcPr>
            <w:tcW w:w="2016" w:type="dxa"/>
            <w:tcMar>
              <w:top w:w="80" w:type="dxa"/>
              <w:left w:w="90" w:type="dxa"/>
              <w:bottom w:w="80" w:type="dxa"/>
              <w:right w:w="90" w:type="dxa"/>
            </w:tcMar>
            <w:vAlign w:val="center"/>
          </w:tcPr>
          <w:p w14:paraId="3DF5EE57" w14:textId="77777777" w:rsidR="00D140EC" w:rsidRDefault="00000000">
            <w:pPr>
              <w:spacing w:after="0"/>
            </w:pPr>
            <w:r>
              <w:rPr>
                <w:sz w:val="14"/>
              </w:rPr>
              <w:t>[ ]</w:t>
            </w:r>
          </w:p>
        </w:tc>
      </w:tr>
    </w:tbl>
    <w:p w14:paraId="1538CE40" w14:textId="77777777" w:rsidR="00D140EC" w:rsidRDefault="00D140EC">
      <w:pPr>
        <w:spacing w:after="20"/>
      </w:pP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166"/>
        <w:gridCol w:w="2580"/>
        <w:gridCol w:w="3468"/>
      </w:tblGrid>
      <w:tr w:rsidR="00D140EC" w14:paraId="47F97288" w14:textId="77777777">
        <w:trPr>
          <w:cantSplit/>
          <w:tblHeader/>
          <w:jc w:val="center"/>
        </w:trPr>
        <w:tc>
          <w:tcPr>
            <w:tcW w:w="4608" w:type="dxa"/>
            <w:shd w:val="clear" w:color="auto" w:fill="202333"/>
            <w:tcMar>
              <w:top w:w="80" w:type="dxa"/>
              <w:left w:w="90" w:type="dxa"/>
              <w:bottom w:w="80" w:type="dxa"/>
              <w:right w:w="90" w:type="dxa"/>
            </w:tcMar>
          </w:tcPr>
          <w:p w14:paraId="3F4D33AF" w14:textId="77777777" w:rsidR="00D140EC" w:rsidRDefault="00000000">
            <w:pPr>
              <w:spacing w:after="0"/>
            </w:pPr>
            <w:r>
              <w:rPr>
                <w:b/>
                <w:color w:val="FFFFFF"/>
                <w:sz w:val="15"/>
              </w:rPr>
              <w:t>Requirement / Desired Outcome</w:t>
            </w:r>
          </w:p>
        </w:tc>
        <w:tc>
          <w:tcPr>
            <w:tcW w:w="2880" w:type="dxa"/>
            <w:shd w:val="clear" w:color="auto" w:fill="202333"/>
            <w:tcMar>
              <w:top w:w="80" w:type="dxa"/>
              <w:left w:w="90" w:type="dxa"/>
              <w:bottom w:w="80" w:type="dxa"/>
              <w:right w:w="90" w:type="dxa"/>
            </w:tcMar>
          </w:tcPr>
          <w:p w14:paraId="0FC49087" w14:textId="77777777" w:rsidR="00D140EC" w:rsidRDefault="00000000">
            <w:pPr>
              <w:spacing w:after="0"/>
            </w:pPr>
            <w:r>
              <w:rPr>
                <w:b/>
                <w:color w:val="FFFFFF"/>
                <w:sz w:val="15"/>
              </w:rPr>
              <w:t>Priority</w:t>
            </w:r>
          </w:p>
        </w:tc>
        <w:tc>
          <w:tcPr>
            <w:tcW w:w="3888" w:type="dxa"/>
            <w:shd w:val="clear" w:color="auto" w:fill="202333"/>
            <w:tcMar>
              <w:top w:w="80" w:type="dxa"/>
              <w:left w:w="90" w:type="dxa"/>
              <w:bottom w:w="80" w:type="dxa"/>
              <w:right w:w="90" w:type="dxa"/>
            </w:tcMar>
          </w:tcPr>
          <w:p w14:paraId="02E93741" w14:textId="77777777" w:rsidR="00D140EC" w:rsidRDefault="00000000">
            <w:pPr>
              <w:spacing w:after="0"/>
            </w:pPr>
            <w:r>
              <w:rPr>
                <w:b/>
                <w:color w:val="FFFFFF"/>
                <w:sz w:val="15"/>
              </w:rPr>
              <w:t>Vendor Response</w:t>
            </w:r>
          </w:p>
        </w:tc>
      </w:tr>
      <w:tr w:rsidR="00D140EC" w14:paraId="6C4C24A4" w14:textId="77777777">
        <w:trPr>
          <w:cantSplit/>
          <w:jc w:val="center"/>
        </w:trPr>
        <w:tc>
          <w:tcPr>
            <w:tcW w:w="4608" w:type="dxa"/>
            <w:tcMar>
              <w:top w:w="80" w:type="dxa"/>
              <w:left w:w="90" w:type="dxa"/>
              <w:bottom w:w="80" w:type="dxa"/>
              <w:right w:w="90" w:type="dxa"/>
            </w:tcMar>
            <w:vAlign w:val="center"/>
          </w:tcPr>
          <w:p w14:paraId="47ABB4E8" w14:textId="77777777" w:rsidR="00D140EC" w:rsidRDefault="00000000">
            <w:pPr>
              <w:spacing w:after="0"/>
            </w:pPr>
            <w:r>
              <w:rPr>
                <w:sz w:val="15"/>
              </w:rPr>
              <w:t>Describe experience with gated residential communities of comparable size/complexity.</w:t>
            </w:r>
          </w:p>
        </w:tc>
        <w:tc>
          <w:tcPr>
            <w:tcW w:w="2880" w:type="dxa"/>
            <w:tcMar>
              <w:top w:w="80" w:type="dxa"/>
              <w:left w:w="90" w:type="dxa"/>
              <w:bottom w:w="80" w:type="dxa"/>
              <w:right w:w="90" w:type="dxa"/>
            </w:tcMar>
            <w:vAlign w:val="center"/>
          </w:tcPr>
          <w:p w14:paraId="21480F8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488B9C8" w14:textId="77777777" w:rsidR="00D140EC" w:rsidRDefault="00000000">
            <w:pPr>
              <w:spacing w:after="0"/>
            </w:pPr>
            <w:r>
              <w:rPr>
                <w:sz w:val="15"/>
              </w:rPr>
              <w:t>[VENDOR RESPONSE]</w:t>
            </w:r>
          </w:p>
        </w:tc>
      </w:tr>
      <w:tr w:rsidR="00D140EC" w14:paraId="397832D0" w14:textId="77777777">
        <w:trPr>
          <w:cantSplit/>
          <w:jc w:val="center"/>
        </w:trPr>
        <w:tc>
          <w:tcPr>
            <w:tcW w:w="4608" w:type="dxa"/>
            <w:tcMar>
              <w:top w:w="80" w:type="dxa"/>
              <w:left w:w="90" w:type="dxa"/>
              <w:bottom w:w="80" w:type="dxa"/>
              <w:right w:w="90" w:type="dxa"/>
            </w:tcMar>
            <w:vAlign w:val="center"/>
          </w:tcPr>
          <w:p w14:paraId="40269280" w14:textId="77777777" w:rsidR="00D140EC" w:rsidRDefault="00000000">
            <w:pPr>
              <w:spacing w:after="0"/>
            </w:pPr>
            <w:r>
              <w:rPr>
                <w:sz w:val="15"/>
              </w:rPr>
              <w:t>Provide three relevant references, preferably including a comparable multi-gate community.</w:t>
            </w:r>
          </w:p>
        </w:tc>
        <w:tc>
          <w:tcPr>
            <w:tcW w:w="2880" w:type="dxa"/>
            <w:tcMar>
              <w:top w:w="80" w:type="dxa"/>
              <w:left w:w="90" w:type="dxa"/>
              <w:bottom w:w="80" w:type="dxa"/>
              <w:right w:w="90" w:type="dxa"/>
            </w:tcMar>
            <w:vAlign w:val="center"/>
          </w:tcPr>
          <w:p w14:paraId="22CF1A22"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7E2A57D3" w14:textId="77777777" w:rsidR="00D140EC" w:rsidRDefault="00000000">
            <w:pPr>
              <w:spacing w:after="0"/>
            </w:pPr>
            <w:r>
              <w:rPr>
                <w:sz w:val="15"/>
              </w:rPr>
              <w:t>[VENDOR RESPONSE]</w:t>
            </w:r>
          </w:p>
        </w:tc>
      </w:tr>
      <w:tr w:rsidR="00D140EC" w14:paraId="2FDFE302" w14:textId="77777777">
        <w:trPr>
          <w:cantSplit/>
          <w:jc w:val="center"/>
        </w:trPr>
        <w:tc>
          <w:tcPr>
            <w:tcW w:w="4608" w:type="dxa"/>
            <w:tcMar>
              <w:top w:w="80" w:type="dxa"/>
              <w:left w:w="90" w:type="dxa"/>
              <w:bottom w:w="80" w:type="dxa"/>
              <w:right w:w="90" w:type="dxa"/>
            </w:tcMar>
            <w:vAlign w:val="center"/>
          </w:tcPr>
          <w:p w14:paraId="53422476" w14:textId="77777777" w:rsidR="00D140EC" w:rsidRDefault="00000000">
            <w:pPr>
              <w:spacing w:after="0"/>
            </w:pPr>
            <w:r>
              <w:rPr>
                <w:sz w:val="15"/>
              </w:rPr>
              <w:t>Identify who owns the customer relationship and who invoices the community.</w:t>
            </w:r>
          </w:p>
        </w:tc>
        <w:tc>
          <w:tcPr>
            <w:tcW w:w="2880" w:type="dxa"/>
            <w:tcMar>
              <w:top w:w="80" w:type="dxa"/>
              <w:left w:w="90" w:type="dxa"/>
              <w:bottom w:w="80" w:type="dxa"/>
              <w:right w:w="90" w:type="dxa"/>
            </w:tcMar>
            <w:vAlign w:val="center"/>
          </w:tcPr>
          <w:p w14:paraId="2B7DA6F9"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0E7B6BB6" w14:textId="77777777" w:rsidR="00D140EC" w:rsidRDefault="00000000">
            <w:pPr>
              <w:spacing w:after="0"/>
            </w:pPr>
            <w:r>
              <w:rPr>
                <w:sz w:val="15"/>
              </w:rPr>
              <w:t>[VENDOR RESPONSE]</w:t>
            </w:r>
          </w:p>
        </w:tc>
      </w:tr>
      <w:tr w:rsidR="00D140EC" w14:paraId="7E8E3B14" w14:textId="77777777">
        <w:trPr>
          <w:cantSplit/>
          <w:jc w:val="center"/>
        </w:trPr>
        <w:tc>
          <w:tcPr>
            <w:tcW w:w="4608" w:type="dxa"/>
            <w:tcMar>
              <w:top w:w="80" w:type="dxa"/>
              <w:left w:w="90" w:type="dxa"/>
              <w:bottom w:w="80" w:type="dxa"/>
              <w:right w:w="90" w:type="dxa"/>
            </w:tcMar>
            <w:vAlign w:val="center"/>
          </w:tcPr>
          <w:p w14:paraId="3B149EEA" w14:textId="77777777" w:rsidR="00D140EC" w:rsidRDefault="00000000">
            <w:pPr>
              <w:spacing w:after="0"/>
            </w:pPr>
            <w:r>
              <w:rPr>
                <w:sz w:val="15"/>
              </w:rPr>
              <w:t>Identify who provides ongoing software support and who provides field service.</w:t>
            </w:r>
          </w:p>
        </w:tc>
        <w:tc>
          <w:tcPr>
            <w:tcW w:w="2880" w:type="dxa"/>
            <w:tcMar>
              <w:top w:w="80" w:type="dxa"/>
              <w:left w:w="90" w:type="dxa"/>
              <w:bottom w:w="80" w:type="dxa"/>
              <w:right w:w="90" w:type="dxa"/>
            </w:tcMar>
            <w:vAlign w:val="center"/>
          </w:tcPr>
          <w:p w14:paraId="21215306"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167AC2C2" w14:textId="77777777" w:rsidR="00D140EC" w:rsidRDefault="00000000">
            <w:pPr>
              <w:spacing w:after="0"/>
            </w:pPr>
            <w:r>
              <w:rPr>
                <w:sz w:val="15"/>
              </w:rPr>
              <w:t>[VENDOR RESPONSE]</w:t>
            </w:r>
          </w:p>
        </w:tc>
      </w:tr>
      <w:tr w:rsidR="00D140EC" w14:paraId="46216BCF" w14:textId="77777777">
        <w:trPr>
          <w:cantSplit/>
          <w:jc w:val="center"/>
        </w:trPr>
        <w:tc>
          <w:tcPr>
            <w:tcW w:w="4608" w:type="dxa"/>
            <w:tcMar>
              <w:top w:w="80" w:type="dxa"/>
              <w:left w:w="90" w:type="dxa"/>
              <w:bottom w:w="80" w:type="dxa"/>
              <w:right w:w="90" w:type="dxa"/>
            </w:tcMar>
            <w:vAlign w:val="center"/>
          </w:tcPr>
          <w:p w14:paraId="317D6DB8" w14:textId="77777777" w:rsidR="00D140EC" w:rsidRDefault="00000000">
            <w:pPr>
              <w:spacing w:after="0"/>
            </w:pPr>
            <w:r>
              <w:rPr>
                <w:sz w:val="15"/>
              </w:rPr>
              <w:t>Identify any subcontractors or third parties expected to perform material work.</w:t>
            </w:r>
          </w:p>
        </w:tc>
        <w:tc>
          <w:tcPr>
            <w:tcW w:w="2880" w:type="dxa"/>
            <w:tcMar>
              <w:top w:w="80" w:type="dxa"/>
              <w:left w:w="90" w:type="dxa"/>
              <w:bottom w:w="80" w:type="dxa"/>
              <w:right w:w="90" w:type="dxa"/>
            </w:tcMar>
            <w:vAlign w:val="center"/>
          </w:tcPr>
          <w:p w14:paraId="33E704A3"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40A99E0F" w14:textId="77777777" w:rsidR="00D140EC" w:rsidRDefault="00000000">
            <w:pPr>
              <w:spacing w:after="0"/>
            </w:pPr>
            <w:r>
              <w:rPr>
                <w:sz w:val="15"/>
              </w:rPr>
              <w:t>[VENDOR RESPONSE]</w:t>
            </w:r>
          </w:p>
        </w:tc>
      </w:tr>
      <w:tr w:rsidR="00D140EC" w14:paraId="1EC9442D" w14:textId="77777777">
        <w:trPr>
          <w:cantSplit/>
          <w:jc w:val="center"/>
        </w:trPr>
        <w:tc>
          <w:tcPr>
            <w:tcW w:w="4608" w:type="dxa"/>
            <w:tcMar>
              <w:top w:w="80" w:type="dxa"/>
              <w:left w:w="90" w:type="dxa"/>
              <w:bottom w:w="80" w:type="dxa"/>
              <w:right w:w="90" w:type="dxa"/>
            </w:tcMar>
            <w:vAlign w:val="center"/>
          </w:tcPr>
          <w:p w14:paraId="0B31AD2F" w14:textId="77777777" w:rsidR="00D140EC" w:rsidRDefault="00000000">
            <w:pPr>
              <w:spacing w:after="0"/>
            </w:pPr>
            <w:r>
              <w:rPr>
                <w:sz w:val="15"/>
              </w:rPr>
              <w:t>Disclose any required dealer/manufacturer relationship relevant to support or warranty.</w:t>
            </w:r>
          </w:p>
        </w:tc>
        <w:tc>
          <w:tcPr>
            <w:tcW w:w="2880" w:type="dxa"/>
            <w:tcMar>
              <w:top w:w="80" w:type="dxa"/>
              <w:left w:w="90" w:type="dxa"/>
              <w:bottom w:w="80" w:type="dxa"/>
              <w:right w:w="90" w:type="dxa"/>
            </w:tcMar>
            <w:vAlign w:val="center"/>
          </w:tcPr>
          <w:p w14:paraId="0BCD9468" w14:textId="77777777" w:rsidR="00D140EC" w:rsidRDefault="00000000">
            <w:pPr>
              <w:spacing w:after="0"/>
            </w:pPr>
            <w:r>
              <w:rPr>
                <w:sz w:val="15"/>
              </w:rPr>
              <w:t>☐ Required   ☐ Preferred   ☐ Optional   ☐ N/A</w:t>
            </w:r>
          </w:p>
        </w:tc>
        <w:tc>
          <w:tcPr>
            <w:tcW w:w="3888" w:type="dxa"/>
            <w:tcMar>
              <w:top w:w="80" w:type="dxa"/>
              <w:left w:w="90" w:type="dxa"/>
              <w:bottom w:w="80" w:type="dxa"/>
              <w:right w:w="90" w:type="dxa"/>
            </w:tcMar>
            <w:vAlign w:val="center"/>
          </w:tcPr>
          <w:p w14:paraId="68C31353" w14:textId="77777777" w:rsidR="00D140EC" w:rsidRDefault="00000000">
            <w:pPr>
              <w:spacing w:after="0"/>
            </w:pPr>
            <w:r>
              <w:rPr>
                <w:sz w:val="15"/>
              </w:rPr>
              <w:t>[VENDOR RESPONSE]</w:t>
            </w:r>
          </w:p>
        </w:tc>
      </w:tr>
    </w:tbl>
    <w:p w14:paraId="2A4930D7" w14:textId="77777777" w:rsidR="00D140EC" w:rsidRDefault="00D140EC">
      <w:pPr>
        <w:spacing w:after="20"/>
      </w:pPr>
    </w:p>
    <w:p w14:paraId="54E36E50" w14:textId="77777777" w:rsidR="00D140EC" w:rsidRDefault="00000000">
      <w:r>
        <w:lastRenderedPageBreak/>
        <w:br w:type="page"/>
      </w:r>
    </w:p>
    <w:p w14:paraId="340BD478" w14:textId="77777777" w:rsidR="00D140EC" w:rsidRDefault="00000000">
      <w:pPr>
        <w:pStyle w:val="Heading1"/>
      </w:pPr>
      <w:r>
        <w:lastRenderedPageBreak/>
        <w:t>28. Implementation Timeline</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2740"/>
        <w:gridCol w:w="2343"/>
        <w:gridCol w:w="2247"/>
        <w:gridCol w:w="2884"/>
      </w:tblGrid>
      <w:tr w:rsidR="00D140EC" w14:paraId="331CB069" w14:textId="77777777">
        <w:trPr>
          <w:cantSplit/>
          <w:tblHeader/>
          <w:jc w:val="center"/>
        </w:trPr>
        <w:tc>
          <w:tcPr>
            <w:tcW w:w="3024" w:type="dxa"/>
            <w:shd w:val="clear" w:color="auto" w:fill="202333"/>
            <w:tcMar>
              <w:top w:w="80" w:type="dxa"/>
              <w:left w:w="90" w:type="dxa"/>
              <w:bottom w:w="80" w:type="dxa"/>
              <w:right w:w="90" w:type="dxa"/>
            </w:tcMar>
          </w:tcPr>
          <w:p w14:paraId="44E2DE87" w14:textId="77777777" w:rsidR="00D140EC" w:rsidRDefault="00000000">
            <w:pPr>
              <w:spacing w:after="0"/>
            </w:pPr>
            <w:r>
              <w:rPr>
                <w:b/>
                <w:color w:val="FFFFFF"/>
                <w:sz w:val="15"/>
              </w:rPr>
              <w:t>Milestone</w:t>
            </w:r>
          </w:p>
        </w:tc>
        <w:tc>
          <w:tcPr>
            <w:tcW w:w="2592" w:type="dxa"/>
            <w:shd w:val="clear" w:color="auto" w:fill="202333"/>
            <w:tcMar>
              <w:top w:w="80" w:type="dxa"/>
              <w:left w:w="90" w:type="dxa"/>
              <w:bottom w:w="80" w:type="dxa"/>
              <w:right w:w="90" w:type="dxa"/>
            </w:tcMar>
          </w:tcPr>
          <w:p w14:paraId="4E7FC034" w14:textId="77777777" w:rsidR="00D140EC" w:rsidRDefault="00000000">
            <w:pPr>
              <w:spacing w:after="0"/>
            </w:pPr>
            <w:r>
              <w:rPr>
                <w:b/>
                <w:color w:val="FFFFFF"/>
                <w:sz w:val="15"/>
              </w:rPr>
              <w:t>Target / Proposed Date</w:t>
            </w:r>
          </w:p>
        </w:tc>
        <w:tc>
          <w:tcPr>
            <w:tcW w:w="2448" w:type="dxa"/>
            <w:shd w:val="clear" w:color="auto" w:fill="202333"/>
            <w:tcMar>
              <w:top w:w="80" w:type="dxa"/>
              <w:left w:w="90" w:type="dxa"/>
              <w:bottom w:w="80" w:type="dxa"/>
              <w:right w:w="90" w:type="dxa"/>
            </w:tcMar>
          </w:tcPr>
          <w:p w14:paraId="15FD5898" w14:textId="77777777" w:rsidR="00D140EC" w:rsidRDefault="00000000">
            <w:pPr>
              <w:spacing w:after="0"/>
            </w:pPr>
            <w:r>
              <w:rPr>
                <w:b/>
                <w:color w:val="FFFFFF"/>
                <w:sz w:val="15"/>
              </w:rPr>
              <w:t>Responsible Party</w:t>
            </w:r>
          </w:p>
        </w:tc>
        <w:tc>
          <w:tcPr>
            <w:tcW w:w="3168" w:type="dxa"/>
            <w:shd w:val="clear" w:color="auto" w:fill="202333"/>
            <w:tcMar>
              <w:top w:w="80" w:type="dxa"/>
              <w:left w:w="90" w:type="dxa"/>
              <w:bottom w:w="80" w:type="dxa"/>
              <w:right w:w="90" w:type="dxa"/>
            </w:tcMar>
          </w:tcPr>
          <w:p w14:paraId="333C808F" w14:textId="77777777" w:rsidR="00D140EC" w:rsidRDefault="00000000">
            <w:pPr>
              <w:spacing w:after="0"/>
            </w:pPr>
            <w:r>
              <w:rPr>
                <w:b/>
                <w:color w:val="FFFFFF"/>
                <w:sz w:val="15"/>
              </w:rPr>
              <w:t>Dependencies</w:t>
            </w:r>
          </w:p>
        </w:tc>
      </w:tr>
      <w:tr w:rsidR="00D140EC" w14:paraId="18AA2219" w14:textId="77777777">
        <w:trPr>
          <w:cantSplit/>
          <w:jc w:val="center"/>
        </w:trPr>
        <w:tc>
          <w:tcPr>
            <w:tcW w:w="3024" w:type="dxa"/>
            <w:tcMar>
              <w:top w:w="80" w:type="dxa"/>
              <w:left w:w="90" w:type="dxa"/>
              <w:bottom w:w="80" w:type="dxa"/>
              <w:right w:w="90" w:type="dxa"/>
            </w:tcMar>
            <w:vAlign w:val="center"/>
          </w:tcPr>
          <w:p w14:paraId="6EA88A67" w14:textId="77777777" w:rsidR="00D140EC" w:rsidRDefault="00000000">
            <w:pPr>
              <w:spacing w:after="0"/>
            </w:pPr>
            <w:r>
              <w:rPr>
                <w:sz w:val="15"/>
              </w:rPr>
              <w:t>Contract / notice to proceed</w:t>
            </w:r>
          </w:p>
        </w:tc>
        <w:tc>
          <w:tcPr>
            <w:tcW w:w="2592" w:type="dxa"/>
            <w:tcMar>
              <w:top w:w="80" w:type="dxa"/>
              <w:left w:w="90" w:type="dxa"/>
              <w:bottom w:w="80" w:type="dxa"/>
              <w:right w:w="90" w:type="dxa"/>
            </w:tcMar>
            <w:vAlign w:val="center"/>
          </w:tcPr>
          <w:p w14:paraId="52D27E96"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704F335B"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2972155C" w14:textId="77777777" w:rsidR="00D140EC" w:rsidRDefault="00000000">
            <w:pPr>
              <w:spacing w:after="0"/>
            </w:pPr>
            <w:r>
              <w:rPr>
                <w:sz w:val="15"/>
              </w:rPr>
              <w:t>[ ]</w:t>
            </w:r>
          </w:p>
        </w:tc>
      </w:tr>
      <w:tr w:rsidR="00D140EC" w14:paraId="2F812DB2" w14:textId="77777777">
        <w:trPr>
          <w:cantSplit/>
          <w:jc w:val="center"/>
        </w:trPr>
        <w:tc>
          <w:tcPr>
            <w:tcW w:w="3024" w:type="dxa"/>
            <w:tcMar>
              <w:top w:w="80" w:type="dxa"/>
              <w:left w:w="90" w:type="dxa"/>
              <w:bottom w:w="80" w:type="dxa"/>
              <w:right w:w="90" w:type="dxa"/>
            </w:tcMar>
            <w:vAlign w:val="center"/>
          </w:tcPr>
          <w:p w14:paraId="51EACAFC" w14:textId="77777777" w:rsidR="00D140EC" w:rsidRDefault="00000000">
            <w:pPr>
              <w:spacing w:after="0"/>
            </w:pPr>
            <w:r>
              <w:rPr>
                <w:sz w:val="15"/>
              </w:rPr>
              <w:t>Discovery / site validation</w:t>
            </w:r>
          </w:p>
        </w:tc>
        <w:tc>
          <w:tcPr>
            <w:tcW w:w="2592" w:type="dxa"/>
            <w:tcMar>
              <w:top w:w="80" w:type="dxa"/>
              <w:left w:w="90" w:type="dxa"/>
              <w:bottom w:w="80" w:type="dxa"/>
              <w:right w:w="90" w:type="dxa"/>
            </w:tcMar>
            <w:vAlign w:val="center"/>
          </w:tcPr>
          <w:p w14:paraId="3779FE56"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5E1F0C72"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682D5E22" w14:textId="77777777" w:rsidR="00D140EC" w:rsidRDefault="00000000">
            <w:pPr>
              <w:spacing w:after="0"/>
            </w:pPr>
            <w:r>
              <w:rPr>
                <w:sz w:val="15"/>
              </w:rPr>
              <w:t>[ ]</w:t>
            </w:r>
          </w:p>
        </w:tc>
      </w:tr>
      <w:tr w:rsidR="00D140EC" w14:paraId="32965884" w14:textId="77777777">
        <w:trPr>
          <w:cantSplit/>
          <w:jc w:val="center"/>
        </w:trPr>
        <w:tc>
          <w:tcPr>
            <w:tcW w:w="3024" w:type="dxa"/>
            <w:tcMar>
              <w:top w:w="80" w:type="dxa"/>
              <w:left w:w="90" w:type="dxa"/>
              <w:bottom w:w="80" w:type="dxa"/>
              <w:right w:w="90" w:type="dxa"/>
            </w:tcMar>
            <w:vAlign w:val="center"/>
          </w:tcPr>
          <w:p w14:paraId="09C2DC5C" w14:textId="77777777" w:rsidR="00D140EC" w:rsidRDefault="00000000">
            <w:pPr>
              <w:spacing w:after="0"/>
            </w:pPr>
            <w:r>
              <w:rPr>
                <w:sz w:val="15"/>
              </w:rPr>
              <w:t>Final design</w:t>
            </w:r>
          </w:p>
        </w:tc>
        <w:tc>
          <w:tcPr>
            <w:tcW w:w="2592" w:type="dxa"/>
            <w:tcMar>
              <w:top w:w="80" w:type="dxa"/>
              <w:left w:w="90" w:type="dxa"/>
              <w:bottom w:w="80" w:type="dxa"/>
              <w:right w:w="90" w:type="dxa"/>
            </w:tcMar>
            <w:vAlign w:val="center"/>
          </w:tcPr>
          <w:p w14:paraId="138C6EF8"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0D89E6C1"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7E66389A" w14:textId="77777777" w:rsidR="00D140EC" w:rsidRDefault="00000000">
            <w:pPr>
              <w:spacing w:after="0"/>
            </w:pPr>
            <w:r>
              <w:rPr>
                <w:sz w:val="15"/>
              </w:rPr>
              <w:t>[ ]</w:t>
            </w:r>
          </w:p>
        </w:tc>
      </w:tr>
      <w:tr w:rsidR="00D140EC" w14:paraId="3FD65A11" w14:textId="77777777">
        <w:trPr>
          <w:cantSplit/>
          <w:jc w:val="center"/>
        </w:trPr>
        <w:tc>
          <w:tcPr>
            <w:tcW w:w="3024" w:type="dxa"/>
            <w:tcMar>
              <w:top w:w="80" w:type="dxa"/>
              <w:left w:w="90" w:type="dxa"/>
              <w:bottom w:w="80" w:type="dxa"/>
              <w:right w:w="90" w:type="dxa"/>
            </w:tcMar>
            <w:vAlign w:val="center"/>
          </w:tcPr>
          <w:p w14:paraId="4CCEA16F" w14:textId="77777777" w:rsidR="00D140EC" w:rsidRDefault="00000000">
            <w:pPr>
              <w:spacing w:after="0"/>
            </w:pPr>
            <w:r>
              <w:rPr>
                <w:sz w:val="15"/>
              </w:rPr>
              <w:t>Data preparation / migration</w:t>
            </w:r>
          </w:p>
        </w:tc>
        <w:tc>
          <w:tcPr>
            <w:tcW w:w="2592" w:type="dxa"/>
            <w:tcMar>
              <w:top w:w="80" w:type="dxa"/>
              <w:left w:w="90" w:type="dxa"/>
              <w:bottom w:w="80" w:type="dxa"/>
              <w:right w:w="90" w:type="dxa"/>
            </w:tcMar>
            <w:vAlign w:val="center"/>
          </w:tcPr>
          <w:p w14:paraId="2E14053A"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51195D1C"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5515C93F" w14:textId="77777777" w:rsidR="00D140EC" w:rsidRDefault="00000000">
            <w:pPr>
              <w:spacing w:after="0"/>
            </w:pPr>
            <w:r>
              <w:rPr>
                <w:sz w:val="15"/>
              </w:rPr>
              <w:t>[ ]</w:t>
            </w:r>
          </w:p>
        </w:tc>
      </w:tr>
      <w:tr w:rsidR="00D140EC" w14:paraId="4ADC6D4A" w14:textId="77777777">
        <w:trPr>
          <w:cantSplit/>
          <w:jc w:val="center"/>
        </w:trPr>
        <w:tc>
          <w:tcPr>
            <w:tcW w:w="3024" w:type="dxa"/>
            <w:tcMar>
              <w:top w:w="80" w:type="dxa"/>
              <w:left w:w="90" w:type="dxa"/>
              <w:bottom w:w="80" w:type="dxa"/>
              <w:right w:w="90" w:type="dxa"/>
            </w:tcMar>
            <w:vAlign w:val="center"/>
          </w:tcPr>
          <w:p w14:paraId="1D4A1266" w14:textId="77777777" w:rsidR="00D140EC" w:rsidRDefault="00000000">
            <w:pPr>
              <w:spacing w:after="0"/>
            </w:pPr>
            <w:r>
              <w:rPr>
                <w:sz w:val="15"/>
              </w:rPr>
              <w:t>Hardware procurement</w:t>
            </w:r>
          </w:p>
        </w:tc>
        <w:tc>
          <w:tcPr>
            <w:tcW w:w="2592" w:type="dxa"/>
            <w:tcMar>
              <w:top w:w="80" w:type="dxa"/>
              <w:left w:w="90" w:type="dxa"/>
              <w:bottom w:w="80" w:type="dxa"/>
              <w:right w:w="90" w:type="dxa"/>
            </w:tcMar>
            <w:vAlign w:val="center"/>
          </w:tcPr>
          <w:p w14:paraId="3DB08CD3"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39175637"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4F535478" w14:textId="77777777" w:rsidR="00D140EC" w:rsidRDefault="00000000">
            <w:pPr>
              <w:spacing w:after="0"/>
            </w:pPr>
            <w:r>
              <w:rPr>
                <w:sz w:val="15"/>
              </w:rPr>
              <w:t>[ ]</w:t>
            </w:r>
          </w:p>
        </w:tc>
      </w:tr>
      <w:tr w:rsidR="00D140EC" w14:paraId="675586F9" w14:textId="77777777">
        <w:trPr>
          <w:cantSplit/>
          <w:jc w:val="center"/>
        </w:trPr>
        <w:tc>
          <w:tcPr>
            <w:tcW w:w="3024" w:type="dxa"/>
            <w:tcMar>
              <w:top w:w="80" w:type="dxa"/>
              <w:left w:w="90" w:type="dxa"/>
              <w:bottom w:w="80" w:type="dxa"/>
              <w:right w:w="90" w:type="dxa"/>
            </w:tcMar>
            <w:vAlign w:val="center"/>
          </w:tcPr>
          <w:p w14:paraId="055986BB" w14:textId="77777777" w:rsidR="00D140EC" w:rsidRDefault="00000000">
            <w:pPr>
              <w:spacing w:after="0"/>
            </w:pPr>
            <w:r>
              <w:rPr>
                <w:sz w:val="15"/>
              </w:rPr>
              <w:t>Installation</w:t>
            </w:r>
          </w:p>
        </w:tc>
        <w:tc>
          <w:tcPr>
            <w:tcW w:w="2592" w:type="dxa"/>
            <w:tcMar>
              <w:top w:w="80" w:type="dxa"/>
              <w:left w:w="90" w:type="dxa"/>
              <w:bottom w:w="80" w:type="dxa"/>
              <w:right w:w="90" w:type="dxa"/>
            </w:tcMar>
            <w:vAlign w:val="center"/>
          </w:tcPr>
          <w:p w14:paraId="5692550D"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46D5B880"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1013EC1B" w14:textId="77777777" w:rsidR="00D140EC" w:rsidRDefault="00000000">
            <w:pPr>
              <w:spacing w:after="0"/>
            </w:pPr>
            <w:r>
              <w:rPr>
                <w:sz w:val="15"/>
              </w:rPr>
              <w:t>[ ]</w:t>
            </w:r>
          </w:p>
        </w:tc>
      </w:tr>
      <w:tr w:rsidR="00D140EC" w14:paraId="40F778FE" w14:textId="77777777">
        <w:trPr>
          <w:cantSplit/>
          <w:jc w:val="center"/>
        </w:trPr>
        <w:tc>
          <w:tcPr>
            <w:tcW w:w="3024" w:type="dxa"/>
            <w:tcMar>
              <w:top w:w="80" w:type="dxa"/>
              <w:left w:w="90" w:type="dxa"/>
              <w:bottom w:w="80" w:type="dxa"/>
              <w:right w:w="90" w:type="dxa"/>
            </w:tcMar>
            <w:vAlign w:val="center"/>
          </w:tcPr>
          <w:p w14:paraId="5727DD04" w14:textId="77777777" w:rsidR="00D140EC" w:rsidRDefault="00000000">
            <w:pPr>
              <w:spacing w:after="0"/>
            </w:pPr>
            <w:r>
              <w:rPr>
                <w:sz w:val="15"/>
              </w:rPr>
              <w:t>Integration testing</w:t>
            </w:r>
          </w:p>
        </w:tc>
        <w:tc>
          <w:tcPr>
            <w:tcW w:w="2592" w:type="dxa"/>
            <w:tcMar>
              <w:top w:w="80" w:type="dxa"/>
              <w:left w:w="90" w:type="dxa"/>
              <w:bottom w:w="80" w:type="dxa"/>
              <w:right w:w="90" w:type="dxa"/>
            </w:tcMar>
            <w:vAlign w:val="center"/>
          </w:tcPr>
          <w:p w14:paraId="2F56C523"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2ED58BA9"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515B91DC" w14:textId="77777777" w:rsidR="00D140EC" w:rsidRDefault="00000000">
            <w:pPr>
              <w:spacing w:after="0"/>
            </w:pPr>
            <w:r>
              <w:rPr>
                <w:sz w:val="15"/>
              </w:rPr>
              <w:t>[ ]</w:t>
            </w:r>
          </w:p>
        </w:tc>
      </w:tr>
      <w:tr w:rsidR="00D140EC" w14:paraId="285B63BD" w14:textId="77777777">
        <w:trPr>
          <w:cantSplit/>
          <w:jc w:val="center"/>
        </w:trPr>
        <w:tc>
          <w:tcPr>
            <w:tcW w:w="3024" w:type="dxa"/>
            <w:tcMar>
              <w:top w:w="80" w:type="dxa"/>
              <w:left w:w="90" w:type="dxa"/>
              <w:bottom w:w="80" w:type="dxa"/>
              <w:right w:w="90" w:type="dxa"/>
            </w:tcMar>
            <w:vAlign w:val="center"/>
          </w:tcPr>
          <w:p w14:paraId="70E97A78" w14:textId="77777777" w:rsidR="00D140EC" w:rsidRDefault="00000000">
            <w:pPr>
              <w:spacing w:after="0"/>
            </w:pPr>
            <w:r>
              <w:rPr>
                <w:sz w:val="15"/>
              </w:rPr>
              <w:t>Training</w:t>
            </w:r>
          </w:p>
        </w:tc>
        <w:tc>
          <w:tcPr>
            <w:tcW w:w="2592" w:type="dxa"/>
            <w:tcMar>
              <w:top w:w="80" w:type="dxa"/>
              <w:left w:w="90" w:type="dxa"/>
              <w:bottom w:w="80" w:type="dxa"/>
              <w:right w:w="90" w:type="dxa"/>
            </w:tcMar>
            <w:vAlign w:val="center"/>
          </w:tcPr>
          <w:p w14:paraId="480C3166"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16CFEDCC"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41E2797C" w14:textId="77777777" w:rsidR="00D140EC" w:rsidRDefault="00000000">
            <w:pPr>
              <w:spacing w:after="0"/>
            </w:pPr>
            <w:r>
              <w:rPr>
                <w:sz w:val="15"/>
              </w:rPr>
              <w:t>[ ]</w:t>
            </w:r>
          </w:p>
        </w:tc>
      </w:tr>
      <w:tr w:rsidR="00D140EC" w14:paraId="4DCF9C6B" w14:textId="77777777">
        <w:trPr>
          <w:cantSplit/>
          <w:jc w:val="center"/>
        </w:trPr>
        <w:tc>
          <w:tcPr>
            <w:tcW w:w="3024" w:type="dxa"/>
            <w:tcMar>
              <w:top w:w="80" w:type="dxa"/>
              <w:left w:w="90" w:type="dxa"/>
              <w:bottom w:w="80" w:type="dxa"/>
              <w:right w:w="90" w:type="dxa"/>
            </w:tcMar>
            <w:vAlign w:val="center"/>
          </w:tcPr>
          <w:p w14:paraId="550E0D65" w14:textId="77777777" w:rsidR="00D140EC" w:rsidRDefault="00000000">
            <w:pPr>
              <w:spacing w:after="0"/>
            </w:pPr>
            <w:r>
              <w:rPr>
                <w:sz w:val="15"/>
              </w:rPr>
              <w:t>Resident onboarding</w:t>
            </w:r>
          </w:p>
        </w:tc>
        <w:tc>
          <w:tcPr>
            <w:tcW w:w="2592" w:type="dxa"/>
            <w:tcMar>
              <w:top w:w="80" w:type="dxa"/>
              <w:left w:w="90" w:type="dxa"/>
              <w:bottom w:w="80" w:type="dxa"/>
              <w:right w:w="90" w:type="dxa"/>
            </w:tcMar>
            <w:vAlign w:val="center"/>
          </w:tcPr>
          <w:p w14:paraId="1724BD53"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777FE6A0"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00BF814A" w14:textId="77777777" w:rsidR="00D140EC" w:rsidRDefault="00000000">
            <w:pPr>
              <w:spacing w:after="0"/>
            </w:pPr>
            <w:r>
              <w:rPr>
                <w:sz w:val="15"/>
              </w:rPr>
              <w:t>[ ]</w:t>
            </w:r>
          </w:p>
        </w:tc>
      </w:tr>
      <w:tr w:rsidR="00D140EC" w14:paraId="305352F0" w14:textId="77777777">
        <w:trPr>
          <w:cantSplit/>
          <w:jc w:val="center"/>
        </w:trPr>
        <w:tc>
          <w:tcPr>
            <w:tcW w:w="3024" w:type="dxa"/>
            <w:tcMar>
              <w:top w:w="80" w:type="dxa"/>
              <w:left w:w="90" w:type="dxa"/>
              <w:bottom w:w="80" w:type="dxa"/>
              <w:right w:w="90" w:type="dxa"/>
            </w:tcMar>
            <w:vAlign w:val="center"/>
          </w:tcPr>
          <w:p w14:paraId="30B098FA" w14:textId="77777777" w:rsidR="00D140EC" w:rsidRDefault="00000000">
            <w:pPr>
              <w:spacing w:after="0"/>
            </w:pPr>
            <w:r>
              <w:rPr>
                <w:sz w:val="15"/>
              </w:rPr>
              <w:t>Acceptance testing</w:t>
            </w:r>
          </w:p>
        </w:tc>
        <w:tc>
          <w:tcPr>
            <w:tcW w:w="2592" w:type="dxa"/>
            <w:tcMar>
              <w:top w:w="80" w:type="dxa"/>
              <w:left w:w="90" w:type="dxa"/>
              <w:bottom w:w="80" w:type="dxa"/>
              <w:right w:w="90" w:type="dxa"/>
            </w:tcMar>
            <w:vAlign w:val="center"/>
          </w:tcPr>
          <w:p w14:paraId="01E9878A"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77016F01"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0D0C6A36" w14:textId="77777777" w:rsidR="00D140EC" w:rsidRDefault="00000000">
            <w:pPr>
              <w:spacing w:after="0"/>
            </w:pPr>
            <w:r>
              <w:rPr>
                <w:sz w:val="15"/>
              </w:rPr>
              <w:t>[ ]</w:t>
            </w:r>
          </w:p>
        </w:tc>
      </w:tr>
      <w:tr w:rsidR="00D140EC" w14:paraId="549056ED" w14:textId="77777777">
        <w:trPr>
          <w:cantSplit/>
          <w:jc w:val="center"/>
        </w:trPr>
        <w:tc>
          <w:tcPr>
            <w:tcW w:w="3024" w:type="dxa"/>
            <w:tcMar>
              <w:top w:w="80" w:type="dxa"/>
              <w:left w:w="90" w:type="dxa"/>
              <w:bottom w:w="80" w:type="dxa"/>
              <w:right w:w="90" w:type="dxa"/>
            </w:tcMar>
            <w:vAlign w:val="center"/>
          </w:tcPr>
          <w:p w14:paraId="07A1994F" w14:textId="77777777" w:rsidR="00D140EC" w:rsidRDefault="00000000">
            <w:pPr>
              <w:spacing w:after="0"/>
            </w:pPr>
            <w:r>
              <w:rPr>
                <w:sz w:val="15"/>
              </w:rPr>
              <w:t>Go-live</w:t>
            </w:r>
          </w:p>
        </w:tc>
        <w:tc>
          <w:tcPr>
            <w:tcW w:w="2592" w:type="dxa"/>
            <w:tcMar>
              <w:top w:w="80" w:type="dxa"/>
              <w:left w:w="90" w:type="dxa"/>
              <w:bottom w:w="80" w:type="dxa"/>
              <w:right w:w="90" w:type="dxa"/>
            </w:tcMar>
            <w:vAlign w:val="center"/>
          </w:tcPr>
          <w:p w14:paraId="5D831030"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0810ECE3"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0C5C8614" w14:textId="77777777" w:rsidR="00D140EC" w:rsidRDefault="00000000">
            <w:pPr>
              <w:spacing w:after="0"/>
            </w:pPr>
            <w:r>
              <w:rPr>
                <w:sz w:val="15"/>
              </w:rPr>
              <w:t>[ ]</w:t>
            </w:r>
          </w:p>
        </w:tc>
      </w:tr>
      <w:tr w:rsidR="00D140EC" w14:paraId="20E0D029" w14:textId="77777777">
        <w:trPr>
          <w:cantSplit/>
          <w:jc w:val="center"/>
        </w:trPr>
        <w:tc>
          <w:tcPr>
            <w:tcW w:w="3024" w:type="dxa"/>
            <w:tcMar>
              <w:top w:w="80" w:type="dxa"/>
              <w:left w:w="90" w:type="dxa"/>
              <w:bottom w:w="80" w:type="dxa"/>
              <w:right w:w="90" w:type="dxa"/>
            </w:tcMar>
            <w:vAlign w:val="center"/>
          </w:tcPr>
          <w:p w14:paraId="40639BA3" w14:textId="77777777" w:rsidR="00D140EC" w:rsidRDefault="00000000">
            <w:pPr>
              <w:spacing w:after="0"/>
            </w:pPr>
            <w:r>
              <w:rPr>
                <w:sz w:val="15"/>
              </w:rPr>
              <w:t>Stabilization / closeout</w:t>
            </w:r>
          </w:p>
        </w:tc>
        <w:tc>
          <w:tcPr>
            <w:tcW w:w="2592" w:type="dxa"/>
            <w:tcMar>
              <w:top w:w="80" w:type="dxa"/>
              <w:left w:w="90" w:type="dxa"/>
              <w:bottom w:w="80" w:type="dxa"/>
              <w:right w:w="90" w:type="dxa"/>
            </w:tcMar>
            <w:vAlign w:val="center"/>
          </w:tcPr>
          <w:p w14:paraId="48569860" w14:textId="77777777" w:rsidR="00D140EC" w:rsidRDefault="00000000">
            <w:pPr>
              <w:spacing w:after="0"/>
            </w:pPr>
            <w:r>
              <w:rPr>
                <w:sz w:val="15"/>
              </w:rPr>
              <w:t>[ ]</w:t>
            </w:r>
          </w:p>
        </w:tc>
        <w:tc>
          <w:tcPr>
            <w:tcW w:w="2448" w:type="dxa"/>
            <w:tcMar>
              <w:top w:w="80" w:type="dxa"/>
              <w:left w:w="90" w:type="dxa"/>
              <w:bottom w:w="80" w:type="dxa"/>
              <w:right w:w="90" w:type="dxa"/>
            </w:tcMar>
            <w:vAlign w:val="center"/>
          </w:tcPr>
          <w:p w14:paraId="3D2084C0" w14:textId="77777777" w:rsidR="00D140EC" w:rsidRDefault="00000000">
            <w:pPr>
              <w:spacing w:after="0"/>
            </w:pPr>
            <w:r>
              <w:rPr>
                <w:sz w:val="15"/>
              </w:rPr>
              <w:t>[ ]</w:t>
            </w:r>
          </w:p>
        </w:tc>
        <w:tc>
          <w:tcPr>
            <w:tcW w:w="3168" w:type="dxa"/>
            <w:tcMar>
              <w:top w:w="80" w:type="dxa"/>
              <w:left w:w="90" w:type="dxa"/>
              <w:bottom w:w="80" w:type="dxa"/>
              <w:right w:w="90" w:type="dxa"/>
            </w:tcMar>
            <w:vAlign w:val="center"/>
          </w:tcPr>
          <w:p w14:paraId="2391867B" w14:textId="77777777" w:rsidR="00D140EC" w:rsidRDefault="00000000">
            <w:pPr>
              <w:spacing w:after="0"/>
            </w:pPr>
            <w:r>
              <w:rPr>
                <w:sz w:val="15"/>
              </w:rPr>
              <w:t>[ ]</w:t>
            </w:r>
          </w:p>
        </w:tc>
      </w:tr>
    </w:tbl>
    <w:p w14:paraId="6B9E8690" w14:textId="77777777" w:rsidR="00D140EC" w:rsidRDefault="00D140EC">
      <w:pPr>
        <w:spacing w:after="20"/>
      </w:pPr>
    </w:p>
    <w:p w14:paraId="3B9D4211" w14:textId="77777777" w:rsidR="00D140EC" w:rsidRDefault="00000000">
      <w:pPr>
        <w:pStyle w:val="Heading1"/>
      </w:pPr>
      <w:r>
        <w:t>29-33. Vendor Pricing Matrix</w:t>
      </w:r>
    </w:p>
    <w:p w14:paraId="1AFC547A" w14:textId="77777777" w:rsidR="00D140EC" w:rsidRDefault="00000000">
      <w:r>
        <w:t>Use this matrix for the base proposal. Attach detailed schedules as needed. Do not bundle materially different cost categories into a single line without explanation.</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2376"/>
        <w:gridCol w:w="1080"/>
        <w:gridCol w:w="1296"/>
        <w:gridCol w:w="1800"/>
        <w:gridCol w:w="1008"/>
        <w:gridCol w:w="1152"/>
        <w:gridCol w:w="1440"/>
      </w:tblGrid>
      <w:tr w:rsidR="00D140EC" w14:paraId="0D484A14" w14:textId="77777777">
        <w:trPr>
          <w:cantSplit/>
          <w:tblHeader/>
          <w:jc w:val="center"/>
        </w:trPr>
        <w:tc>
          <w:tcPr>
            <w:tcW w:w="2376" w:type="dxa"/>
            <w:shd w:val="clear" w:color="auto" w:fill="202333"/>
            <w:tcMar>
              <w:top w:w="80" w:type="dxa"/>
              <w:left w:w="90" w:type="dxa"/>
              <w:bottom w:w="80" w:type="dxa"/>
              <w:right w:w="90" w:type="dxa"/>
            </w:tcMar>
          </w:tcPr>
          <w:p w14:paraId="5D419F0A" w14:textId="77777777" w:rsidR="00D140EC" w:rsidRDefault="00000000">
            <w:pPr>
              <w:spacing w:after="0"/>
            </w:pPr>
            <w:r>
              <w:rPr>
                <w:b/>
                <w:color w:val="FFFFFF"/>
                <w:sz w:val="13"/>
              </w:rPr>
              <w:t>Cost Category</w:t>
            </w:r>
          </w:p>
        </w:tc>
        <w:tc>
          <w:tcPr>
            <w:tcW w:w="1080" w:type="dxa"/>
            <w:shd w:val="clear" w:color="auto" w:fill="202333"/>
            <w:tcMar>
              <w:top w:w="80" w:type="dxa"/>
              <w:left w:w="90" w:type="dxa"/>
              <w:bottom w:w="80" w:type="dxa"/>
              <w:right w:w="90" w:type="dxa"/>
            </w:tcMar>
          </w:tcPr>
          <w:p w14:paraId="397F30DA" w14:textId="77777777" w:rsidR="00D140EC" w:rsidRDefault="00000000">
            <w:pPr>
              <w:spacing w:after="0"/>
            </w:pPr>
            <w:r>
              <w:rPr>
                <w:b/>
                <w:color w:val="FFFFFF"/>
                <w:sz w:val="13"/>
              </w:rPr>
              <w:t>One-Time</w:t>
            </w:r>
          </w:p>
        </w:tc>
        <w:tc>
          <w:tcPr>
            <w:tcW w:w="1296" w:type="dxa"/>
            <w:shd w:val="clear" w:color="auto" w:fill="202333"/>
            <w:tcMar>
              <w:top w:w="80" w:type="dxa"/>
              <w:left w:w="90" w:type="dxa"/>
              <w:bottom w:w="80" w:type="dxa"/>
              <w:right w:w="90" w:type="dxa"/>
            </w:tcMar>
          </w:tcPr>
          <w:p w14:paraId="5F81FC73" w14:textId="77777777" w:rsidR="00D140EC" w:rsidRDefault="00000000">
            <w:pPr>
              <w:spacing w:after="0"/>
            </w:pPr>
            <w:r>
              <w:rPr>
                <w:b/>
                <w:color w:val="FFFFFF"/>
                <w:sz w:val="13"/>
              </w:rPr>
              <w:t>Annual Recurring</w:t>
            </w:r>
          </w:p>
        </w:tc>
        <w:tc>
          <w:tcPr>
            <w:tcW w:w="1800" w:type="dxa"/>
            <w:shd w:val="clear" w:color="auto" w:fill="202333"/>
            <w:tcMar>
              <w:top w:w="80" w:type="dxa"/>
              <w:left w:w="90" w:type="dxa"/>
              <w:bottom w:w="80" w:type="dxa"/>
              <w:right w:w="90" w:type="dxa"/>
            </w:tcMar>
          </w:tcPr>
          <w:p w14:paraId="18BEBF24" w14:textId="77777777" w:rsidR="00D140EC" w:rsidRDefault="00000000">
            <w:pPr>
              <w:spacing w:after="0"/>
            </w:pPr>
            <w:r>
              <w:rPr>
                <w:b/>
                <w:color w:val="FFFFFF"/>
                <w:sz w:val="13"/>
              </w:rPr>
              <w:t>Qty / Basis</w:t>
            </w:r>
          </w:p>
        </w:tc>
        <w:tc>
          <w:tcPr>
            <w:tcW w:w="1008" w:type="dxa"/>
            <w:shd w:val="clear" w:color="auto" w:fill="202333"/>
            <w:tcMar>
              <w:top w:w="80" w:type="dxa"/>
              <w:left w:w="90" w:type="dxa"/>
              <w:bottom w:w="80" w:type="dxa"/>
              <w:right w:w="90" w:type="dxa"/>
            </w:tcMar>
          </w:tcPr>
          <w:p w14:paraId="68B7891D" w14:textId="77777777" w:rsidR="00D140EC" w:rsidRDefault="00000000">
            <w:pPr>
              <w:spacing w:after="0"/>
            </w:pPr>
            <w:r>
              <w:rPr>
                <w:b/>
                <w:color w:val="FFFFFF"/>
                <w:sz w:val="13"/>
              </w:rPr>
              <w:t>Year 1</w:t>
            </w:r>
          </w:p>
        </w:tc>
        <w:tc>
          <w:tcPr>
            <w:tcW w:w="1152" w:type="dxa"/>
            <w:shd w:val="clear" w:color="auto" w:fill="202333"/>
            <w:tcMar>
              <w:top w:w="80" w:type="dxa"/>
              <w:left w:w="90" w:type="dxa"/>
              <w:bottom w:w="80" w:type="dxa"/>
              <w:right w:w="90" w:type="dxa"/>
            </w:tcMar>
          </w:tcPr>
          <w:p w14:paraId="641410D9" w14:textId="77777777" w:rsidR="00D140EC" w:rsidRDefault="00000000">
            <w:pPr>
              <w:spacing w:after="0"/>
            </w:pPr>
            <w:r>
              <w:rPr>
                <w:b/>
                <w:color w:val="FFFFFF"/>
                <w:sz w:val="13"/>
              </w:rPr>
              <w:t>5-Year Cost</w:t>
            </w:r>
          </w:p>
        </w:tc>
        <w:tc>
          <w:tcPr>
            <w:tcW w:w="1440" w:type="dxa"/>
            <w:shd w:val="clear" w:color="auto" w:fill="202333"/>
            <w:tcMar>
              <w:top w:w="80" w:type="dxa"/>
              <w:left w:w="90" w:type="dxa"/>
              <w:bottom w:w="80" w:type="dxa"/>
              <w:right w:w="90" w:type="dxa"/>
            </w:tcMar>
          </w:tcPr>
          <w:p w14:paraId="70D74393" w14:textId="77777777" w:rsidR="00D140EC" w:rsidRDefault="00000000">
            <w:pPr>
              <w:spacing w:after="0"/>
            </w:pPr>
            <w:r>
              <w:rPr>
                <w:b/>
                <w:color w:val="FFFFFF"/>
                <w:sz w:val="13"/>
              </w:rPr>
              <w:t>Notes</w:t>
            </w:r>
          </w:p>
        </w:tc>
      </w:tr>
      <w:tr w:rsidR="00D140EC" w14:paraId="38E5D2AF" w14:textId="77777777">
        <w:trPr>
          <w:cantSplit/>
          <w:jc w:val="center"/>
        </w:trPr>
        <w:tc>
          <w:tcPr>
            <w:tcW w:w="2376" w:type="dxa"/>
            <w:tcMar>
              <w:top w:w="80" w:type="dxa"/>
              <w:left w:w="90" w:type="dxa"/>
              <w:bottom w:w="80" w:type="dxa"/>
              <w:right w:w="90" w:type="dxa"/>
            </w:tcMar>
            <w:vAlign w:val="center"/>
          </w:tcPr>
          <w:p w14:paraId="294E957E" w14:textId="77777777" w:rsidR="00D140EC" w:rsidRDefault="00000000">
            <w:pPr>
              <w:spacing w:after="0"/>
            </w:pPr>
            <w:r>
              <w:rPr>
                <w:sz w:val="13"/>
              </w:rPr>
              <w:t>Software setup / implementation</w:t>
            </w:r>
          </w:p>
        </w:tc>
        <w:tc>
          <w:tcPr>
            <w:tcW w:w="1080" w:type="dxa"/>
            <w:tcMar>
              <w:top w:w="80" w:type="dxa"/>
              <w:left w:w="90" w:type="dxa"/>
              <w:bottom w:w="80" w:type="dxa"/>
              <w:right w:w="90" w:type="dxa"/>
            </w:tcMar>
            <w:vAlign w:val="center"/>
          </w:tcPr>
          <w:p w14:paraId="46C9CD67"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46D9BEF6"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2A7FB557" w14:textId="77777777" w:rsidR="00D140EC" w:rsidRDefault="00000000">
            <w:pPr>
              <w:spacing w:after="0"/>
            </w:pPr>
            <w:r>
              <w:rPr>
                <w:sz w:val="13"/>
              </w:rPr>
              <w:t>[ ]</w:t>
            </w:r>
          </w:p>
        </w:tc>
        <w:tc>
          <w:tcPr>
            <w:tcW w:w="1008" w:type="dxa"/>
            <w:tcMar>
              <w:top w:w="80" w:type="dxa"/>
              <w:left w:w="90" w:type="dxa"/>
              <w:bottom w:w="80" w:type="dxa"/>
              <w:right w:w="90" w:type="dxa"/>
            </w:tcMar>
            <w:vAlign w:val="center"/>
          </w:tcPr>
          <w:p w14:paraId="005C9982"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7B79CDF7"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0ADF705A" w14:textId="77777777" w:rsidR="00D140EC" w:rsidRDefault="00D140EC">
            <w:pPr>
              <w:spacing w:after="0"/>
            </w:pPr>
          </w:p>
        </w:tc>
      </w:tr>
      <w:tr w:rsidR="00D140EC" w14:paraId="4DBF2C6F" w14:textId="77777777">
        <w:trPr>
          <w:cantSplit/>
          <w:jc w:val="center"/>
        </w:trPr>
        <w:tc>
          <w:tcPr>
            <w:tcW w:w="2376" w:type="dxa"/>
            <w:tcMar>
              <w:top w:w="80" w:type="dxa"/>
              <w:left w:w="90" w:type="dxa"/>
              <w:bottom w:w="80" w:type="dxa"/>
              <w:right w:w="90" w:type="dxa"/>
            </w:tcMar>
            <w:vAlign w:val="center"/>
          </w:tcPr>
          <w:p w14:paraId="63D060EF" w14:textId="77777777" w:rsidR="00D140EC" w:rsidRDefault="00000000">
            <w:pPr>
              <w:spacing w:after="0"/>
            </w:pPr>
            <w:r>
              <w:rPr>
                <w:sz w:val="13"/>
              </w:rPr>
              <w:t>Recurring SaaS / licensing</w:t>
            </w:r>
          </w:p>
        </w:tc>
        <w:tc>
          <w:tcPr>
            <w:tcW w:w="1080" w:type="dxa"/>
            <w:tcMar>
              <w:top w:w="80" w:type="dxa"/>
              <w:left w:w="90" w:type="dxa"/>
              <w:bottom w:w="80" w:type="dxa"/>
              <w:right w:w="90" w:type="dxa"/>
            </w:tcMar>
            <w:vAlign w:val="center"/>
          </w:tcPr>
          <w:p w14:paraId="4C23971A"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0C6897F7"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239A9834" w14:textId="77777777" w:rsidR="00D140EC" w:rsidRDefault="00000000">
            <w:pPr>
              <w:spacing w:after="0"/>
            </w:pPr>
            <w:r>
              <w:rPr>
                <w:sz w:val="13"/>
              </w:rPr>
              <w:t>[users/gates/homes/etc.]</w:t>
            </w:r>
          </w:p>
        </w:tc>
        <w:tc>
          <w:tcPr>
            <w:tcW w:w="1008" w:type="dxa"/>
            <w:tcMar>
              <w:top w:w="80" w:type="dxa"/>
              <w:left w:w="90" w:type="dxa"/>
              <w:bottom w:w="80" w:type="dxa"/>
              <w:right w:w="90" w:type="dxa"/>
            </w:tcMar>
            <w:vAlign w:val="center"/>
          </w:tcPr>
          <w:p w14:paraId="7CCDC294"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7CAE90BD"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4FF38EEE" w14:textId="77777777" w:rsidR="00D140EC" w:rsidRDefault="00D140EC">
            <w:pPr>
              <w:spacing w:after="0"/>
            </w:pPr>
          </w:p>
        </w:tc>
      </w:tr>
      <w:tr w:rsidR="00D140EC" w14:paraId="110181EE" w14:textId="77777777">
        <w:trPr>
          <w:cantSplit/>
          <w:jc w:val="center"/>
        </w:trPr>
        <w:tc>
          <w:tcPr>
            <w:tcW w:w="2376" w:type="dxa"/>
            <w:tcMar>
              <w:top w:w="80" w:type="dxa"/>
              <w:left w:w="90" w:type="dxa"/>
              <w:bottom w:w="80" w:type="dxa"/>
              <w:right w:w="90" w:type="dxa"/>
            </w:tcMar>
            <w:vAlign w:val="center"/>
          </w:tcPr>
          <w:p w14:paraId="3A186E59" w14:textId="77777777" w:rsidR="00D140EC" w:rsidRDefault="00000000">
            <w:pPr>
              <w:spacing w:after="0"/>
            </w:pPr>
            <w:r>
              <w:rPr>
                <w:sz w:val="13"/>
              </w:rPr>
              <w:t>Hardware</w:t>
            </w:r>
          </w:p>
        </w:tc>
        <w:tc>
          <w:tcPr>
            <w:tcW w:w="1080" w:type="dxa"/>
            <w:tcMar>
              <w:top w:w="80" w:type="dxa"/>
              <w:left w:w="90" w:type="dxa"/>
              <w:bottom w:w="80" w:type="dxa"/>
              <w:right w:w="90" w:type="dxa"/>
            </w:tcMar>
            <w:vAlign w:val="center"/>
          </w:tcPr>
          <w:p w14:paraId="564E25DF"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0F0FB82D"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691959DB" w14:textId="77777777" w:rsidR="00D140EC" w:rsidRDefault="00000000">
            <w:pPr>
              <w:spacing w:after="0"/>
            </w:pPr>
            <w:r>
              <w:rPr>
                <w:sz w:val="13"/>
              </w:rPr>
              <w:t>[ ]</w:t>
            </w:r>
          </w:p>
        </w:tc>
        <w:tc>
          <w:tcPr>
            <w:tcW w:w="1008" w:type="dxa"/>
            <w:tcMar>
              <w:top w:w="80" w:type="dxa"/>
              <w:left w:w="90" w:type="dxa"/>
              <w:bottom w:w="80" w:type="dxa"/>
              <w:right w:w="90" w:type="dxa"/>
            </w:tcMar>
            <w:vAlign w:val="center"/>
          </w:tcPr>
          <w:p w14:paraId="0C9919A7"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6879CF24"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240C901E" w14:textId="77777777" w:rsidR="00D140EC" w:rsidRDefault="00D140EC">
            <w:pPr>
              <w:spacing w:after="0"/>
            </w:pPr>
          </w:p>
        </w:tc>
      </w:tr>
      <w:tr w:rsidR="00D140EC" w14:paraId="285A1030" w14:textId="77777777">
        <w:trPr>
          <w:cantSplit/>
          <w:jc w:val="center"/>
        </w:trPr>
        <w:tc>
          <w:tcPr>
            <w:tcW w:w="2376" w:type="dxa"/>
            <w:tcMar>
              <w:top w:w="80" w:type="dxa"/>
              <w:left w:w="90" w:type="dxa"/>
              <w:bottom w:w="80" w:type="dxa"/>
              <w:right w:w="90" w:type="dxa"/>
            </w:tcMar>
            <w:vAlign w:val="center"/>
          </w:tcPr>
          <w:p w14:paraId="01E22F54" w14:textId="77777777" w:rsidR="00D140EC" w:rsidRDefault="00000000">
            <w:pPr>
              <w:spacing w:after="0"/>
            </w:pPr>
            <w:r>
              <w:rPr>
                <w:sz w:val="13"/>
              </w:rPr>
              <w:t>Installation / labor</w:t>
            </w:r>
          </w:p>
        </w:tc>
        <w:tc>
          <w:tcPr>
            <w:tcW w:w="1080" w:type="dxa"/>
            <w:tcMar>
              <w:top w:w="80" w:type="dxa"/>
              <w:left w:w="90" w:type="dxa"/>
              <w:bottom w:w="80" w:type="dxa"/>
              <w:right w:w="90" w:type="dxa"/>
            </w:tcMar>
            <w:vAlign w:val="center"/>
          </w:tcPr>
          <w:p w14:paraId="5D3E4EE7"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3A65E643"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723F69DC" w14:textId="77777777" w:rsidR="00D140EC" w:rsidRDefault="00000000">
            <w:pPr>
              <w:spacing w:after="0"/>
            </w:pPr>
            <w:r>
              <w:rPr>
                <w:sz w:val="13"/>
              </w:rPr>
              <w:t>[ ]</w:t>
            </w:r>
          </w:p>
        </w:tc>
        <w:tc>
          <w:tcPr>
            <w:tcW w:w="1008" w:type="dxa"/>
            <w:tcMar>
              <w:top w:w="80" w:type="dxa"/>
              <w:left w:w="90" w:type="dxa"/>
              <w:bottom w:w="80" w:type="dxa"/>
              <w:right w:w="90" w:type="dxa"/>
            </w:tcMar>
            <w:vAlign w:val="center"/>
          </w:tcPr>
          <w:p w14:paraId="05CD0EBE"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26BB3F34"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78747FDC" w14:textId="77777777" w:rsidR="00D140EC" w:rsidRDefault="00D140EC">
            <w:pPr>
              <w:spacing w:after="0"/>
            </w:pPr>
          </w:p>
        </w:tc>
      </w:tr>
      <w:tr w:rsidR="00D140EC" w14:paraId="051068BE" w14:textId="77777777">
        <w:trPr>
          <w:cantSplit/>
          <w:jc w:val="center"/>
        </w:trPr>
        <w:tc>
          <w:tcPr>
            <w:tcW w:w="2376" w:type="dxa"/>
            <w:tcMar>
              <w:top w:w="80" w:type="dxa"/>
              <w:left w:w="90" w:type="dxa"/>
              <w:bottom w:w="80" w:type="dxa"/>
              <w:right w:w="90" w:type="dxa"/>
            </w:tcMar>
            <w:vAlign w:val="center"/>
          </w:tcPr>
          <w:p w14:paraId="222BBF41" w14:textId="77777777" w:rsidR="00D140EC" w:rsidRDefault="00000000">
            <w:pPr>
              <w:spacing w:after="0"/>
            </w:pPr>
            <w:r>
              <w:rPr>
                <w:sz w:val="13"/>
              </w:rPr>
              <w:t>Training</w:t>
            </w:r>
          </w:p>
        </w:tc>
        <w:tc>
          <w:tcPr>
            <w:tcW w:w="1080" w:type="dxa"/>
            <w:tcMar>
              <w:top w:w="80" w:type="dxa"/>
              <w:left w:w="90" w:type="dxa"/>
              <w:bottom w:w="80" w:type="dxa"/>
              <w:right w:w="90" w:type="dxa"/>
            </w:tcMar>
            <w:vAlign w:val="center"/>
          </w:tcPr>
          <w:p w14:paraId="0354F4D6"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6D416F82"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025FD029" w14:textId="77777777" w:rsidR="00D140EC" w:rsidRDefault="00000000">
            <w:pPr>
              <w:spacing w:after="0"/>
            </w:pPr>
            <w:r>
              <w:rPr>
                <w:sz w:val="13"/>
              </w:rPr>
              <w:t>[ ]</w:t>
            </w:r>
          </w:p>
        </w:tc>
        <w:tc>
          <w:tcPr>
            <w:tcW w:w="1008" w:type="dxa"/>
            <w:tcMar>
              <w:top w:w="80" w:type="dxa"/>
              <w:left w:w="90" w:type="dxa"/>
              <w:bottom w:w="80" w:type="dxa"/>
              <w:right w:w="90" w:type="dxa"/>
            </w:tcMar>
            <w:vAlign w:val="center"/>
          </w:tcPr>
          <w:p w14:paraId="30C157BD"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044FB2E6"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008EE5BE" w14:textId="77777777" w:rsidR="00D140EC" w:rsidRDefault="00D140EC">
            <w:pPr>
              <w:spacing w:after="0"/>
            </w:pPr>
          </w:p>
        </w:tc>
      </w:tr>
      <w:tr w:rsidR="00D140EC" w14:paraId="000AF828" w14:textId="77777777">
        <w:trPr>
          <w:cantSplit/>
          <w:jc w:val="center"/>
        </w:trPr>
        <w:tc>
          <w:tcPr>
            <w:tcW w:w="2376" w:type="dxa"/>
            <w:tcMar>
              <w:top w:w="80" w:type="dxa"/>
              <w:left w:w="90" w:type="dxa"/>
              <w:bottom w:w="80" w:type="dxa"/>
              <w:right w:w="90" w:type="dxa"/>
            </w:tcMar>
            <w:vAlign w:val="center"/>
          </w:tcPr>
          <w:p w14:paraId="618EF5C6" w14:textId="77777777" w:rsidR="00D140EC" w:rsidRDefault="00000000">
            <w:pPr>
              <w:spacing w:after="0"/>
            </w:pPr>
            <w:r>
              <w:rPr>
                <w:sz w:val="13"/>
              </w:rPr>
              <w:t>Integrations</w:t>
            </w:r>
          </w:p>
        </w:tc>
        <w:tc>
          <w:tcPr>
            <w:tcW w:w="1080" w:type="dxa"/>
            <w:tcMar>
              <w:top w:w="80" w:type="dxa"/>
              <w:left w:w="90" w:type="dxa"/>
              <w:bottom w:w="80" w:type="dxa"/>
              <w:right w:w="90" w:type="dxa"/>
            </w:tcMar>
            <w:vAlign w:val="center"/>
          </w:tcPr>
          <w:p w14:paraId="44778D78"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397B1BB2"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42E2531B" w14:textId="77777777" w:rsidR="00D140EC" w:rsidRDefault="00000000">
            <w:pPr>
              <w:spacing w:after="0"/>
            </w:pPr>
            <w:r>
              <w:rPr>
                <w:sz w:val="13"/>
              </w:rPr>
              <w:t>[ ]</w:t>
            </w:r>
          </w:p>
        </w:tc>
        <w:tc>
          <w:tcPr>
            <w:tcW w:w="1008" w:type="dxa"/>
            <w:tcMar>
              <w:top w:w="80" w:type="dxa"/>
              <w:left w:w="90" w:type="dxa"/>
              <w:bottom w:w="80" w:type="dxa"/>
              <w:right w:w="90" w:type="dxa"/>
            </w:tcMar>
            <w:vAlign w:val="center"/>
          </w:tcPr>
          <w:p w14:paraId="7F9B0BAC"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7A1BAFA8"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132EA8B6" w14:textId="77777777" w:rsidR="00D140EC" w:rsidRDefault="00D140EC">
            <w:pPr>
              <w:spacing w:after="0"/>
            </w:pPr>
          </w:p>
        </w:tc>
      </w:tr>
      <w:tr w:rsidR="00D140EC" w14:paraId="2F245B56" w14:textId="77777777">
        <w:trPr>
          <w:cantSplit/>
          <w:jc w:val="center"/>
        </w:trPr>
        <w:tc>
          <w:tcPr>
            <w:tcW w:w="2376" w:type="dxa"/>
            <w:tcMar>
              <w:top w:w="80" w:type="dxa"/>
              <w:left w:w="90" w:type="dxa"/>
              <w:bottom w:w="80" w:type="dxa"/>
              <w:right w:w="90" w:type="dxa"/>
            </w:tcMar>
            <w:vAlign w:val="center"/>
          </w:tcPr>
          <w:p w14:paraId="3FDEC630" w14:textId="77777777" w:rsidR="00D140EC" w:rsidRDefault="00000000">
            <w:pPr>
              <w:spacing w:after="0"/>
            </w:pPr>
            <w:r>
              <w:rPr>
                <w:sz w:val="13"/>
              </w:rPr>
              <w:t>Data migration</w:t>
            </w:r>
          </w:p>
        </w:tc>
        <w:tc>
          <w:tcPr>
            <w:tcW w:w="1080" w:type="dxa"/>
            <w:tcMar>
              <w:top w:w="80" w:type="dxa"/>
              <w:left w:w="90" w:type="dxa"/>
              <w:bottom w:w="80" w:type="dxa"/>
              <w:right w:w="90" w:type="dxa"/>
            </w:tcMar>
            <w:vAlign w:val="center"/>
          </w:tcPr>
          <w:p w14:paraId="6065E6FE"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405B97A8"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14D5EBC4" w14:textId="77777777" w:rsidR="00D140EC" w:rsidRDefault="00000000">
            <w:pPr>
              <w:spacing w:after="0"/>
            </w:pPr>
            <w:r>
              <w:rPr>
                <w:sz w:val="13"/>
              </w:rPr>
              <w:t>[ ]</w:t>
            </w:r>
          </w:p>
        </w:tc>
        <w:tc>
          <w:tcPr>
            <w:tcW w:w="1008" w:type="dxa"/>
            <w:tcMar>
              <w:top w:w="80" w:type="dxa"/>
              <w:left w:w="90" w:type="dxa"/>
              <w:bottom w:w="80" w:type="dxa"/>
              <w:right w:w="90" w:type="dxa"/>
            </w:tcMar>
            <w:vAlign w:val="center"/>
          </w:tcPr>
          <w:p w14:paraId="6DC2689C"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56342188"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28F737CC" w14:textId="77777777" w:rsidR="00D140EC" w:rsidRDefault="00D140EC">
            <w:pPr>
              <w:spacing w:after="0"/>
            </w:pPr>
          </w:p>
        </w:tc>
      </w:tr>
      <w:tr w:rsidR="00D140EC" w14:paraId="39D8E71D" w14:textId="77777777">
        <w:trPr>
          <w:cantSplit/>
          <w:jc w:val="center"/>
        </w:trPr>
        <w:tc>
          <w:tcPr>
            <w:tcW w:w="2376" w:type="dxa"/>
            <w:tcMar>
              <w:top w:w="80" w:type="dxa"/>
              <w:left w:w="90" w:type="dxa"/>
              <w:bottom w:w="80" w:type="dxa"/>
              <w:right w:w="90" w:type="dxa"/>
            </w:tcMar>
            <w:vAlign w:val="center"/>
          </w:tcPr>
          <w:p w14:paraId="20D0BDFF" w14:textId="77777777" w:rsidR="00D140EC" w:rsidRDefault="00000000">
            <w:pPr>
              <w:spacing w:after="0"/>
            </w:pPr>
            <w:r>
              <w:rPr>
                <w:sz w:val="13"/>
              </w:rPr>
              <w:t>Credentials</w:t>
            </w:r>
          </w:p>
        </w:tc>
        <w:tc>
          <w:tcPr>
            <w:tcW w:w="1080" w:type="dxa"/>
            <w:tcMar>
              <w:top w:w="80" w:type="dxa"/>
              <w:left w:w="90" w:type="dxa"/>
              <w:bottom w:w="80" w:type="dxa"/>
              <w:right w:w="90" w:type="dxa"/>
            </w:tcMar>
            <w:vAlign w:val="center"/>
          </w:tcPr>
          <w:p w14:paraId="0315AB9E"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716586EA"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5EF5B9E4" w14:textId="77777777" w:rsidR="00D140EC" w:rsidRDefault="00000000">
            <w:pPr>
              <w:spacing w:after="0"/>
            </w:pPr>
            <w:r>
              <w:rPr>
                <w:sz w:val="13"/>
              </w:rPr>
              <w:t>[unit cost + qty]</w:t>
            </w:r>
          </w:p>
        </w:tc>
        <w:tc>
          <w:tcPr>
            <w:tcW w:w="1008" w:type="dxa"/>
            <w:tcMar>
              <w:top w:w="80" w:type="dxa"/>
              <w:left w:w="90" w:type="dxa"/>
              <w:bottom w:w="80" w:type="dxa"/>
              <w:right w:w="90" w:type="dxa"/>
            </w:tcMar>
            <w:vAlign w:val="center"/>
          </w:tcPr>
          <w:p w14:paraId="13E94C8D"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782A8633"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126B4F96" w14:textId="77777777" w:rsidR="00D140EC" w:rsidRDefault="00D140EC">
            <w:pPr>
              <w:spacing w:after="0"/>
            </w:pPr>
          </w:p>
        </w:tc>
      </w:tr>
      <w:tr w:rsidR="00D140EC" w14:paraId="17AC1854" w14:textId="77777777">
        <w:trPr>
          <w:cantSplit/>
          <w:jc w:val="center"/>
        </w:trPr>
        <w:tc>
          <w:tcPr>
            <w:tcW w:w="2376" w:type="dxa"/>
            <w:tcMar>
              <w:top w:w="80" w:type="dxa"/>
              <w:left w:w="90" w:type="dxa"/>
              <w:bottom w:w="80" w:type="dxa"/>
              <w:right w:w="90" w:type="dxa"/>
            </w:tcMar>
            <w:vAlign w:val="center"/>
          </w:tcPr>
          <w:p w14:paraId="51271129" w14:textId="77777777" w:rsidR="00D140EC" w:rsidRDefault="00000000">
            <w:pPr>
              <w:spacing w:after="0"/>
            </w:pPr>
            <w:r>
              <w:rPr>
                <w:sz w:val="13"/>
              </w:rPr>
              <w:t>Support / maintenance</w:t>
            </w:r>
          </w:p>
        </w:tc>
        <w:tc>
          <w:tcPr>
            <w:tcW w:w="1080" w:type="dxa"/>
            <w:tcMar>
              <w:top w:w="80" w:type="dxa"/>
              <w:left w:w="90" w:type="dxa"/>
              <w:bottom w:w="80" w:type="dxa"/>
              <w:right w:w="90" w:type="dxa"/>
            </w:tcMar>
            <w:vAlign w:val="center"/>
          </w:tcPr>
          <w:p w14:paraId="62CA32A0"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02051113"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176CBD6D" w14:textId="77777777" w:rsidR="00D140EC" w:rsidRDefault="00000000">
            <w:pPr>
              <w:spacing w:after="0"/>
            </w:pPr>
            <w:r>
              <w:rPr>
                <w:sz w:val="13"/>
              </w:rPr>
              <w:t>[ ]</w:t>
            </w:r>
          </w:p>
        </w:tc>
        <w:tc>
          <w:tcPr>
            <w:tcW w:w="1008" w:type="dxa"/>
            <w:tcMar>
              <w:top w:w="80" w:type="dxa"/>
              <w:left w:w="90" w:type="dxa"/>
              <w:bottom w:w="80" w:type="dxa"/>
              <w:right w:w="90" w:type="dxa"/>
            </w:tcMar>
            <w:vAlign w:val="center"/>
          </w:tcPr>
          <w:p w14:paraId="41ABC8EE"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76482421"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489F05BE" w14:textId="77777777" w:rsidR="00D140EC" w:rsidRDefault="00D140EC">
            <w:pPr>
              <w:spacing w:after="0"/>
            </w:pPr>
          </w:p>
        </w:tc>
      </w:tr>
      <w:tr w:rsidR="00D140EC" w14:paraId="22828D8D" w14:textId="77777777">
        <w:trPr>
          <w:cantSplit/>
          <w:jc w:val="center"/>
        </w:trPr>
        <w:tc>
          <w:tcPr>
            <w:tcW w:w="2376" w:type="dxa"/>
            <w:tcMar>
              <w:top w:w="80" w:type="dxa"/>
              <w:left w:w="90" w:type="dxa"/>
              <w:bottom w:w="80" w:type="dxa"/>
              <w:right w:w="90" w:type="dxa"/>
            </w:tcMar>
            <w:vAlign w:val="center"/>
          </w:tcPr>
          <w:p w14:paraId="402DFAE0" w14:textId="77777777" w:rsidR="00D140EC" w:rsidRDefault="00000000">
            <w:pPr>
              <w:spacing w:after="0"/>
            </w:pPr>
            <w:r>
              <w:rPr>
                <w:sz w:val="13"/>
              </w:rPr>
              <w:t>Cellular / network</w:t>
            </w:r>
          </w:p>
        </w:tc>
        <w:tc>
          <w:tcPr>
            <w:tcW w:w="1080" w:type="dxa"/>
            <w:tcMar>
              <w:top w:w="80" w:type="dxa"/>
              <w:left w:w="90" w:type="dxa"/>
              <w:bottom w:w="80" w:type="dxa"/>
              <w:right w:w="90" w:type="dxa"/>
            </w:tcMar>
            <w:vAlign w:val="center"/>
          </w:tcPr>
          <w:p w14:paraId="3EFE2B3B"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37CD57B1"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5BA9F24C" w14:textId="77777777" w:rsidR="00D140EC" w:rsidRDefault="00000000">
            <w:pPr>
              <w:spacing w:after="0"/>
            </w:pPr>
            <w:r>
              <w:rPr>
                <w:sz w:val="13"/>
              </w:rPr>
              <w:t>[ ]</w:t>
            </w:r>
          </w:p>
        </w:tc>
        <w:tc>
          <w:tcPr>
            <w:tcW w:w="1008" w:type="dxa"/>
            <w:tcMar>
              <w:top w:w="80" w:type="dxa"/>
              <w:left w:w="90" w:type="dxa"/>
              <w:bottom w:w="80" w:type="dxa"/>
              <w:right w:w="90" w:type="dxa"/>
            </w:tcMar>
            <w:vAlign w:val="center"/>
          </w:tcPr>
          <w:p w14:paraId="21C13503"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0C1B810B"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16324B61" w14:textId="77777777" w:rsidR="00D140EC" w:rsidRDefault="00D140EC">
            <w:pPr>
              <w:spacing w:after="0"/>
            </w:pPr>
          </w:p>
        </w:tc>
      </w:tr>
      <w:tr w:rsidR="00D140EC" w14:paraId="0C7C7E46" w14:textId="77777777">
        <w:trPr>
          <w:cantSplit/>
          <w:jc w:val="center"/>
        </w:trPr>
        <w:tc>
          <w:tcPr>
            <w:tcW w:w="2376" w:type="dxa"/>
            <w:tcMar>
              <w:top w:w="80" w:type="dxa"/>
              <w:left w:w="90" w:type="dxa"/>
              <w:bottom w:w="80" w:type="dxa"/>
              <w:right w:w="90" w:type="dxa"/>
            </w:tcMar>
            <w:vAlign w:val="center"/>
          </w:tcPr>
          <w:p w14:paraId="057D0E60" w14:textId="77777777" w:rsidR="00D140EC" w:rsidRDefault="00000000">
            <w:pPr>
              <w:spacing w:after="0"/>
            </w:pPr>
            <w:r>
              <w:rPr>
                <w:sz w:val="13"/>
              </w:rPr>
              <w:t>Transaction / usage fees</w:t>
            </w:r>
          </w:p>
        </w:tc>
        <w:tc>
          <w:tcPr>
            <w:tcW w:w="1080" w:type="dxa"/>
            <w:tcMar>
              <w:top w:w="80" w:type="dxa"/>
              <w:left w:w="90" w:type="dxa"/>
              <w:bottom w:w="80" w:type="dxa"/>
              <w:right w:w="90" w:type="dxa"/>
            </w:tcMar>
            <w:vAlign w:val="center"/>
          </w:tcPr>
          <w:p w14:paraId="299D3C89"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10282E70"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708A29EB" w14:textId="77777777" w:rsidR="00D140EC" w:rsidRDefault="00000000">
            <w:pPr>
              <w:spacing w:after="0"/>
            </w:pPr>
            <w:r>
              <w:rPr>
                <w:sz w:val="13"/>
              </w:rPr>
              <w:t>[rate + assumption]</w:t>
            </w:r>
          </w:p>
        </w:tc>
        <w:tc>
          <w:tcPr>
            <w:tcW w:w="1008" w:type="dxa"/>
            <w:tcMar>
              <w:top w:w="80" w:type="dxa"/>
              <w:left w:w="90" w:type="dxa"/>
              <w:bottom w:w="80" w:type="dxa"/>
              <w:right w:w="90" w:type="dxa"/>
            </w:tcMar>
            <w:vAlign w:val="center"/>
          </w:tcPr>
          <w:p w14:paraId="7F771527"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167371E1"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65E49030" w14:textId="77777777" w:rsidR="00D140EC" w:rsidRDefault="00D140EC">
            <w:pPr>
              <w:spacing w:after="0"/>
            </w:pPr>
          </w:p>
        </w:tc>
      </w:tr>
      <w:tr w:rsidR="00D140EC" w14:paraId="7B6A47BC" w14:textId="77777777">
        <w:trPr>
          <w:cantSplit/>
          <w:jc w:val="center"/>
        </w:trPr>
        <w:tc>
          <w:tcPr>
            <w:tcW w:w="2376" w:type="dxa"/>
            <w:tcMar>
              <w:top w:w="80" w:type="dxa"/>
              <w:left w:w="90" w:type="dxa"/>
              <w:bottom w:w="80" w:type="dxa"/>
              <w:right w:w="90" w:type="dxa"/>
            </w:tcMar>
            <w:vAlign w:val="center"/>
          </w:tcPr>
          <w:p w14:paraId="1F04E812" w14:textId="77777777" w:rsidR="00D140EC" w:rsidRDefault="00000000">
            <w:pPr>
              <w:spacing w:after="0"/>
            </w:pPr>
            <w:r>
              <w:rPr>
                <w:sz w:val="13"/>
              </w:rPr>
              <w:t>Permits / freight / taxes</w:t>
            </w:r>
          </w:p>
        </w:tc>
        <w:tc>
          <w:tcPr>
            <w:tcW w:w="1080" w:type="dxa"/>
            <w:tcMar>
              <w:top w:w="80" w:type="dxa"/>
              <w:left w:w="90" w:type="dxa"/>
              <w:bottom w:w="80" w:type="dxa"/>
              <w:right w:w="90" w:type="dxa"/>
            </w:tcMar>
            <w:vAlign w:val="center"/>
          </w:tcPr>
          <w:p w14:paraId="1A47CD90"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4FA5CAAE"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265D45FC" w14:textId="77777777" w:rsidR="00D140EC" w:rsidRDefault="00000000">
            <w:pPr>
              <w:spacing w:after="0"/>
            </w:pPr>
            <w:r>
              <w:rPr>
                <w:sz w:val="13"/>
              </w:rPr>
              <w:t>[ ]</w:t>
            </w:r>
          </w:p>
        </w:tc>
        <w:tc>
          <w:tcPr>
            <w:tcW w:w="1008" w:type="dxa"/>
            <w:tcMar>
              <w:top w:w="80" w:type="dxa"/>
              <w:left w:w="90" w:type="dxa"/>
              <w:bottom w:w="80" w:type="dxa"/>
              <w:right w:w="90" w:type="dxa"/>
            </w:tcMar>
            <w:vAlign w:val="center"/>
          </w:tcPr>
          <w:p w14:paraId="6352A70B"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74DF2A4F"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30670652" w14:textId="77777777" w:rsidR="00D140EC" w:rsidRDefault="00D140EC">
            <w:pPr>
              <w:spacing w:after="0"/>
            </w:pPr>
          </w:p>
        </w:tc>
      </w:tr>
      <w:tr w:rsidR="00D140EC" w14:paraId="0A5045E1" w14:textId="77777777">
        <w:trPr>
          <w:cantSplit/>
          <w:jc w:val="center"/>
        </w:trPr>
        <w:tc>
          <w:tcPr>
            <w:tcW w:w="2376" w:type="dxa"/>
            <w:tcMar>
              <w:top w:w="80" w:type="dxa"/>
              <w:left w:w="90" w:type="dxa"/>
              <w:bottom w:w="80" w:type="dxa"/>
              <w:right w:w="90" w:type="dxa"/>
            </w:tcMar>
            <w:vAlign w:val="center"/>
          </w:tcPr>
          <w:p w14:paraId="374EF03B" w14:textId="77777777" w:rsidR="00D140EC" w:rsidRDefault="00000000">
            <w:pPr>
              <w:spacing w:after="0"/>
            </w:pPr>
            <w:r>
              <w:rPr>
                <w:sz w:val="13"/>
              </w:rPr>
              <w:t>Optional services (base-selected)</w:t>
            </w:r>
          </w:p>
        </w:tc>
        <w:tc>
          <w:tcPr>
            <w:tcW w:w="1080" w:type="dxa"/>
            <w:tcMar>
              <w:top w:w="80" w:type="dxa"/>
              <w:left w:w="90" w:type="dxa"/>
              <w:bottom w:w="80" w:type="dxa"/>
              <w:right w:w="90" w:type="dxa"/>
            </w:tcMar>
            <w:vAlign w:val="center"/>
          </w:tcPr>
          <w:p w14:paraId="6A62E7DD"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6F6600B8"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37368137" w14:textId="77777777" w:rsidR="00D140EC" w:rsidRDefault="00000000">
            <w:pPr>
              <w:spacing w:after="0"/>
            </w:pPr>
            <w:r>
              <w:rPr>
                <w:sz w:val="13"/>
              </w:rPr>
              <w:t>[ ]</w:t>
            </w:r>
          </w:p>
        </w:tc>
        <w:tc>
          <w:tcPr>
            <w:tcW w:w="1008" w:type="dxa"/>
            <w:tcMar>
              <w:top w:w="80" w:type="dxa"/>
              <w:left w:w="90" w:type="dxa"/>
              <w:bottom w:w="80" w:type="dxa"/>
              <w:right w:w="90" w:type="dxa"/>
            </w:tcMar>
            <w:vAlign w:val="center"/>
          </w:tcPr>
          <w:p w14:paraId="4107E3E3"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66BE4B30"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2D575478" w14:textId="77777777" w:rsidR="00D140EC" w:rsidRDefault="00D140EC">
            <w:pPr>
              <w:spacing w:after="0"/>
            </w:pPr>
          </w:p>
        </w:tc>
      </w:tr>
      <w:tr w:rsidR="00D140EC" w14:paraId="562FCBE4" w14:textId="77777777">
        <w:trPr>
          <w:cantSplit/>
          <w:jc w:val="center"/>
        </w:trPr>
        <w:tc>
          <w:tcPr>
            <w:tcW w:w="2376" w:type="dxa"/>
            <w:tcMar>
              <w:top w:w="80" w:type="dxa"/>
              <w:left w:w="90" w:type="dxa"/>
              <w:bottom w:w="80" w:type="dxa"/>
              <w:right w:w="90" w:type="dxa"/>
            </w:tcMar>
            <w:vAlign w:val="center"/>
          </w:tcPr>
          <w:p w14:paraId="44958AC0" w14:textId="77777777" w:rsidR="00D140EC" w:rsidRDefault="00000000">
            <w:pPr>
              <w:spacing w:after="0"/>
            </w:pPr>
            <w:r>
              <w:rPr>
                <w:sz w:val="13"/>
              </w:rPr>
              <w:t>Other</w:t>
            </w:r>
          </w:p>
        </w:tc>
        <w:tc>
          <w:tcPr>
            <w:tcW w:w="1080" w:type="dxa"/>
            <w:tcMar>
              <w:top w:w="80" w:type="dxa"/>
              <w:left w:w="90" w:type="dxa"/>
              <w:bottom w:w="80" w:type="dxa"/>
              <w:right w:w="90" w:type="dxa"/>
            </w:tcMar>
            <w:vAlign w:val="center"/>
          </w:tcPr>
          <w:p w14:paraId="37F8C290"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5D4CEDD8"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6B4D6802" w14:textId="77777777" w:rsidR="00D140EC" w:rsidRDefault="00000000">
            <w:pPr>
              <w:spacing w:after="0"/>
            </w:pPr>
            <w:r>
              <w:rPr>
                <w:sz w:val="13"/>
              </w:rPr>
              <w:t>[ ]</w:t>
            </w:r>
          </w:p>
        </w:tc>
        <w:tc>
          <w:tcPr>
            <w:tcW w:w="1008" w:type="dxa"/>
            <w:tcMar>
              <w:top w:w="80" w:type="dxa"/>
              <w:left w:w="90" w:type="dxa"/>
              <w:bottom w:w="80" w:type="dxa"/>
              <w:right w:w="90" w:type="dxa"/>
            </w:tcMar>
            <w:vAlign w:val="center"/>
          </w:tcPr>
          <w:p w14:paraId="139C0E30"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64D90BD8"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75A85773" w14:textId="77777777" w:rsidR="00D140EC" w:rsidRDefault="00D140EC">
            <w:pPr>
              <w:spacing w:after="0"/>
            </w:pPr>
          </w:p>
        </w:tc>
      </w:tr>
      <w:tr w:rsidR="00D140EC" w14:paraId="4A04D968" w14:textId="77777777">
        <w:trPr>
          <w:cantSplit/>
          <w:jc w:val="center"/>
        </w:trPr>
        <w:tc>
          <w:tcPr>
            <w:tcW w:w="2376" w:type="dxa"/>
            <w:tcMar>
              <w:top w:w="80" w:type="dxa"/>
              <w:left w:w="90" w:type="dxa"/>
              <w:bottom w:w="80" w:type="dxa"/>
              <w:right w:w="90" w:type="dxa"/>
            </w:tcMar>
            <w:vAlign w:val="center"/>
          </w:tcPr>
          <w:p w14:paraId="02ADC013" w14:textId="77777777" w:rsidR="00D140EC" w:rsidRDefault="00000000">
            <w:pPr>
              <w:spacing w:after="0"/>
            </w:pPr>
            <w:r>
              <w:rPr>
                <w:sz w:val="13"/>
              </w:rPr>
              <w:lastRenderedPageBreak/>
              <w:t>TOTAL</w:t>
            </w:r>
          </w:p>
        </w:tc>
        <w:tc>
          <w:tcPr>
            <w:tcW w:w="1080" w:type="dxa"/>
            <w:tcMar>
              <w:top w:w="80" w:type="dxa"/>
              <w:left w:w="90" w:type="dxa"/>
              <w:bottom w:w="80" w:type="dxa"/>
              <w:right w:w="90" w:type="dxa"/>
            </w:tcMar>
            <w:vAlign w:val="center"/>
          </w:tcPr>
          <w:p w14:paraId="5EAE4F00" w14:textId="77777777" w:rsidR="00D140EC" w:rsidRDefault="00000000">
            <w:pPr>
              <w:spacing w:after="0"/>
            </w:pPr>
            <w:r>
              <w:rPr>
                <w:sz w:val="13"/>
              </w:rPr>
              <w:t>$</w:t>
            </w:r>
          </w:p>
        </w:tc>
        <w:tc>
          <w:tcPr>
            <w:tcW w:w="1296" w:type="dxa"/>
            <w:tcMar>
              <w:top w:w="80" w:type="dxa"/>
              <w:left w:w="90" w:type="dxa"/>
              <w:bottom w:w="80" w:type="dxa"/>
              <w:right w:w="90" w:type="dxa"/>
            </w:tcMar>
            <w:vAlign w:val="center"/>
          </w:tcPr>
          <w:p w14:paraId="60199262" w14:textId="77777777" w:rsidR="00D140EC" w:rsidRDefault="00000000">
            <w:pPr>
              <w:spacing w:after="0"/>
            </w:pPr>
            <w:r>
              <w:rPr>
                <w:sz w:val="13"/>
              </w:rPr>
              <w:t>$</w:t>
            </w:r>
          </w:p>
        </w:tc>
        <w:tc>
          <w:tcPr>
            <w:tcW w:w="1800" w:type="dxa"/>
            <w:tcMar>
              <w:top w:w="80" w:type="dxa"/>
              <w:left w:w="90" w:type="dxa"/>
              <w:bottom w:w="80" w:type="dxa"/>
              <w:right w:w="90" w:type="dxa"/>
            </w:tcMar>
            <w:vAlign w:val="center"/>
          </w:tcPr>
          <w:p w14:paraId="5011B336" w14:textId="77777777" w:rsidR="00D140EC" w:rsidRDefault="00D140EC">
            <w:pPr>
              <w:spacing w:after="0"/>
            </w:pPr>
          </w:p>
        </w:tc>
        <w:tc>
          <w:tcPr>
            <w:tcW w:w="1008" w:type="dxa"/>
            <w:tcMar>
              <w:top w:w="80" w:type="dxa"/>
              <w:left w:w="90" w:type="dxa"/>
              <w:bottom w:w="80" w:type="dxa"/>
              <w:right w:w="90" w:type="dxa"/>
            </w:tcMar>
            <w:vAlign w:val="center"/>
          </w:tcPr>
          <w:p w14:paraId="5214F0E3" w14:textId="77777777" w:rsidR="00D140EC" w:rsidRDefault="00000000">
            <w:pPr>
              <w:spacing w:after="0"/>
            </w:pPr>
            <w:r>
              <w:rPr>
                <w:sz w:val="13"/>
              </w:rPr>
              <w:t>$</w:t>
            </w:r>
          </w:p>
        </w:tc>
        <w:tc>
          <w:tcPr>
            <w:tcW w:w="1152" w:type="dxa"/>
            <w:tcMar>
              <w:top w:w="80" w:type="dxa"/>
              <w:left w:w="90" w:type="dxa"/>
              <w:bottom w:w="80" w:type="dxa"/>
              <w:right w:w="90" w:type="dxa"/>
            </w:tcMar>
            <w:vAlign w:val="center"/>
          </w:tcPr>
          <w:p w14:paraId="086A1F3E" w14:textId="77777777" w:rsidR="00D140EC" w:rsidRDefault="00000000">
            <w:pPr>
              <w:spacing w:after="0"/>
            </w:pPr>
            <w:r>
              <w:rPr>
                <w:sz w:val="13"/>
              </w:rPr>
              <w:t>$</w:t>
            </w:r>
          </w:p>
        </w:tc>
        <w:tc>
          <w:tcPr>
            <w:tcW w:w="1440" w:type="dxa"/>
            <w:tcMar>
              <w:top w:w="80" w:type="dxa"/>
              <w:left w:w="90" w:type="dxa"/>
              <w:bottom w:w="80" w:type="dxa"/>
              <w:right w:w="90" w:type="dxa"/>
            </w:tcMar>
            <w:vAlign w:val="center"/>
          </w:tcPr>
          <w:p w14:paraId="6A3D3AC7" w14:textId="77777777" w:rsidR="00D140EC" w:rsidRDefault="00D140EC">
            <w:pPr>
              <w:spacing w:after="0"/>
            </w:pPr>
          </w:p>
        </w:tc>
      </w:tr>
    </w:tbl>
    <w:p w14:paraId="371540F3" w14:textId="77777777" w:rsidR="00D140EC" w:rsidRDefault="00D140EC">
      <w:pPr>
        <w:spacing w:after="20"/>
      </w:pPr>
    </w:p>
    <w:p w14:paraId="45697FC5" w14:textId="77777777" w:rsidR="00D140EC" w:rsidRDefault="00000000">
      <w:pPr>
        <w:pStyle w:val="Heading2"/>
      </w:pPr>
      <w:r>
        <w:t>Pricing Assumptions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238"/>
        <w:gridCol w:w="5976"/>
      </w:tblGrid>
      <w:tr w:rsidR="00D140EC" w14:paraId="2DE41481" w14:textId="77777777">
        <w:trPr>
          <w:cantSplit/>
          <w:tblHeader/>
          <w:jc w:val="center"/>
        </w:trPr>
        <w:tc>
          <w:tcPr>
            <w:tcW w:w="4608" w:type="dxa"/>
            <w:shd w:val="clear" w:color="auto" w:fill="202333"/>
            <w:tcMar>
              <w:top w:w="80" w:type="dxa"/>
              <w:left w:w="90" w:type="dxa"/>
              <w:bottom w:w="80" w:type="dxa"/>
              <w:right w:w="90" w:type="dxa"/>
            </w:tcMar>
          </w:tcPr>
          <w:p w14:paraId="7B578C11" w14:textId="77777777" w:rsidR="00D140EC" w:rsidRDefault="00000000">
            <w:pPr>
              <w:spacing w:after="0"/>
            </w:pPr>
            <w:r>
              <w:rPr>
                <w:b/>
                <w:color w:val="FFFFFF"/>
                <w:sz w:val="16"/>
              </w:rPr>
              <w:t>Item</w:t>
            </w:r>
          </w:p>
        </w:tc>
        <w:tc>
          <w:tcPr>
            <w:tcW w:w="6624" w:type="dxa"/>
            <w:shd w:val="clear" w:color="auto" w:fill="202333"/>
            <w:tcMar>
              <w:top w:w="80" w:type="dxa"/>
              <w:left w:w="90" w:type="dxa"/>
              <w:bottom w:w="80" w:type="dxa"/>
              <w:right w:w="90" w:type="dxa"/>
            </w:tcMar>
          </w:tcPr>
          <w:p w14:paraId="68A570C5" w14:textId="77777777" w:rsidR="00D140EC" w:rsidRDefault="00000000">
            <w:pPr>
              <w:spacing w:after="0"/>
            </w:pPr>
            <w:r>
              <w:rPr>
                <w:b/>
                <w:color w:val="FFFFFF"/>
                <w:sz w:val="16"/>
              </w:rPr>
              <w:t>Vendor Response</w:t>
            </w:r>
          </w:p>
        </w:tc>
      </w:tr>
      <w:tr w:rsidR="00D140EC" w14:paraId="5AA8166B" w14:textId="77777777">
        <w:trPr>
          <w:cantSplit/>
          <w:jc w:val="center"/>
        </w:trPr>
        <w:tc>
          <w:tcPr>
            <w:tcW w:w="4608" w:type="dxa"/>
            <w:tcMar>
              <w:top w:w="80" w:type="dxa"/>
              <w:left w:w="90" w:type="dxa"/>
              <w:bottom w:w="80" w:type="dxa"/>
              <w:right w:w="90" w:type="dxa"/>
            </w:tcMar>
            <w:vAlign w:val="center"/>
          </w:tcPr>
          <w:p w14:paraId="21F351A9" w14:textId="77777777" w:rsidR="00D140EC" w:rsidRDefault="00000000">
            <w:pPr>
              <w:spacing w:after="0"/>
            </w:pPr>
            <w:r>
              <w:rPr>
                <w:sz w:val="16"/>
              </w:rPr>
              <w:t>Contract term assumed</w:t>
            </w:r>
          </w:p>
        </w:tc>
        <w:tc>
          <w:tcPr>
            <w:tcW w:w="6624" w:type="dxa"/>
            <w:tcMar>
              <w:top w:w="80" w:type="dxa"/>
              <w:left w:w="90" w:type="dxa"/>
              <w:bottom w:w="80" w:type="dxa"/>
              <w:right w:w="90" w:type="dxa"/>
            </w:tcMar>
            <w:vAlign w:val="center"/>
          </w:tcPr>
          <w:p w14:paraId="0E908E19" w14:textId="77777777" w:rsidR="00D140EC" w:rsidRDefault="00000000">
            <w:pPr>
              <w:spacing w:after="0"/>
            </w:pPr>
            <w:r>
              <w:rPr>
                <w:sz w:val="16"/>
              </w:rPr>
              <w:t>[ ]</w:t>
            </w:r>
          </w:p>
        </w:tc>
      </w:tr>
      <w:tr w:rsidR="00D140EC" w14:paraId="0628140F" w14:textId="77777777">
        <w:trPr>
          <w:cantSplit/>
          <w:jc w:val="center"/>
        </w:trPr>
        <w:tc>
          <w:tcPr>
            <w:tcW w:w="4608" w:type="dxa"/>
            <w:tcMar>
              <w:top w:w="80" w:type="dxa"/>
              <w:left w:w="90" w:type="dxa"/>
              <w:bottom w:w="80" w:type="dxa"/>
              <w:right w:w="90" w:type="dxa"/>
            </w:tcMar>
            <w:vAlign w:val="center"/>
          </w:tcPr>
          <w:p w14:paraId="7D70EFB1" w14:textId="77777777" w:rsidR="00D140EC" w:rsidRDefault="00000000">
            <w:pPr>
              <w:spacing w:after="0"/>
            </w:pPr>
            <w:r>
              <w:rPr>
                <w:sz w:val="16"/>
              </w:rPr>
              <w:t>Annual escalation / price increase</w:t>
            </w:r>
          </w:p>
        </w:tc>
        <w:tc>
          <w:tcPr>
            <w:tcW w:w="6624" w:type="dxa"/>
            <w:tcMar>
              <w:top w:w="80" w:type="dxa"/>
              <w:left w:w="90" w:type="dxa"/>
              <w:bottom w:w="80" w:type="dxa"/>
              <w:right w:w="90" w:type="dxa"/>
            </w:tcMar>
            <w:vAlign w:val="center"/>
          </w:tcPr>
          <w:p w14:paraId="70A85DEC" w14:textId="77777777" w:rsidR="00D140EC" w:rsidRDefault="00000000">
            <w:pPr>
              <w:spacing w:after="0"/>
            </w:pPr>
            <w:r>
              <w:rPr>
                <w:sz w:val="16"/>
              </w:rPr>
              <w:t>[ ]</w:t>
            </w:r>
          </w:p>
        </w:tc>
      </w:tr>
      <w:tr w:rsidR="00D140EC" w14:paraId="5A58F514" w14:textId="77777777">
        <w:trPr>
          <w:cantSplit/>
          <w:jc w:val="center"/>
        </w:trPr>
        <w:tc>
          <w:tcPr>
            <w:tcW w:w="4608" w:type="dxa"/>
            <w:tcMar>
              <w:top w:w="80" w:type="dxa"/>
              <w:left w:w="90" w:type="dxa"/>
              <w:bottom w:w="80" w:type="dxa"/>
              <w:right w:w="90" w:type="dxa"/>
            </w:tcMar>
            <w:vAlign w:val="center"/>
          </w:tcPr>
          <w:p w14:paraId="4A963786" w14:textId="77777777" w:rsidR="00D140EC" w:rsidRDefault="00000000">
            <w:pPr>
              <w:spacing w:after="0"/>
            </w:pPr>
            <w:r>
              <w:rPr>
                <w:sz w:val="16"/>
              </w:rPr>
              <w:t>Minimum commitments</w:t>
            </w:r>
          </w:p>
        </w:tc>
        <w:tc>
          <w:tcPr>
            <w:tcW w:w="6624" w:type="dxa"/>
            <w:tcMar>
              <w:top w:w="80" w:type="dxa"/>
              <w:left w:w="90" w:type="dxa"/>
              <w:bottom w:w="80" w:type="dxa"/>
              <w:right w:w="90" w:type="dxa"/>
            </w:tcMar>
            <w:vAlign w:val="center"/>
          </w:tcPr>
          <w:p w14:paraId="7FDCF2BB" w14:textId="77777777" w:rsidR="00D140EC" w:rsidRDefault="00000000">
            <w:pPr>
              <w:spacing w:after="0"/>
            </w:pPr>
            <w:r>
              <w:rPr>
                <w:sz w:val="16"/>
              </w:rPr>
              <w:t>[ ]</w:t>
            </w:r>
          </w:p>
        </w:tc>
      </w:tr>
      <w:tr w:rsidR="00D140EC" w14:paraId="6E515B8E" w14:textId="77777777">
        <w:trPr>
          <w:cantSplit/>
          <w:jc w:val="center"/>
        </w:trPr>
        <w:tc>
          <w:tcPr>
            <w:tcW w:w="4608" w:type="dxa"/>
            <w:tcMar>
              <w:top w:w="80" w:type="dxa"/>
              <w:left w:w="90" w:type="dxa"/>
              <w:bottom w:w="80" w:type="dxa"/>
              <w:right w:w="90" w:type="dxa"/>
            </w:tcMar>
            <w:vAlign w:val="center"/>
          </w:tcPr>
          <w:p w14:paraId="21BEF7EE" w14:textId="77777777" w:rsidR="00D140EC" w:rsidRDefault="00000000">
            <w:pPr>
              <w:spacing w:after="0"/>
            </w:pPr>
            <w:r>
              <w:rPr>
                <w:sz w:val="16"/>
              </w:rPr>
              <w:t>Payment schedule</w:t>
            </w:r>
          </w:p>
        </w:tc>
        <w:tc>
          <w:tcPr>
            <w:tcW w:w="6624" w:type="dxa"/>
            <w:tcMar>
              <w:top w:w="80" w:type="dxa"/>
              <w:left w:w="90" w:type="dxa"/>
              <w:bottom w:w="80" w:type="dxa"/>
              <w:right w:w="90" w:type="dxa"/>
            </w:tcMar>
            <w:vAlign w:val="center"/>
          </w:tcPr>
          <w:p w14:paraId="363A1C02" w14:textId="77777777" w:rsidR="00D140EC" w:rsidRDefault="00000000">
            <w:pPr>
              <w:spacing w:after="0"/>
            </w:pPr>
            <w:r>
              <w:rPr>
                <w:sz w:val="16"/>
              </w:rPr>
              <w:t>[ ]</w:t>
            </w:r>
          </w:p>
        </w:tc>
      </w:tr>
      <w:tr w:rsidR="00D140EC" w14:paraId="6B937881" w14:textId="77777777">
        <w:trPr>
          <w:cantSplit/>
          <w:jc w:val="center"/>
        </w:trPr>
        <w:tc>
          <w:tcPr>
            <w:tcW w:w="4608" w:type="dxa"/>
            <w:tcMar>
              <w:top w:w="80" w:type="dxa"/>
              <w:left w:w="90" w:type="dxa"/>
              <w:bottom w:w="80" w:type="dxa"/>
              <w:right w:w="90" w:type="dxa"/>
            </w:tcMar>
            <w:vAlign w:val="center"/>
          </w:tcPr>
          <w:p w14:paraId="423246D4" w14:textId="77777777" w:rsidR="00D140EC" w:rsidRDefault="00000000">
            <w:pPr>
              <w:spacing w:after="0"/>
            </w:pPr>
            <w:r>
              <w:rPr>
                <w:sz w:val="16"/>
              </w:rPr>
              <w:t>Taxes included?</w:t>
            </w:r>
          </w:p>
        </w:tc>
        <w:tc>
          <w:tcPr>
            <w:tcW w:w="6624" w:type="dxa"/>
            <w:tcMar>
              <w:top w:w="80" w:type="dxa"/>
              <w:left w:w="90" w:type="dxa"/>
              <w:bottom w:w="80" w:type="dxa"/>
              <w:right w:w="90" w:type="dxa"/>
            </w:tcMar>
            <w:vAlign w:val="center"/>
          </w:tcPr>
          <w:p w14:paraId="1DD410C1" w14:textId="77777777" w:rsidR="00D140EC" w:rsidRDefault="00000000">
            <w:pPr>
              <w:spacing w:after="0"/>
            </w:pPr>
            <w:r>
              <w:rPr>
                <w:sz w:val="16"/>
              </w:rPr>
              <w:t>[ ]</w:t>
            </w:r>
          </w:p>
        </w:tc>
      </w:tr>
      <w:tr w:rsidR="00D140EC" w14:paraId="352D898D" w14:textId="77777777">
        <w:trPr>
          <w:cantSplit/>
          <w:jc w:val="center"/>
        </w:trPr>
        <w:tc>
          <w:tcPr>
            <w:tcW w:w="4608" w:type="dxa"/>
            <w:tcMar>
              <w:top w:w="80" w:type="dxa"/>
              <w:left w:w="90" w:type="dxa"/>
              <w:bottom w:w="80" w:type="dxa"/>
              <w:right w:w="90" w:type="dxa"/>
            </w:tcMar>
            <w:vAlign w:val="center"/>
          </w:tcPr>
          <w:p w14:paraId="1382D624" w14:textId="77777777" w:rsidR="00D140EC" w:rsidRDefault="00000000">
            <w:pPr>
              <w:spacing w:after="0"/>
            </w:pPr>
            <w:r>
              <w:rPr>
                <w:sz w:val="16"/>
              </w:rPr>
              <w:t>Freight included?</w:t>
            </w:r>
          </w:p>
        </w:tc>
        <w:tc>
          <w:tcPr>
            <w:tcW w:w="6624" w:type="dxa"/>
            <w:tcMar>
              <w:top w:w="80" w:type="dxa"/>
              <w:left w:w="90" w:type="dxa"/>
              <w:bottom w:w="80" w:type="dxa"/>
              <w:right w:w="90" w:type="dxa"/>
            </w:tcMar>
            <w:vAlign w:val="center"/>
          </w:tcPr>
          <w:p w14:paraId="1D5DDE80" w14:textId="77777777" w:rsidR="00D140EC" w:rsidRDefault="00000000">
            <w:pPr>
              <w:spacing w:after="0"/>
            </w:pPr>
            <w:r>
              <w:rPr>
                <w:sz w:val="16"/>
              </w:rPr>
              <w:t>[ ]</w:t>
            </w:r>
          </w:p>
        </w:tc>
      </w:tr>
      <w:tr w:rsidR="00D140EC" w14:paraId="029CC7BF" w14:textId="77777777">
        <w:trPr>
          <w:cantSplit/>
          <w:jc w:val="center"/>
        </w:trPr>
        <w:tc>
          <w:tcPr>
            <w:tcW w:w="4608" w:type="dxa"/>
            <w:tcMar>
              <w:top w:w="80" w:type="dxa"/>
              <w:left w:w="90" w:type="dxa"/>
              <w:bottom w:w="80" w:type="dxa"/>
              <w:right w:w="90" w:type="dxa"/>
            </w:tcMar>
            <w:vAlign w:val="center"/>
          </w:tcPr>
          <w:p w14:paraId="2F02B0C7" w14:textId="77777777" w:rsidR="00D140EC" w:rsidRDefault="00000000">
            <w:pPr>
              <w:spacing w:after="0"/>
            </w:pPr>
            <w:r>
              <w:rPr>
                <w:sz w:val="16"/>
              </w:rPr>
              <w:t>Permit fees included?</w:t>
            </w:r>
          </w:p>
        </w:tc>
        <w:tc>
          <w:tcPr>
            <w:tcW w:w="6624" w:type="dxa"/>
            <w:tcMar>
              <w:top w:w="80" w:type="dxa"/>
              <w:left w:w="90" w:type="dxa"/>
              <w:bottom w:w="80" w:type="dxa"/>
              <w:right w:w="90" w:type="dxa"/>
            </w:tcMar>
            <w:vAlign w:val="center"/>
          </w:tcPr>
          <w:p w14:paraId="154491DF" w14:textId="77777777" w:rsidR="00D140EC" w:rsidRDefault="00000000">
            <w:pPr>
              <w:spacing w:after="0"/>
            </w:pPr>
            <w:r>
              <w:rPr>
                <w:sz w:val="16"/>
              </w:rPr>
              <w:t>[ ]</w:t>
            </w:r>
          </w:p>
        </w:tc>
      </w:tr>
      <w:tr w:rsidR="00D140EC" w14:paraId="515649E8" w14:textId="77777777">
        <w:trPr>
          <w:cantSplit/>
          <w:jc w:val="center"/>
        </w:trPr>
        <w:tc>
          <w:tcPr>
            <w:tcW w:w="4608" w:type="dxa"/>
            <w:tcMar>
              <w:top w:w="80" w:type="dxa"/>
              <w:left w:w="90" w:type="dxa"/>
              <w:bottom w:w="80" w:type="dxa"/>
              <w:right w:w="90" w:type="dxa"/>
            </w:tcMar>
            <w:vAlign w:val="center"/>
          </w:tcPr>
          <w:p w14:paraId="53A7928C" w14:textId="77777777" w:rsidR="00D140EC" w:rsidRDefault="00000000">
            <w:pPr>
              <w:spacing w:after="0"/>
            </w:pPr>
            <w:r>
              <w:rPr>
                <w:sz w:val="16"/>
              </w:rPr>
              <w:t>Credential replacement unit cost</w:t>
            </w:r>
          </w:p>
        </w:tc>
        <w:tc>
          <w:tcPr>
            <w:tcW w:w="6624" w:type="dxa"/>
            <w:tcMar>
              <w:top w:w="80" w:type="dxa"/>
              <w:left w:w="90" w:type="dxa"/>
              <w:bottom w:w="80" w:type="dxa"/>
              <w:right w:w="90" w:type="dxa"/>
            </w:tcMar>
            <w:vAlign w:val="center"/>
          </w:tcPr>
          <w:p w14:paraId="5EADEC7C" w14:textId="77777777" w:rsidR="00D140EC" w:rsidRDefault="00000000">
            <w:pPr>
              <w:spacing w:after="0"/>
            </w:pPr>
            <w:r>
              <w:rPr>
                <w:sz w:val="16"/>
              </w:rPr>
              <w:t>[ ]</w:t>
            </w:r>
          </w:p>
        </w:tc>
      </w:tr>
      <w:tr w:rsidR="00D140EC" w14:paraId="10E01E0F" w14:textId="77777777">
        <w:trPr>
          <w:cantSplit/>
          <w:jc w:val="center"/>
        </w:trPr>
        <w:tc>
          <w:tcPr>
            <w:tcW w:w="4608" w:type="dxa"/>
            <w:tcMar>
              <w:top w:w="80" w:type="dxa"/>
              <w:left w:w="90" w:type="dxa"/>
              <w:bottom w:w="80" w:type="dxa"/>
              <w:right w:w="90" w:type="dxa"/>
            </w:tcMar>
            <w:vAlign w:val="center"/>
          </w:tcPr>
          <w:p w14:paraId="765E2298" w14:textId="77777777" w:rsidR="00D140EC" w:rsidRDefault="00000000">
            <w:pPr>
              <w:spacing w:after="0"/>
            </w:pPr>
            <w:r>
              <w:rPr>
                <w:sz w:val="16"/>
              </w:rPr>
              <w:t>Optional resident support cost</w:t>
            </w:r>
          </w:p>
        </w:tc>
        <w:tc>
          <w:tcPr>
            <w:tcW w:w="6624" w:type="dxa"/>
            <w:tcMar>
              <w:top w:w="80" w:type="dxa"/>
              <w:left w:w="90" w:type="dxa"/>
              <w:bottom w:w="80" w:type="dxa"/>
              <w:right w:w="90" w:type="dxa"/>
            </w:tcMar>
            <w:vAlign w:val="center"/>
          </w:tcPr>
          <w:p w14:paraId="14620ED8" w14:textId="77777777" w:rsidR="00D140EC" w:rsidRDefault="00000000">
            <w:pPr>
              <w:spacing w:after="0"/>
            </w:pPr>
            <w:r>
              <w:rPr>
                <w:sz w:val="16"/>
              </w:rPr>
              <w:t>[ ]</w:t>
            </w:r>
          </w:p>
        </w:tc>
      </w:tr>
      <w:tr w:rsidR="00D140EC" w14:paraId="5ADFB890" w14:textId="77777777">
        <w:trPr>
          <w:cantSplit/>
          <w:jc w:val="center"/>
        </w:trPr>
        <w:tc>
          <w:tcPr>
            <w:tcW w:w="4608" w:type="dxa"/>
            <w:tcMar>
              <w:top w:w="80" w:type="dxa"/>
              <w:left w:w="90" w:type="dxa"/>
              <w:bottom w:w="80" w:type="dxa"/>
              <w:right w:w="90" w:type="dxa"/>
            </w:tcMar>
            <w:vAlign w:val="center"/>
          </w:tcPr>
          <w:p w14:paraId="00EDD1A9" w14:textId="77777777" w:rsidR="00D140EC" w:rsidRDefault="00000000">
            <w:pPr>
              <w:spacing w:after="0"/>
            </w:pPr>
            <w:r>
              <w:rPr>
                <w:sz w:val="16"/>
              </w:rPr>
              <w:t>Hardware warranty period</w:t>
            </w:r>
          </w:p>
        </w:tc>
        <w:tc>
          <w:tcPr>
            <w:tcW w:w="6624" w:type="dxa"/>
            <w:tcMar>
              <w:top w:w="80" w:type="dxa"/>
              <w:left w:w="90" w:type="dxa"/>
              <w:bottom w:w="80" w:type="dxa"/>
              <w:right w:w="90" w:type="dxa"/>
            </w:tcMar>
            <w:vAlign w:val="center"/>
          </w:tcPr>
          <w:p w14:paraId="3E90FA51" w14:textId="77777777" w:rsidR="00D140EC" w:rsidRDefault="00000000">
            <w:pPr>
              <w:spacing w:after="0"/>
            </w:pPr>
            <w:r>
              <w:rPr>
                <w:sz w:val="16"/>
              </w:rPr>
              <w:t>[ ]</w:t>
            </w:r>
          </w:p>
        </w:tc>
      </w:tr>
      <w:tr w:rsidR="00D140EC" w14:paraId="7C47C3C2" w14:textId="77777777">
        <w:trPr>
          <w:cantSplit/>
          <w:jc w:val="center"/>
        </w:trPr>
        <w:tc>
          <w:tcPr>
            <w:tcW w:w="4608" w:type="dxa"/>
            <w:tcMar>
              <w:top w:w="80" w:type="dxa"/>
              <w:left w:w="90" w:type="dxa"/>
              <w:bottom w:w="80" w:type="dxa"/>
              <w:right w:w="90" w:type="dxa"/>
            </w:tcMar>
            <w:vAlign w:val="center"/>
          </w:tcPr>
          <w:p w14:paraId="53B84806" w14:textId="77777777" w:rsidR="00D140EC" w:rsidRDefault="00000000">
            <w:pPr>
              <w:spacing w:after="0"/>
            </w:pPr>
            <w:r>
              <w:rPr>
                <w:sz w:val="16"/>
              </w:rPr>
              <w:t>Software/service cancellation terms</w:t>
            </w:r>
          </w:p>
        </w:tc>
        <w:tc>
          <w:tcPr>
            <w:tcW w:w="6624" w:type="dxa"/>
            <w:tcMar>
              <w:top w:w="80" w:type="dxa"/>
              <w:left w:w="90" w:type="dxa"/>
              <w:bottom w:w="80" w:type="dxa"/>
              <w:right w:w="90" w:type="dxa"/>
            </w:tcMar>
            <w:vAlign w:val="center"/>
          </w:tcPr>
          <w:p w14:paraId="5FAFF49B" w14:textId="77777777" w:rsidR="00D140EC" w:rsidRDefault="00000000">
            <w:pPr>
              <w:spacing w:after="0"/>
            </w:pPr>
            <w:r>
              <w:rPr>
                <w:sz w:val="16"/>
              </w:rPr>
              <w:t>[ ]</w:t>
            </w:r>
          </w:p>
        </w:tc>
      </w:tr>
      <w:tr w:rsidR="00D140EC" w14:paraId="59FAF3A4" w14:textId="77777777">
        <w:trPr>
          <w:cantSplit/>
          <w:jc w:val="center"/>
        </w:trPr>
        <w:tc>
          <w:tcPr>
            <w:tcW w:w="4608" w:type="dxa"/>
            <w:tcMar>
              <w:top w:w="80" w:type="dxa"/>
              <w:left w:w="90" w:type="dxa"/>
              <w:bottom w:w="80" w:type="dxa"/>
              <w:right w:w="90" w:type="dxa"/>
            </w:tcMar>
            <w:vAlign w:val="center"/>
          </w:tcPr>
          <w:p w14:paraId="682DE76E" w14:textId="77777777" w:rsidR="00D140EC" w:rsidRDefault="00000000">
            <w:pPr>
              <w:spacing w:after="0"/>
            </w:pPr>
            <w:r>
              <w:rPr>
                <w:sz w:val="16"/>
              </w:rPr>
              <w:t>Third-party pass-through costs</w:t>
            </w:r>
          </w:p>
        </w:tc>
        <w:tc>
          <w:tcPr>
            <w:tcW w:w="6624" w:type="dxa"/>
            <w:tcMar>
              <w:top w:w="80" w:type="dxa"/>
              <w:left w:w="90" w:type="dxa"/>
              <w:bottom w:w="80" w:type="dxa"/>
              <w:right w:w="90" w:type="dxa"/>
            </w:tcMar>
            <w:vAlign w:val="center"/>
          </w:tcPr>
          <w:p w14:paraId="44144DD6" w14:textId="77777777" w:rsidR="00D140EC" w:rsidRDefault="00000000">
            <w:pPr>
              <w:spacing w:after="0"/>
            </w:pPr>
            <w:r>
              <w:rPr>
                <w:sz w:val="16"/>
              </w:rPr>
              <w:t>[ ]</w:t>
            </w:r>
          </w:p>
        </w:tc>
      </w:tr>
    </w:tbl>
    <w:p w14:paraId="0B61BFCF" w14:textId="77777777" w:rsidR="00D140EC" w:rsidRDefault="00D140EC">
      <w:pPr>
        <w:spacing w:after="20"/>
      </w:pPr>
    </w:p>
    <w:p w14:paraId="40082AE3" w14:textId="77777777" w:rsidR="00D140EC" w:rsidRDefault="00000000">
      <w:pPr>
        <w:pStyle w:val="Heading1"/>
      </w:pPr>
      <w:r>
        <w:t>32. Optional Products / Services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2212"/>
        <w:gridCol w:w="1184"/>
        <w:gridCol w:w="1227"/>
        <w:gridCol w:w="3478"/>
        <w:gridCol w:w="2113"/>
      </w:tblGrid>
      <w:tr w:rsidR="00D140EC" w14:paraId="59756B4F" w14:textId="77777777">
        <w:trPr>
          <w:cantSplit/>
          <w:tblHeader/>
          <w:jc w:val="center"/>
        </w:trPr>
        <w:tc>
          <w:tcPr>
            <w:tcW w:w="2448" w:type="dxa"/>
            <w:shd w:val="clear" w:color="auto" w:fill="202333"/>
            <w:tcMar>
              <w:top w:w="80" w:type="dxa"/>
              <w:left w:w="90" w:type="dxa"/>
              <w:bottom w:w="80" w:type="dxa"/>
              <w:right w:w="90" w:type="dxa"/>
            </w:tcMar>
          </w:tcPr>
          <w:p w14:paraId="14621345" w14:textId="77777777" w:rsidR="00D140EC" w:rsidRDefault="00000000">
            <w:pPr>
              <w:spacing w:after="0"/>
            </w:pPr>
            <w:r>
              <w:rPr>
                <w:b/>
                <w:color w:val="FFFFFF"/>
                <w:sz w:val="14"/>
              </w:rPr>
              <w:t>Optional Item</w:t>
            </w:r>
          </w:p>
        </w:tc>
        <w:tc>
          <w:tcPr>
            <w:tcW w:w="1296" w:type="dxa"/>
            <w:shd w:val="clear" w:color="auto" w:fill="202333"/>
            <w:tcMar>
              <w:top w:w="80" w:type="dxa"/>
              <w:left w:w="90" w:type="dxa"/>
              <w:bottom w:w="80" w:type="dxa"/>
              <w:right w:w="90" w:type="dxa"/>
            </w:tcMar>
          </w:tcPr>
          <w:p w14:paraId="1189F883" w14:textId="77777777" w:rsidR="00D140EC" w:rsidRDefault="00000000">
            <w:pPr>
              <w:spacing w:after="0"/>
            </w:pPr>
            <w:r>
              <w:rPr>
                <w:b/>
                <w:color w:val="FFFFFF"/>
                <w:sz w:val="14"/>
              </w:rPr>
              <w:t>One-Time</w:t>
            </w:r>
          </w:p>
        </w:tc>
        <w:tc>
          <w:tcPr>
            <w:tcW w:w="1296" w:type="dxa"/>
            <w:shd w:val="clear" w:color="auto" w:fill="202333"/>
            <w:tcMar>
              <w:top w:w="80" w:type="dxa"/>
              <w:left w:w="90" w:type="dxa"/>
              <w:bottom w:w="80" w:type="dxa"/>
              <w:right w:w="90" w:type="dxa"/>
            </w:tcMar>
          </w:tcPr>
          <w:p w14:paraId="750F8723" w14:textId="77777777" w:rsidR="00D140EC" w:rsidRDefault="00000000">
            <w:pPr>
              <w:spacing w:after="0"/>
            </w:pPr>
            <w:r>
              <w:rPr>
                <w:b/>
                <w:color w:val="FFFFFF"/>
                <w:sz w:val="14"/>
              </w:rPr>
              <w:t>Recurring</w:t>
            </w:r>
          </w:p>
        </w:tc>
        <w:tc>
          <w:tcPr>
            <w:tcW w:w="3888" w:type="dxa"/>
            <w:shd w:val="clear" w:color="auto" w:fill="202333"/>
            <w:tcMar>
              <w:top w:w="80" w:type="dxa"/>
              <w:left w:w="90" w:type="dxa"/>
              <w:bottom w:w="80" w:type="dxa"/>
              <w:right w:w="90" w:type="dxa"/>
            </w:tcMar>
          </w:tcPr>
          <w:p w14:paraId="6FC049D7" w14:textId="77777777" w:rsidR="00D140EC" w:rsidRDefault="00000000">
            <w:pPr>
              <w:spacing w:after="0"/>
            </w:pPr>
            <w:r>
              <w:rPr>
                <w:b/>
                <w:color w:val="FFFFFF"/>
                <w:sz w:val="14"/>
              </w:rPr>
              <w:t>Operational Benefit / Use Case</w:t>
            </w:r>
          </w:p>
        </w:tc>
        <w:tc>
          <w:tcPr>
            <w:tcW w:w="2304" w:type="dxa"/>
            <w:shd w:val="clear" w:color="auto" w:fill="202333"/>
            <w:tcMar>
              <w:top w:w="80" w:type="dxa"/>
              <w:left w:w="90" w:type="dxa"/>
              <w:bottom w:w="80" w:type="dxa"/>
              <w:right w:w="90" w:type="dxa"/>
            </w:tcMar>
          </w:tcPr>
          <w:p w14:paraId="3EDDAE53" w14:textId="77777777" w:rsidR="00D140EC" w:rsidRDefault="00000000">
            <w:pPr>
              <w:spacing w:after="0"/>
            </w:pPr>
            <w:r>
              <w:rPr>
                <w:b/>
                <w:color w:val="FFFFFF"/>
                <w:sz w:val="14"/>
              </w:rPr>
              <w:t>Community Decision</w:t>
            </w:r>
          </w:p>
        </w:tc>
      </w:tr>
      <w:tr w:rsidR="00D140EC" w14:paraId="14E1BD6C" w14:textId="77777777">
        <w:trPr>
          <w:cantSplit/>
          <w:jc w:val="center"/>
        </w:trPr>
        <w:tc>
          <w:tcPr>
            <w:tcW w:w="2448" w:type="dxa"/>
            <w:tcMar>
              <w:top w:w="80" w:type="dxa"/>
              <w:left w:w="90" w:type="dxa"/>
              <w:bottom w:w="80" w:type="dxa"/>
              <w:right w:w="90" w:type="dxa"/>
            </w:tcMar>
            <w:vAlign w:val="center"/>
          </w:tcPr>
          <w:p w14:paraId="08A2A8A5" w14:textId="77777777" w:rsidR="00D140EC" w:rsidRDefault="00000000">
            <w:pPr>
              <w:spacing w:after="0"/>
            </w:pPr>
            <w:r>
              <w:rPr>
                <w:sz w:val="14"/>
              </w:rPr>
              <w:t>[OPTION]</w:t>
            </w:r>
          </w:p>
        </w:tc>
        <w:tc>
          <w:tcPr>
            <w:tcW w:w="1296" w:type="dxa"/>
            <w:tcMar>
              <w:top w:w="80" w:type="dxa"/>
              <w:left w:w="90" w:type="dxa"/>
              <w:bottom w:w="80" w:type="dxa"/>
              <w:right w:w="90" w:type="dxa"/>
            </w:tcMar>
            <w:vAlign w:val="center"/>
          </w:tcPr>
          <w:p w14:paraId="632C677B" w14:textId="77777777" w:rsidR="00D140EC" w:rsidRDefault="00000000">
            <w:pPr>
              <w:spacing w:after="0"/>
            </w:pPr>
            <w:r>
              <w:rPr>
                <w:sz w:val="14"/>
              </w:rPr>
              <w:t>$</w:t>
            </w:r>
          </w:p>
        </w:tc>
        <w:tc>
          <w:tcPr>
            <w:tcW w:w="1296" w:type="dxa"/>
            <w:tcMar>
              <w:top w:w="80" w:type="dxa"/>
              <w:left w:w="90" w:type="dxa"/>
              <w:bottom w:w="80" w:type="dxa"/>
              <w:right w:w="90" w:type="dxa"/>
            </w:tcMar>
            <w:vAlign w:val="center"/>
          </w:tcPr>
          <w:p w14:paraId="398AB399" w14:textId="77777777" w:rsidR="00D140EC" w:rsidRDefault="00000000">
            <w:pPr>
              <w:spacing w:after="0"/>
            </w:pPr>
            <w:r>
              <w:rPr>
                <w:sz w:val="14"/>
              </w:rPr>
              <w:t>$</w:t>
            </w:r>
          </w:p>
        </w:tc>
        <w:tc>
          <w:tcPr>
            <w:tcW w:w="3888" w:type="dxa"/>
            <w:tcMar>
              <w:top w:w="80" w:type="dxa"/>
              <w:left w:w="90" w:type="dxa"/>
              <w:bottom w:w="80" w:type="dxa"/>
              <w:right w:w="90" w:type="dxa"/>
            </w:tcMar>
            <w:vAlign w:val="center"/>
          </w:tcPr>
          <w:p w14:paraId="1918CD3A" w14:textId="77777777" w:rsidR="00D140EC" w:rsidRDefault="00000000">
            <w:pPr>
              <w:spacing w:after="0"/>
            </w:pPr>
            <w:r>
              <w:rPr>
                <w:sz w:val="14"/>
              </w:rPr>
              <w:t>[ ]</w:t>
            </w:r>
          </w:p>
        </w:tc>
        <w:tc>
          <w:tcPr>
            <w:tcW w:w="2304" w:type="dxa"/>
            <w:tcMar>
              <w:top w:w="80" w:type="dxa"/>
              <w:left w:w="90" w:type="dxa"/>
              <w:bottom w:w="80" w:type="dxa"/>
              <w:right w:w="90" w:type="dxa"/>
            </w:tcMar>
            <w:vAlign w:val="center"/>
          </w:tcPr>
          <w:p w14:paraId="6785D8F9" w14:textId="77777777" w:rsidR="00D140EC" w:rsidRDefault="00000000">
            <w:pPr>
              <w:spacing w:after="0"/>
            </w:pPr>
            <w:r>
              <w:rPr>
                <w:sz w:val="14"/>
              </w:rPr>
              <w:t>☐ Include ☐ Exclude ☐ Future</w:t>
            </w:r>
          </w:p>
        </w:tc>
      </w:tr>
      <w:tr w:rsidR="00D140EC" w14:paraId="768D5994" w14:textId="77777777">
        <w:trPr>
          <w:cantSplit/>
          <w:jc w:val="center"/>
        </w:trPr>
        <w:tc>
          <w:tcPr>
            <w:tcW w:w="2448" w:type="dxa"/>
            <w:tcMar>
              <w:top w:w="80" w:type="dxa"/>
              <w:left w:w="90" w:type="dxa"/>
              <w:bottom w:w="80" w:type="dxa"/>
              <w:right w:w="90" w:type="dxa"/>
            </w:tcMar>
            <w:vAlign w:val="center"/>
          </w:tcPr>
          <w:p w14:paraId="332CA077" w14:textId="77777777" w:rsidR="00D140EC" w:rsidRDefault="00000000">
            <w:pPr>
              <w:spacing w:after="0"/>
            </w:pPr>
            <w:r>
              <w:rPr>
                <w:sz w:val="14"/>
              </w:rPr>
              <w:t>[OPTION]</w:t>
            </w:r>
          </w:p>
        </w:tc>
        <w:tc>
          <w:tcPr>
            <w:tcW w:w="1296" w:type="dxa"/>
            <w:tcMar>
              <w:top w:w="80" w:type="dxa"/>
              <w:left w:w="90" w:type="dxa"/>
              <w:bottom w:w="80" w:type="dxa"/>
              <w:right w:w="90" w:type="dxa"/>
            </w:tcMar>
            <w:vAlign w:val="center"/>
          </w:tcPr>
          <w:p w14:paraId="5214D2F7" w14:textId="77777777" w:rsidR="00D140EC" w:rsidRDefault="00000000">
            <w:pPr>
              <w:spacing w:after="0"/>
            </w:pPr>
            <w:r>
              <w:rPr>
                <w:sz w:val="14"/>
              </w:rPr>
              <w:t>$</w:t>
            </w:r>
          </w:p>
        </w:tc>
        <w:tc>
          <w:tcPr>
            <w:tcW w:w="1296" w:type="dxa"/>
            <w:tcMar>
              <w:top w:w="80" w:type="dxa"/>
              <w:left w:w="90" w:type="dxa"/>
              <w:bottom w:w="80" w:type="dxa"/>
              <w:right w:w="90" w:type="dxa"/>
            </w:tcMar>
            <w:vAlign w:val="center"/>
          </w:tcPr>
          <w:p w14:paraId="03EE307D" w14:textId="77777777" w:rsidR="00D140EC" w:rsidRDefault="00000000">
            <w:pPr>
              <w:spacing w:after="0"/>
            </w:pPr>
            <w:r>
              <w:rPr>
                <w:sz w:val="14"/>
              </w:rPr>
              <w:t>$</w:t>
            </w:r>
          </w:p>
        </w:tc>
        <w:tc>
          <w:tcPr>
            <w:tcW w:w="3888" w:type="dxa"/>
            <w:tcMar>
              <w:top w:w="80" w:type="dxa"/>
              <w:left w:w="90" w:type="dxa"/>
              <w:bottom w:w="80" w:type="dxa"/>
              <w:right w:w="90" w:type="dxa"/>
            </w:tcMar>
            <w:vAlign w:val="center"/>
          </w:tcPr>
          <w:p w14:paraId="63C6EE52" w14:textId="77777777" w:rsidR="00D140EC" w:rsidRDefault="00000000">
            <w:pPr>
              <w:spacing w:after="0"/>
            </w:pPr>
            <w:r>
              <w:rPr>
                <w:sz w:val="14"/>
              </w:rPr>
              <w:t>[ ]</w:t>
            </w:r>
          </w:p>
        </w:tc>
        <w:tc>
          <w:tcPr>
            <w:tcW w:w="2304" w:type="dxa"/>
            <w:tcMar>
              <w:top w:w="80" w:type="dxa"/>
              <w:left w:w="90" w:type="dxa"/>
              <w:bottom w:w="80" w:type="dxa"/>
              <w:right w:w="90" w:type="dxa"/>
            </w:tcMar>
            <w:vAlign w:val="center"/>
          </w:tcPr>
          <w:p w14:paraId="61B1A17E" w14:textId="77777777" w:rsidR="00D140EC" w:rsidRDefault="00000000">
            <w:pPr>
              <w:spacing w:after="0"/>
            </w:pPr>
            <w:r>
              <w:rPr>
                <w:sz w:val="14"/>
              </w:rPr>
              <w:t>☐ Include ☐ Exclude ☐ Future</w:t>
            </w:r>
          </w:p>
        </w:tc>
      </w:tr>
      <w:tr w:rsidR="00D140EC" w14:paraId="1C1A1247" w14:textId="77777777">
        <w:trPr>
          <w:cantSplit/>
          <w:jc w:val="center"/>
        </w:trPr>
        <w:tc>
          <w:tcPr>
            <w:tcW w:w="2448" w:type="dxa"/>
            <w:tcMar>
              <w:top w:w="80" w:type="dxa"/>
              <w:left w:w="90" w:type="dxa"/>
              <w:bottom w:w="80" w:type="dxa"/>
              <w:right w:w="90" w:type="dxa"/>
            </w:tcMar>
            <w:vAlign w:val="center"/>
          </w:tcPr>
          <w:p w14:paraId="27B277CE" w14:textId="77777777" w:rsidR="00D140EC" w:rsidRDefault="00000000">
            <w:pPr>
              <w:spacing w:after="0"/>
            </w:pPr>
            <w:r>
              <w:rPr>
                <w:sz w:val="14"/>
              </w:rPr>
              <w:t>[OPTION]</w:t>
            </w:r>
          </w:p>
        </w:tc>
        <w:tc>
          <w:tcPr>
            <w:tcW w:w="1296" w:type="dxa"/>
            <w:tcMar>
              <w:top w:w="80" w:type="dxa"/>
              <w:left w:w="90" w:type="dxa"/>
              <w:bottom w:w="80" w:type="dxa"/>
              <w:right w:w="90" w:type="dxa"/>
            </w:tcMar>
            <w:vAlign w:val="center"/>
          </w:tcPr>
          <w:p w14:paraId="04AAE930" w14:textId="77777777" w:rsidR="00D140EC" w:rsidRDefault="00000000">
            <w:pPr>
              <w:spacing w:after="0"/>
            </w:pPr>
            <w:r>
              <w:rPr>
                <w:sz w:val="14"/>
              </w:rPr>
              <w:t>$</w:t>
            </w:r>
          </w:p>
        </w:tc>
        <w:tc>
          <w:tcPr>
            <w:tcW w:w="1296" w:type="dxa"/>
            <w:tcMar>
              <w:top w:w="80" w:type="dxa"/>
              <w:left w:w="90" w:type="dxa"/>
              <w:bottom w:w="80" w:type="dxa"/>
              <w:right w:w="90" w:type="dxa"/>
            </w:tcMar>
            <w:vAlign w:val="center"/>
          </w:tcPr>
          <w:p w14:paraId="2BC097A0" w14:textId="77777777" w:rsidR="00D140EC" w:rsidRDefault="00000000">
            <w:pPr>
              <w:spacing w:after="0"/>
            </w:pPr>
            <w:r>
              <w:rPr>
                <w:sz w:val="14"/>
              </w:rPr>
              <w:t>$</w:t>
            </w:r>
          </w:p>
        </w:tc>
        <w:tc>
          <w:tcPr>
            <w:tcW w:w="3888" w:type="dxa"/>
            <w:tcMar>
              <w:top w:w="80" w:type="dxa"/>
              <w:left w:w="90" w:type="dxa"/>
              <w:bottom w:w="80" w:type="dxa"/>
              <w:right w:w="90" w:type="dxa"/>
            </w:tcMar>
            <w:vAlign w:val="center"/>
          </w:tcPr>
          <w:p w14:paraId="1685B004" w14:textId="77777777" w:rsidR="00D140EC" w:rsidRDefault="00000000">
            <w:pPr>
              <w:spacing w:after="0"/>
            </w:pPr>
            <w:r>
              <w:rPr>
                <w:sz w:val="14"/>
              </w:rPr>
              <w:t>[ ]</w:t>
            </w:r>
          </w:p>
        </w:tc>
        <w:tc>
          <w:tcPr>
            <w:tcW w:w="2304" w:type="dxa"/>
            <w:tcMar>
              <w:top w:w="80" w:type="dxa"/>
              <w:left w:w="90" w:type="dxa"/>
              <w:bottom w:w="80" w:type="dxa"/>
              <w:right w:w="90" w:type="dxa"/>
            </w:tcMar>
            <w:vAlign w:val="center"/>
          </w:tcPr>
          <w:p w14:paraId="21BE4998" w14:textId="77777777" w:rsidR="00D140EC" w:rsidRDefault="00000000">
            <w:pPr>
              <w:spacing w:after="0"/>
            </w:pPr>
            <w:r>
              <w:rPr>
                <w:sz w:val="14"/>
              </w:rPr>
              <w:t>☐ Include ☐ Exclude ☐ Future</w:t>
            </w:r>
          </w:p>
        </w:tc>
      </w:tr>
      <w:tr w:rsidR="00D140EC" w14:paraId="75B4A6E0" w14:textId="77777777">
        <w:trPr>
          <w:cantSplit/>
          <w:jc w:val="center"/>
        </w:trPr>
        <w:tc>
          <w:tcPr>
            <w:tcW w:w="2448" w:type="dxa"/>
            <w:tcMar>
              <w:top w:w="80" w:type="dxa"/>
              <w:left w:w="90" w:type="dxa"/>
              <w:bottom w:w="80" w:type="dxa"/>
              <w:right w:w="90" w:type="dxa"/>
            </w:tcMar>
            <w:vAlign w:val="center"/>
          </w:tcPr>
          <w:p w14:paraId="2F3C0144" w14:textId="77777777" w:rsidR="00D140EC" w:rsidRDefault="00000000">
            <w:pPr>
              <w:spacing w:after="0"/>
            </w:pPr>
            <w:r>
              <w:rPr>
                <w:sz w:val="14"/>
              </w:rPr>
              <w:t>[OPTION]</w:t>
            </w:r>
          </w:p>
        </w:tc>
        <w:tc>
          <w:tcPr>
            <w:tcW w:w="1296" w:type="dxa"/>
            <w:tcMar>
              <w:top w:w="80" w:type="dxa"/>
              <w:left w:w="90" w:type="dxa"/>
              <w:bottom w:w="80" w:type="dxa"/>
              <w:right w:w="90" w:type="dxa"/>
            </w:tcMar>
            <w:vAlign w:val="center"/>
          </w:tcPr>
          <w:p w14:paraId="2C094E85" w14:textId="77777777" w:rsidR="00D140EC" w:rsidRDefault="00000000">
            <w:pPr>
              <w:spacing w:after="0"/>
            </w:pPr>
            <w:r>
              <w:rPr>
                <w:sz w:val="14"/>
              </w:rPr>
              <w:t>$</w:t>
            </w:r>
          </w:p>
        </w:tc>
        <w:tc>
          <w:tcPr>
            <w:tcW w:w="1296" w:type="dxa"/>
            <w:tcMar>
              <w:top w:w="80" w:type="dxa"/>
              <w:left w:w="90" w:type="dxa"/>
              <w:bottom w:w="80" w:type="dxa"/>
              <w:right w:w="90" w:type="dxa"/>
            </w:tcMar>
            <w:vAlign w:val="center"/>
          </w:tcPr>
          <w:p w14:paraId="7C15FC5C" w14:textId="77777777" w:rsidR="00D140EC" w:rsidRDefault="00000000">
            <w:pPr>
              <w:spacing w:after="0"/>
            </w:pPr>
            <w:r>
              <w:rPr>
                <w:sz w:val="14"/>
              </w:rPr>
              <w:t>$</w:t>
            </w:r>
          </w:p>
        </w:tc>
        <w:tc>
          <w:tcPr>
            <w:tcW w:w="3888" w:type="dxa"/>
            <w:tcMar>
              <w:top w:w="80" w:type="dxa"/>
              <w:left w:w="90" w:type="dxa"/>
              <w:bottom w:w="80" w:type="dxa"/>
              <w:right w:w="90" w:type="dxa"/>
            </w:tcMar>
            <w:vAlign w:val="center"/>
          </w:tcPr>
          <w:p w14:paraId="727F5087" w14:textId="77777777" w:rsidR="00D140EC" w:rsidRDefault="00000000">
            <w:pPr>
              <w:spacing w:after="0"/>
            </w:pPr>
            <w:r>
              <w:rPr>
                <w:sz w:val="14"/>
              </w:rPr>
              <w:t>[ ]</w:t>
            </w:r>
          </w:p>
        </w:tc>
        <w:tc>
          <w:tcPr>
            <w:tcW w:w="2304" w:type="dxa"/>
            <w:tcMar>
              <w:top w:w="80" w:type="dxa"/>
              <w:left w:w="90" w:type="dxa"/>
              <w:bottom w:w="80" w:type="dxa"/>
              <w:right w:w="90" w:type="dxa"/>
            </w:tcMar>
            <w:vAlign w:val="center"/>
          </w:tcPr>
          <w:p w14:paraId="194135AB" w14:textId="77777777" w:rsidR="00D140EC" w:rsidRDefault="00000000">
            <w:pPr>
              <w:spacing w:after="0"/>
            </w:pPr>
            <w:r>
              <w:rPr>
                <w:sz w:val="14"/>
              </w:rPr>
              <w:t>☐ Include ☐ Exclude ☐ Future</w:t>
            </w:r>
          </w:p>
        </w:tc>
      </w:tr>
    </w:tbl>
    <w:p w14:paraId="2E72E3B3" w14:textId="77777777" w:rsidR="00D140EC" w:rsidRDefault="00D140EC">
      <w:pPr>
        <w:spacing w:after="20"/>
      </w:pPr>
    </w:p>
    <w:p w14:paraId="08961B7A" w14:textId="77777777" w:rsidR="00D140EC" w:rsidRDefault="00000000">
      <w:r>
        <w:br w:type="page"/>
      </w:r>
    </w:p>
    <w:p w14:paraId="01A8DBCF" w14:textId="77777777" w:rsidR="00D140EC" w:rsidRDefault="00000000">
      <w:pPr>
        <w:pStyle w:val="Heading1"/>
      </w:pPr>
      <w:r>
        <w:lastRenderedPageBreak/>
        <w:t>34. Proposal Evaluation Methodology</w:t>
      </w:r>
    </w:p>
    <w:p w14:paraId="4605486D" w14:textId="77777777" w:rsidR="00D140EC" w:rsidRDefault="00000000">
      <w:r>
        <w:t>The community may adjust weights before proposals are opened. The default below balances operational fit, resident experience, implementation quality, reliability and total cost.</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3642"/>
        <w:gridCol w:w="1658"/>
        <w:gridCol w:w="1662"/>
        <w:gridCol w:w="1517"/>
        <w:gridCol w:w="1735"/>
      </w:tblGrid>
      <w:tr w:rsidR="00D140EC" w14:paraId="2A64D125" w14:textId="77777777">
        <w:trPr>
          <w:cantSplit/>
          <w:tblHeader/>
          <w:jc w:val="center"/>
        </w:trPr>
        <w:tc>
          <w:tcPr>
            <w:tcW w:w="3816" w:type="dxa"/>
            <w:shd w:val="clear" w:color="auto" w:fill="202333"/>
            <w:tcMar>
              <w:top w:w="80" w:type="dxa"/>
              <w:left w:w="90" w:type="dxa"/>
              <w:bottom w:w="80" w:type="dxa"/>
              <w:right w:w="90" w:type="dxa"/>
            </w:tcMar>
          </w:tcPr>
          <w:p w14:paraId="53B8483A" w14:textId="77777777" w:rsidR="00D140EC" w:rsidRDefault="00000000">
            <w:pPr>
              <w:spacing w:after="0"/>
            </w:pPr>
            <w:r>
              <w:rPr>
                <w:b/>
                <w:color w:val="FFFFFF"/>
                <w:sz w:val="15"/>
              </w:rPr>
              <w:t>Evaluation Category</w:t>
            </w:r>
          </w:p>
        </w:tc>
        <w:tc>
          <w:tcPr>
            <w:tcW w:w="1728" w:type="dxa"/>
            <w:shd w:val="clear" w:color="auto" w:fill="202333"/>
            <w:tcMar>
              <w:top w:w="80" w:type="dxa"/>
              <w:left w:w="90" w:type="dxa"/>
              <w:bottom w:w="80" w:type="dxa"/>
              <w:right w:w="90" w:type="dxa"/>
            </w:tcMar>
          </w:tcPr>
          <w:p w14:paraId="5FB7BB13" w14:textId="77777777" w:rsidR="00D140EC" w:rsidRDefault="00000000">
            <w:pPr>
              <w:spacing w:after="0"/>
            </w:pPr>
            <w:r>
              <w:rPr>
                <w:b/>
                <w:color w:val="FFFFFF"/>
                <w:sz w:val="15"/>
              </w:rPr>
              <w:t>Default Weight</w:t>
            </w:r>
          </w:p>
        </w:tc>
        <w:tc>
          <w:tcPr>
            <w:tcW w:w="1728" w:type="dxa"/>
            <w:shd w:val="clear" w:color="auto" w:fill="202333"/>
            <w:tcMar>
              <w:top w:w="80" w:type="dxa"/>
              <w:left w:w="90" w:type="dxa"/>
              <w:bottom w:w="80" w:type="dxa"/>
              <w:right w:w="90" w:type="dxa"/>
            </w:tcMar>
          </w:tcPr>
          <w:p w14:paraId="2690B839" w14:textId="77777777" w:rsidR="00D140EC" w:rsidRDefault="00000000">
            <w:pPr>
              <w:spacing w:after="0"/>
            </w:pPr>
            <w:r>
              <w:rPr>
                <w:b/>
                <w:color w:val="FFFFFF"/>
                <w:sz w:val="15"/>
              </w:rPr>
              <w:t>Editable Weight</w:t>
            </w:r>
          </w:p>
        </w:tc>
        <w:tc>
          <w:tcPr>
            <w:tcW w:w="1584" w:type="dxa"/>
            <w:shd w:val="clear" w:color="auto" w:fill="202333"/>
            <w:tcMar>
              <w:top w:w="80" w:type="dxa"/>
              <w:left w:w="90" w:type="dxa"/>
              <w:bottom w:w="80" w:type="dxa"/>
              <w:right w:w="90" w:type="dxa"/>
            </w:tcMar>
          </w:tcPr>
          <w:p w14:paraId="18F820E6" w14:textId="77777777" w:rsidR="00D140EC" w:rsidRDefault="00000000">
            <w:pPr>
              <w:spacing w:after="0"/>
            </w:pPr>
            <w:r>
              <w:rPr>
                <w:b/>
                <w:color w:val="FFFFFF"/>
                <w:sz w:val="15"/>
              </w:rPr>
              <w:t>Score (1-5)</w:t>
            </w:r>
          </w:p>
        </w:tc>
        <w:tc>
          <w:tcPr>
            <w:tcW w:w="1800" w:type="dxa"/>
            <w:shd w:val="clear" w:color="auto" w:fill="202333"/>
            <w:tcMar>
              <w:top w:w="80" w:type="dxa"/>
              <w:left w:w="90" w:type="dxa"/>
              <w:bottom w:w="80" w:type="dxa"/>
              <w:right w:w="90" w:type="dxa"/>
            </w:tcMar>
          </w:tcPr>
          <w:p w14:paraId="0212E842" w14:textId="77777777" w:rsidR="00D140EC" w:rsidRDefault="00000000">
            <w:pPr>
              <w:spacing w:after="0"/>
            </w:pPr>
            <w:r>
              <w:rPr>
                <w:b/>
                <w:color w:val="FFFFFF"/>
                <w:sz w:val="15"/>
              </w:rPr>
              <w:t>Weighted Score</w:t>
            </w:r>
          </w:p>
        </w:tc>
      </w:tr>
      <w:tr w:rsidR="00D140EC" w14:paraId="6E32538E" w14:textId="77777777">
        <w:trPr>
          <w:cantSplit/>
          <w:jc w:val="center"/>
        </w:trPr>
        <w:tc>
          <w:tcPr>
            <w:tcW w:w="3816" w:type="dxa"/>
            <w:tcMar>
              <w:top w:w="80" w:type="dxa"/>
              <w:left w:w="90" w:type="dxa"/>
              <w:bottom w:w="80" w:type="dxa"/>
              <w:right w:w="90" w:type="dxa"/>
            </w:tcMar>
            <w:vAlign w:val="center"/>
          </w:tcPr>
          <w:p w14:paraId="78B82F83" w14:textId="77777777" w:rsidR="00D140EC" w:rsidRDefault="00000000">
            <w:pPr>
              <w:spacing w:after="0"/>
            </w:pPr>
            <w:r>
              <w:rPr>
                <w:sz w:val="15"/>
              </w:rPr>
              <w:t>Operational / workflow fit</w:t>
            </w:r>
          </w:p>
        </w:tc>
        <w:tc>
          <w:tcPr>
            <w:tcW w:w="1728" w:type="dxa"/>
            <w:tcMar>
              <w:top w:w="80" w:type="dxa"/>
              <w:left w:w="90" w:type="dxa"/>
              <w:bottom w:w="80" w:type="dxa"/>
              <w:right w:w="90" w:type="dxa"/>
            </w:tcMar>
            <w:vAlign w:val="center"/>
          </w:tcPr>
          <w:p w14:paraId="4D03B8D6" w14:textId="77777777" w:rsidR="00D140EC" w:rsidRDefault="00000000">
            <w:pPr>
              <w:spacing w:after="0"/>
            </w:pPr>
            <w:r>
              <w:rPr>
                <w:sz w:val="15"/>
              </w:rPr>
              <w:t>18%</w:t>
            </w:r>
          </w:p>
        </w:tc>
        <w:tc>
          <w:tcPr>
            <w:tcW w:w="1728" w:type="dxa"/>
            <w:tcMar>
              <w:top w:w="80" w:type="dxa"/>
              <w:left w:w="90" w:type="dxa"/>
              <w:bottom w:w="80" w:type="dxa"/>
              <w:right w:w="90" w:type="dxa"/>
            </w:tcMar>
            <w:vAlign w:val="center"/>
          </w:tcPr>
          <w:p w14:paraId="22D6DA83" w14:textId="77777777" w:rsidR="00D140EC" w:rsidRDefault="00000000">
            <w:pPr>
              <w:spacing w:after="0"/>
            </w:pPr>
            <w:r>
              <w:rPr>
                <w:sz w:val="15"/>
              </w:rPr>
              <w:t>[ ]%</w:t>
            </w:r>
          </w:p>
        </w:tc>
        <w:tc>
          <w:tcPr>
            <w:tcW w:w="1584" w:type="dxa"/>
            <w:tcMar>
              <w:top w:w="80" w:type="dxa"/>
              <w:left w:w="90" w:type="dxa"/>
              <w:bottom w:w="80" w:type="dxa"/>
              <w:right w:w="90" w:type="dxa"/>
            </w:tcMar>
            <w:vAlign w:val="center"/>
          </w:tcPr>
          <w:p w14:paraId="2789953B" w14:textId="77777777" w:rsidR="00D140EC" w:rsidRDefault="00000000">
            <w:pPr>
              <w:spacing w:after="0"/>
            </w:pPr>
            <w:r>
              <w:rPr>
                <w:sz w:val="15"/>
              </w:rPr>
              <w:t>[ ]</w:t>
            </w:r>
          </w:p>
        </w:tc>
        <w:tc>
          <w:tcPr>
            <w:tcW w:w="1800" w:type="dxa"/>
            <w:tcMar>
              <w:top w:w="80" w:type="dxa"/>
              <w:left w:w="90" w:type="dxa"/>
              <w:bottom w:w="80" w:type="dxa"/>
              <w:right w:w="90" w:type="dxa"/>
            </w:tcMar>
            <w:vAlign w:val="center"/>
          </w:tcPr>
          <w:p w14:paraId="642EB067" w14:textId="77777777" w:rsidR="00D140EC" w:rsidRDefault="00000000">
            <w:pPr>
              <w:spacing w:after="0"/>
            </w:pPr>
            <w:r>
              <w:rPr>
                <w:sz w:val="15"/>
              </w:rPr>
              <w:t>[ ]</w:t>
            </w:r>
          </w:p>
        </w:tc>
      </w:tr>
      <w:tr w:rsidR="00D140EC" w14:paraId="5C9E8D46" w14:textId="77777777">
        <w:trPr>
          <w:cantSplit/>
          <w:jc w:val="center"/>
        </w:trPr>
        <w:tc>
          <w:tcPr>
            <w:tcW w:w="3816" w:type="dxa"/>
            <w:tcMar>
              <w:top w:w="80" w:type="dxa"/>
              <w:left w:w="90" w:type="dxa"/>
              <w:bottom w:w="80" w:type="dxa"/>
              <w:right w:w="90" w:type="dxa"/>
            </w:tcMar>
            <w:vAlign w:val="center"/>
          </w:tcPr>
          <w:p w14:paraId="1BBC5D42" w14:textId="77777777" w:rsidR="00D140EC" w:rsidRDefault="00000000">
            <w:pPr>
              <w:spacing w:after="0"/>
            </w:pPr>
            <w:r>
              <w:rPr>
                <w:sz w:val="15"/>
              </w:rPr>
              <w:t>Resident experience</w:t>
            </w:r>
          </w:p>
        </w:tc>
        <w:tc>
          <w:tcPr>
            <w:tcW w:w="1728" w:type="dxa"/>
            <w:tcMar>
              <w:top w:w="80" w:type="dxa"/>
              <w:left w:w="90" w:type="dxa"/>
              <w:bottom w:w="80" w:type="dxa"/>
              <w:right w:w="90" w:type="dxa"/>
            </w:tcMar>
            <w:vAlign w:val="center"/>
          </w:tcPr>
          <w:p w14:paraId="24526B65" w14:textId="77777777" w:rsidR="00D140EC" w:rsidRDefault="00000000">
            <w:pPr>
              <w:spacing w:after="0"/>
            </w:pPr>
            <w:r>
              <w:rPr>
                <w:sz w:val="15"/>
              </w:rPr>
              <w:t>10%</w:t>
            </w:r>
          </w:p>
        </w:tc>
        <w:tc>
          <w:tcPr>
            <w:tcW w:w="1728" w:type="dxa"/>
            <w:tcMar>
              <w:top w:w="80" w:type="dxa"/>
              <w:left w:w="90" w:type="dxa"/>
              <w:bottom w:w="80" w:type="dxa"/>
              <w:right w:w="90" w:type="dxa"/>
            </w:tcMar>
            <w:vAlign w:val="center"/>
          </w:tcPr>
          <w:p w14:paraId="08EEC0EF" w14:textId="77777777" w:rsidR="00D140EC" w:rsidRDefault="00000000">
            <w:pPr>
              <w:spacing w:after="0"/>
            </w:pPr>
            <w:r>
              <w:rPr>
                <w:sz w:val="15"/>
              </w:rPr>
              <w:t>[ ]%</w:t>
            </w:r>
          </w:p>
        </w:tc>
        <w:tc>
          <w:tcPr>
            <w:tcW w:w="1584" w:type="dxa"/>
            <w:tcMar>
              <w:top w:w="80" w:type="dxa"/>
              <w:left w:w="90" w:type="dxa"/>
              <w:bottom w:w="80" w:type="dxa"/>
              <w:right w:w="90" w:type="dxa"/>
            </w:tcMar>
            <w:vAlign w:val="center"/>
          </w:tcPr>
          <w:p w14:paraId="4A6C4FFD" w14:textId="77777777" w:rsidR="00D140EC" w:rsidRDefault="00000000">
            <w:pPr>
              <w:spacing w:after="0"/>
            </w:pPr>
            <w:r>
              <w:rPr>
                <w:sz w:val="15"/>
              </w:rPr>
              <w:t>[ ]</w:t>
            </w:r>
          </w:p>
        </w:tc>
        <w:tc>
          <w:tcPr>
            <w:tcW w:w="1800" w:type="dxa"/>
            <w:tcMar>
              <w:top w:w="80" w:type="dxa"/>
              <w:left w:w="90" w:type="dxa"/>
              <w:bottom w:w="80" w:type="dxa"/>
              <w:right w:w="90" w:type="dxa"/>
            </w:tcMar>
            <w:vAlign w:val="center"/>
          </w:tcPr>
          <w:p w14:paraId="38457B78" w14:textId="77777777" w:rsidR="00D140EC" w:rsidRDefault="00000000">
            <w:pPr>
              <w:spacing w:after="0"/>
            </w:pPr>
            <w:r>
              <w:rPr>
                <w:sz w:val="15"/>
              </w:rPr>
              <w:t>[ ]</w:t>
            </w:r>
          </w:p>
        </w:tc>
      </w:tr>
      <w:tr w:rsidR="00D140EC" w14:paraId="0023B951" w14:textId="77777777">
        <w:trPr>
          <w:cantSplit/>
          <w:jc w:val="center"/>
        </w:trPr>
        <w:tc>
          <w:tcPr>
            <w:tcW w:w="3816" w:type="dxa"/>
            <w:tcMar>
              <w:top w:w="80" w:type="dxa"/>
              <w:left w:w="90" w:type="dxa"/>
              <w:bottom w:w="80" w:type="dxa"/>
              <w:right w:w="90" w:type="dxa"/>
            </w:tcMar>
            <w:vAlign w:val="center"/>
          </w:tcPr>
          <w:p w14:paraId="499E98BC" w14:textId="77777777" w:rsidR="00D140EC" w:rsidRDefault="00000000">
            <w:pPr>
              <w:spacing w:after="0"/>
            </w:pPr>
            <w:r>
              <w:rPr>
                <w:sz w:val="15"/>
              </w:rPr>
              <w:t>Technology / platform capability</w:t>
            </w:r>
          </w:p>
        </w:tc>
        <w:tc>
          <w:tcPr>
            <w:tcW w:w="1728" w:type="dxa"/>
            <w:tcMar>
              <w:top w:w="80" w:type="dxa"/>
              <w:left w:w="90" w:type="dxa"/>
              <w:bottom w:w="80" w:type="dxa"/>
              <w:right w:w="90" w:type="dxa"/>
            </w:tcMar>
            <w:vAlign w:val="center"/>
          </w:tcPr>
          <w:p w14:paraId="64564A1F" w14:textId="77777777" w:rsidR="00D140EC" w:rsidRDefault="00000000">
            <w:pPr>
              <w:spacing w:after="0"/>
            </w:pPr>
            <w:r>
              <w:rPr>
                <w:sz w:val="15"/>
              </w:rPr>
              <w:t>10%</w:t>
            </w:r>
          </w:p>
        </w:tc>
        <w:tc>
          <w:tcPr>
            <w:tcW w:w="1728" w:type="dxa"/>
            <w:tcMar>
              <w:top w:w="80" w:type="dxa"/>
              <w:left w:w="90" w:type="dxa"/>
              <w:bottom w:w="80" w:type="dxa"/>
              <w:right w:w="90" w:type="dxa"/>
            </w:tcMar>
            <w:vAlign w:val="center"/>
          </w:tcPr>
          <w:p w14:paraId="5D6681B1" w14:textId="77777777" w:rsidR="00D140EC" w:rsidRDefault="00000000">
            <w:pPr>
              <w:spacing w:after="0"/>
            </w:pPr>
            <w:r>
              <w:rPr>
                <w:sz w:val="15"/>
              </w:rPr>
              <w:t>[ ]%</w:t>
            </w:r>
          </w:p>
        </w:tc>
        <w:tc>
          <w:tcPr>
            <w:tcW w:w="1584" w:type="dxa"/>
            <w:tcMar>
              <w:top w:w="80" w:type="dxa"/>
              <w:left w:w="90" w:type="dxa"/>
              <w:bottom w:w="80" w:type="dxa"/>
              <w:right w:w="90" w:type="dxa"/>
            </w:tcMar>
            <w:vAlign w:val="center"/>
          </w:tcPr>
          <w:p w14:paraId="408A5BDC" w14:textId="77777777" w:rsidR="00D140EC" w:rsidRDefault="00000000">
            <w:pPr>
              <w:spacing w:after="0"/>
            </w:pPr>
            <w:r>
              <w:rPr>
                <w:sz w:val="15"/>
              </w:rPr>
              <w:t>[ ]</w:t>
            </w:r>
          </w:p>
        </w:tc>
        <w:tc>
          <w:tcPr>
            <w:tcW w:w="1800" w:type="dxa"/>
            <w:tcMar>
              <w:top w:w="80" w:type="dxa"/>
              <w:left w:w="90" w:type="dxa"/>
              <w:bottom w:w="80" w:type="dxa"/>
              <w:right w:w="90" w:type="dxa"/>
            </w:tcMar>
            <w:vAlign w:val="center"/>
          </w:tcPr>
          <w:p w14:paraId="16F2EABB" w14:textId="77777777" w:rsidR="00D140EC" w:rsidRDefault="00000000">
            <w:pPr>
              <w:spacing w:after="0"/>
            </w:pPr>
            <w:r>
              <w:rPr>
                <w:sz w:val="15"/>
              </w:rPr>
              <w:t>[ ]</w:t>
            </w:r>
          </w:p>
        </w:tc>
      </w:tr>
      <w:tr w:rsidR="00D140EC" w14:paraId="4766184F" w14:textId="77777777">
        <w:trPr>
          <w:cantSplit/>
          <w:jc w:val="center"/>
        </w:trPr>
        <w:tc>
          <w:tcPr>
            <w:tcW w:w="3816" w:type="dxa"/>
            <w:tcMar>
              <w:top w:w="80" w:type="dxa"/>
              <w:left w:w="90" w:type="dxa"/>
              <w:bottom w:w="80" w:type="dxa"/>
              <w:right w:w="90" w:type="dxa"/>
            </w:tcMar>
            <w:vAlign w:val="center"/>
          </w:tcPr>
          <w:p w14:paraId="7589006F" w14:textId="77777777" w:rsidR="00D140EC" w:rsidRDefault="00000000">
            <w:pPr>
              <w:spacing w:after="0"/>
            </w:pPr>
            <w:r>
              <w:rPr>
                <w:sz w:val="15"/>
              </w:rPr>
              <w:t>Implementation plan</w:t>
            </w:r>
          </w:p>
        </w:tc>
        <w:tc>
          <w:tcPr>
            <w:tcW w:w="1728" w:type="dxa"/>
            <w:tcMar>
              <w:top w:w="80" w:type="dxa"/>
              <w:left w:w="90" w:type="dxa"/>
              <w:bottom w:w="80" w:type="dxa"/>
              <w:right w:w="90" w:type="dxa"/>
            </w:tcMar>
            <w:vAlign w:val="center"/>
          </w:tcPr>
          <w:p w14:paraId="23E2A261" w14:textId="77777777" w:rsidR="00D140EC" w:rsidRDefault="00000000">
            <w:pPr>
              <w:spacing w:after="0"/>
            </w:pPr>
            <w:r>
              <w:rPr>
                <w:sz w:val="15"/>
              </w:rPr>
              <w:t>10%</w:t>
            </w:r>
          </w:p>
        </w:tc>
        <w:tc>
          <w:tcPr>
            <w:tcW w:w="1728" w:type="dxa"/>
            <w:tcMar>
              <w:top w:w="80" w:type="dxa"/>
              <w:left w:w="90" w:type="dxa"/>
              <w:bottom w:w="80" w:type="dxa"/>
              <w:right w:w="90" w:type="dxa"/>
            </w:tcMar>
            <w:vAlign w:val="center"/>
          </w:tcPr>
          <w:p w14:paraId="487C356F" w14:textId="77777777" w:rsidR="00D140EC" w:rsidRDefault="00000000">
            <w:pPr>
              <w:spacing w:after="0"/>
            </w:pPr>
            <w:r>
              <w:rPr>
                <w:sz w:val="15"/>
              </w:rPr>
              <w:t>[ ]%</w:t>
            </w:r>
          </w:p>
        </w:tc>
        <w:tc>
          <w:tcPr>
            <w:tcW w:w="1584" w:type="dxa"/>
            <w:tcMar>
              <w:top w:w="80" w:type="dxa"/>
              <w:left w:w="90" w:type="dxa"/>
              <w:bottom w:w="80" w:type="dxa"/>
              <w:right w:w="90" w:type="dxa"/>
            </w:tcMar>
            <w:vAlign w:val="center"/>
          </w:tcPr>
          <w:p w14:paraId="601AC721" w14:textId="77777777" w:rsidR="00D140EC" w:rsidRDefault="00000000">
            <w:pPr>
              <w:spacing w:after="0"/>
            </w:pPr>
            <w:r>
              <w:rPr>
                <w:sz w:val="15"/>
              </w:rPr>
              <w:t>[ ]</w:t>
            </w:r>
          </w:p>
        </w:tc>
        <w:tc>
          <w:tcPr>
            <w:tcW w:w="1800" w:type="dxa"/>
            <w:tcMar>
              <w:top w:w="80" w:type="dxa"/>
              <w:left w:w="90" w:type="dxa"/>
              <w:bottom w:w="80" w:type="dxa"/>
              <w:right w:w="90" w:type="dxa"/>
            </w:tcMar>
            <w:vAlign w:val="center"/>
          </w:tcPr>
          <w:p w14:paraId="7E5614BA" w14:textId="77777777" w:rsidR="00D140EC" w:rsidRDefault="00000000">
            <w:pPr>
              <w:spacing w:after="0"/>
            </w:pPr>
            <w:r>
              <w:rPr>
                <w:sz w:val="15"/>
              </w:rPr>
              <w:t>[ ]</w:t>
            </w:r>
          </w:p>
        </w:tc>
      </w:tr>
      <w:tr w:rsidR="00D140EC" w14:paraId="6F677EA7" w14:textId="77777777">
        <w:trPr>
          <w:cantSplit/>
          <w:jc w:val="center"/>
        </w:trPr>
        <w:tc>
          <w:tcPr>
            <w:tcW w:w="3816" w:type="dxa"/>
            <w:tcMar>
              <w:top w:w="80" w:type="dxa"/>
              <w:left w:w="90" w:type="dxa"/>
              <w:bottom w:w="80" w:type="dxa"/>
              <w:right w:w="90" w:type="dxa"/>
            </w:tcMar>
            <w:vAlign w:val="center"/>
          </w:tcPr>
          <w:p w14:paraId="32BF688A" w14:textId="77777777" w:rsidR="00D140EC" w:rsidRDefault="00000000">
            <w:pPr>
              <w:spacing w:after="0"/>
            </w:pPr>
            <w:r>
              <w:rPr>
                <w:sz w:val="15"/>
              </w:rPr>
              <w:t>Support / service</w:t>
            </w:r>
          </w:p>
        </w:tc>
        <w:tc>
          <w:tcPr>
            <w:tcW w:w="1728" w:type="dxa"/>
            <w:tcMar>
              <w:top w:w="80" w:type="dxa"/>
              <w:left w:w="90" w:type="dxa"/>
              <w:bottom w:w="80" w:type="dxa"/>
              <w:right w:w="90" w:type="dxa"/>
            </w:tcMar>
            <w:vAlign w:val="center"/>
          </w:tcPr>
          <w:p w14:paraId="741A47CD" w14:textId="77777777" w:rsidR="00D140EC" w:rsidRDefault="00000000">
            <w:pPr>
              <w:spacing w:after="0"/>
            </w:pPr>
            <w:r>
              <w:rPr>
                <w:sz w:val="15"/>
              </w:rPr>
              <w:t>10%</w:t>
            </w:r>
          </w:p>
        </w:tc>
        <w:tc>
          <w:tcPr>
            <w:tcW w:w="1728" w:type="dxa"/>
            <w:tcMar>
              <w:top w:w="80" w:type="dxa"/>
              <w:left w:w="90" w:type="dxa"/>
              <w:bottom w:w="80" w:type="dxa"/>
              <w:right w:w="90" w:type="dxa"/>
            </w:tcMar>
            <w:vAlign w:val="center"/>
          </w:tcPr>
          <w:p w14:paraId="2F41833A" w14:textId="77777777" w:rsidR="00D140EC" w:rsidRDefault="00000000">
            <w:pPr>
              <w:spacing w:after="0"/>
            </w:pPr>
            <w:r>
              <w:rPr>
                <w:sz w:val="15"/>
              </w:rPr>
              <w:t>[ ]%</w:t>
            </w:r>
          </w:p>
        </w:tc>
        <w:tc>
          <w:tcPr>
            <w:tcW w:w="1584" w:type="dxa"/>
            <w:tcMar>
              <w:top w:w="80" w:type="dxa"/>
              <w:left w:w="90" w:type="dxa"/>
              <w:bottom w:w="80" w:type="dxa"/>
              <w:right w:w="90" w:type="dxa"/>
            </w:tcMar>
            <w:vAlign w:val="center"/>
          </w:tcPr>
          <w:p w14:paraId="7F54165E" w14:textId="77777777" w:rsidR="00D140EC" w:rsidRDefault="00000000">
            <w:pPr>
              <w:spacing w:after="0"/>
            </w:pPr>
            <w:r>
              <w:rPr>
                <w:sz w:val="15"/>
              </w:rPr>
              <w:t>[ ]</w:t>
            </w:r>
          </w:p>
        </w:tc>
        <w:tc>
          <w:tcPr>
            <w:tcW w:w="1800" w:type="dxa"/>
            <w:tcMar>
              <w:top w:w="80" w:type="dxa"/>
              <w:left w:w="90" w:type="dxa"/>
              <w:bottom w:w="80" w:type="dxa"/>
              <w:right w:w="90" w:type="dxa"/>
            </w:tcMar>
            <w:vAlign w:val="center"/>
          </w:tcPr>
          <w:p w14:paraId="57EB0D3B" w14:textId="77777777" w:rsidR="00D140EC" w:rsidRDefault="00000000">
            <w:pPr>
              <w:spacing w:after="0"/>
            </w:pPr>
            <w:r>
              <w:rPr>
                <w:sz w:val="15"/>
              </w:rPr>
              <w:t>[ ]</w:t>
            </w:r>
          </w:p>
        </w:tc>
      </w:tr>
      <w:tr w:rsidR="00D140EC" w14:paraId="5683DBED" w14:textId="77777777">
        <w:trPr>
          <w:cantSplit/>
          <w:jc w:val="center"/>
        </w:trPr>
        <w:tc>
          <w:tcPr>
            <w:tcW w:w="3816" w:type="dxa"/>
            <w:tcMar>
              <w:top w:w="80" w:type="dxa"/>
              <w:left w:w="90" w:type="dxa"/>
              <w:bottom w:w="80" w:type="dxa"/>
              <w:right w:w="90" w:type="dxa"/>
            </w:tcMar>
            <w:vAlign w:val="center"/>
          </w:tcPr>
          <w:p w14:paraId="7072ADEC" w14:textId="77777777" w:rsidR="00D140EC" w:rsidRDefault="00000000">
            <w:pPr>
              <w:spacing w:after="0"/>
            </w:pPr>
            <w:r>
              <w:rPr>
                <w:sz w:val="15"/>
              </w:rPr>
              <w:t>Integration capability</w:t>
            </w:r>
          </w:p>
        </w:tc>
        <w:tc>
          <w:tcPr>
            <w:tcW w:w="1728" w:type="dxa"/>
            <w:tcMar>
              <w:top w:w="80" w:type="dxa"/>
              <w:left w:w="90" w:type="dxa"/>
              <w:bottom w:w="80" w:type="dxa"/>
              <w:right w:w="90" w:type="dxa"/>
            </w:tcMar>
            <w:vAlign w:val="center"/>
          </w:tcPr>
          <w:p w14:paraId="7A872E3E" w14:textId="77777777" w:rsidR="00D140EC" w:rsidRDefault="00000000">
            <w:pPr>
              <w:spacing w:after="0"/>
            </w:pPr>
            <w:r>
              <w:rPr>
                <w:sz w:val="15"/>
              </w:rPr>
              <w:t>8%</w:t>
            </w:r>
          </w:p>
        </w:tc>
        <w:tc>
          <w:tcPr>
            <w:tcW w:w="1728" w:type="dxa"/>
            <w:tcMar>
              <w:top w:w="80" w:type="dxa"/>
              <w:left w:w="90" w:type="dxa"/>
              <w:bottom w:w="80" w:type="dxa"/>
              <w:right w:w="90" w:type="dxa"/>
            </w:tcMar>
            <w:vAlign w:val="center"/>
          </w:tcPr>
          <w:p w14:paraId="2F05F5F0" w14:textId="77777777" w:rsidR="00D140EC" w:rsidRDefault="00000000">
            <w:pPr>
              <w:spacing w:after="0"/>
            </w:pPr>
            <w:r>
              <w:rPr>
                <w:sz w:val="15"/>
              </w:rPr>
              <w:t>[ ]%</w:t>
            </w:r>
          </w:p>
        </w:tc>
        <w:tc>
          <w:tcPr>
            <w:tcW w:w="1584" w:type="dxa"/>
            <w:tcMar>
              <w:top w:w="80" w:type="dxa"/>
              <w:left w:w="90" w:type="dxa"/>
              <w:bottom w:w="80" w:type="dxa"/>
              <w:right w:w="90" w:type="dxa"/>
            </w:tcMar>
            <w:vAlign w:val="center"/>
          </w:tcPr>
          <w:p w14:paraId="12B8C3F1" w14:textId="77777777" w:rsidR="00D140EC" w:rsidRDefault="00000000">
            <w:pPr>
              <w:spacing w:after="0"/>
            </w:pPr>
            <w:r>
              <w:rPr>
                <w:sz w:val="15"/>
              </w:rPr>
              <w:t>[ ]</w:t>
            </w:r>
          </w:p>
        </w:tc>
        <w:tc>
          <w:tcPr>
            <w:tcW w:w="1800" w:type="dxa"/>
            <w:tcMar>
              <w:top w:w="80" w:type="dxa"/>
              <w:left w:w="90" w:type="dxa"/>
              <w:bottom w:w="80" w:type="dxa"/>
              <w:right w:w="90" w:type="dxa"/>
            </w:tcMar>
            <w:vAlign w:val="center"/>
          </w:tcPr>
          <w:p w14:paraId="5541C087" w14:textId="77777777" w:rsidR="00D140EC" w:rsidRDefault="00000000">
            <w:pPr>
              <w:spacing w:after="0"/>
            </w:pPr>
            <w:r>
              <w:rPr>
                <w:sz w:val="15"/>
              </w:rPr>
              <w:t>[ ]</w:t>
            </w:r>
          </w:p>
        </w:tc>
      </w:tr>
      <w:tr w:rsidR="00D140EC" w14:paraId="1EB300D6" w14:textId="77777777">
        <w:trPr>
          <w:cantSplit/>
          <w:jc w:val="center"/>
        </w:trPr>
        <w:tc>
          <w:tcPr>
            <w:tcW w:w="3816" w:type="dxa"/>
            <w:tcMar>
              <w:top w:w="80" w:type="dxa"/>
              <w:left w:w="90" w:type="dxa"/>
              <w:bottom w:w="80" w:type="dxa"/>
              <w:right w:w="90" w:type="dxa"/>
            </w:tcMar>
            <w:vAlign w:val="center"/>
          </w:tcPr>
          <w:p w14:paraId="1B98E79F" w14:textId="77777777" w:rsidR="00D140EC" w:rsidRDefault="00000000">
            <w:pPr>
              <w:spacing w:after="0"/>
            </w:pPr>
            <w:r>
              <w:rPr>
                <w:sz w:val="15"/>
              </w:rPr>
              <w:t>Vendor experience / references</w:t>
            </w:r>
          </w:p>
        </w:tc>
        <w:tc>
          <w:tcPr>
            <w:tcW w:w="1728" w:type="dxa"/>
            <w:tcMar>
              <w:top w:w="80" w:type="dxa"/>
              <w:left w:w="90" w:type="dxa"/>
              <w:bottom w:w="80" w:type="dxa"/>
              <w:right w:w="90" w:type="dxa"/>
            </w:tcMar>
            <w:vAlign w:val="center"/>
          </w:tcPr>
          <w:p w14:paraId="53FA6E0A" w14:textId="77777777" w:rsidR="00D140EC" w:rsidRDefault="00000000">
            <w:pPr>
              <w:spacing w:after="0"/>
            </w:pPr>
            <w:r>
              <w:rPr>
                <w:sz w:val="15"/>
              </w:rPr>
              <w:t>8%</w:t>
            </w:r>
          </w:p>
        </w:tc>
        <w:tc>
          <w:tcPr>
            <w:tcW w:w="1728" w:type="dxa"/>
            <w:tcMar>
              <w:top w:w="80" w:type="dxa"/>
              <w:left w:w="90" w:type="dxa"/>
              <w:bottom w:w="80" w:type="dxa"/>
              <w:right w:w="90" w:type="dxa"/>
            </w:tcMar>
            <w:vAlign w:val="center"/>
          </w:tcPr>
          <w:p w14:paraId="495C6713" w14:textId="77777777" w:rsidR="00D140EC" w:rsidRDefault="00000000">
            <w:pPr>
              <w:spacing w:after="0"/>
            </w:pPr>
            <w:r>
              <w:rPr>
                <w:sz w:val="15"/>
              </w:rPr>
              <w:t>[ ]%</w:t>
            </w:r>
          </w:p>
        </w:tc>
        <w:tc>
          <w:tcPr>
            <w:tcW w:w="1584" w:type="dxa"/>
            <w:tcMar>
              <w:top w:w="80" w:type="dxa"/>
              <w:left w:w="90" w:type="dxa"/>
              <w:bottom w:w="80" w:type="dxa"/>
              <w:right w:w="90" w:type="dxa"/>
            </w:tcMar>
            <w:vAlign w:val="center"/>
          </w:tcPr>
          <w:p w14:paraId="78EB1DE3" w14:textId="77777777" w:rsidR="00D140EC" w:rsidRDefault="00000000">
            <w:pPr>
              <w:spacing w:after="0"/>
            </w:pPr>
            <w:r>
              <w:rPr>
                <w:sz w:val="15"/>
              </w:rPr>
              <w:t>[ ]</w:t>
            </w:r>
          </w:p>
        </w:tc>
        <w:tc>
          <w:tcPr>
            <w:tcW w:w="1800" w:type="dxa"/>
            <w:tcMar>
              <w:top w:w="80" w:type="dxa"/>
              <w:left w:w="90" w:type="dxa"/>
              <w:bottom w:w="80" w:type="dxa"/>
              <w:right w:w="90" w:type="dxa"/>
            </w:tcMar>
            <w:vAlign w:val="center"/>
          </w:tcPr>
          <w:p w14:paraId="6EE6936F" w14:textId="77777777" w:rsidR="00D140EC" w:rsidRDefault="00000000">
            <w:pPr>
              <w:spacing w:after="0"/>
            </w:pPr>
            <w:r>
              <w:rPr>
                <w:sz w:val="15"/>
              </w:rPr>
              <w:t>[ ]</w:t>
            </w:r>
          </w:p>
        </w:tc>
      </w:tr>
      <w:tr w:rsidR="00D140EC" w14:paraId="2D2ED76C" w14:textId="77777777">
        <w:trPr>
          <w:cantSplit/>
          <w:jc w:val="center"/>
        </w:trPr>
        <w:tc>
          <w:tcPr>
            <w:tcW w:w="3816" w:type="dxa"/>
            <w:tcMar>
              <w:top w:w="80" w:type="dxa"/>
              <w:left w:w="90" w:type="dxa"/>
              <w:bottom w:w="80" w:type="dxa"/>
              <w:right w:w="90" w:type="dxa"/>
            </w:tcMar>
            <w:vAlign w:val="center"/>
          </w:tcPr>
          <w:p w14:paraId="5433E0CA" w14:textId="77777777" w:rsidR="00D140EC" w:rsidRDefault="00000000">
            <w:pPr>
              <w:spacing w:after="0"/>
            </w:pPr>
            <w:r>
              <w:rPr>
                <w:sz w:val="15"/>
              </w:rPr>
              <w:t>Cybersecurity / reliability</w:t>
            </w:r>
          </w:p>
        </w:tc>
        <w:tc>
          <w:tcPr>
            <w:tcW w:w="1728" w:type="dxa"/>
            <w:tcMar>
              <w:top w:w="80" w:type="dxa"/>
              <w:left w:w="90" w:type="dxa"/>
              <w:bottom w:w="80" w:type="dxa"/>
              <w:right w:w="90" w:type="dxa"/>
            </w:tcMar>
            <w:vAlign w:val="center"/>
          </w:tcPr>
          <w:p w14:paraId="6543976C" w14:textId="77777777" w:rsidR="00D140EC" w:rsidRDefault="00000000">
            <w:pPr>
              <w:spacing w:after="0"/>
            </w:pPr>
            <w:r>
              <w:rPr>
                <w:sz w:val="15"/>
              </w:rPr>
              <w:t>8%</w:t>
            </w:r>
          </w:p>
        </w:tc>
        <w:tc>
          <w:tcPr>
            <w:tcW w:w="1728" w:type="dxa"/>
            <w:tcMar>
              <w:top w:w="80" w:type="dxa"/>
              <w:left w:w="90" w:type="dxa"/>
              <w:bottom w:w="80" w:type="dxa"/>
              <w:right w:w="90" w:type="dxa"/>
            </w:tcMar>
            <w:vAlign w:val="center"/>
          </w:tcPr>
          <w:p w14:paraId="6D14F59B" w14:textId="77777777" w:rsidR="00D140EC" w:rsidRDefault="00000000">
            <w:pPr>
              <w:spacing w:after="0"/>
            </w:pPr>
            <w:r>
              <w:rPr>
                <w:sz w:val="15"/>
              </w:rPr>
              <w:t>[ ]%</w:t>
            </w:r>
          </w:p>
        </w:tc>
        <w:tc>
          <w:tcPr>
            <w:tcW w:w="1584" w:type="dxa"/>
            <w:tcMar>
              <w:top w:w="80" w:type="dxa"/>
              <w:left w:w="90" w:type="dxa"/>
              <w:bottom w:w="80" w:type="dxa"/>
              <w:right w:w="90" w:type="dxa"/>
            </w:tcMar>
            <w:vAlign w:val="center"/>
          </w:tcPr>
          <w:p w14:paraId="581F2050" w14:textId="77777777" w:rsidR="00D140EC" w:rsidRDefault="00000000">
            <w:pPr>
              <w:spacing w:after="0"/>
            </w:pPr>
            <w:r>
              <w:rPr>
                <w:sz w:val="15"/>
              </w:rPr>
              <w:t>[ ]</w:t>
            </w:r>
          </w:p>
        </w:tc>
        <w:tc>
          <w:tcPr>
            <w:tcW w:w="1800" w:type="dxa"/>
            <w:tcMar>
              <w:top w:w="80" w:type="dxa"/>
              <w:left w:w="90" w:type="dxa"/>
              <w:bottom w:w="80" w:type="dxa"/>
              <w:right w:w="90" w:type="dxa"/>
            </w:tcMar>
            <w:vAlign w:val="center"/>
          </w:tcPr>
          <w:p w14:paraId="3D277135" w14:textId="77777777" w:rsidR="00D140EC" w:rsidRDefault="00000000">
            <w:pPr>
              <w:spacing w:after="0"/>
            </w:pPr>
            <w:r>
              <w:rPr>
                <w:sz w:val="15"/>
              </w:rPr>
              <w:t>[ ]</w:t>
            </w:r>
          </w:p>
        </w:tc>
      </w:tr>
      <w:tr w:rsidR="00D140EC" w14:paraId="35BCA104" w14:textId="77777777">
        <w:trPr>
          <w:cantSplit/>
          <w:jc w:val="center"/>
        </w:trPr>
        <w:tc>
          <w:tcPr>
            <w:tcW w:w="3816" w:type="dxa"/>
            <w:tcMar>
              <w:top w:w="80" w:type="dxa"/>
              <w:left w:w="90" w:type="dxa"/>
              <w:bottom w:w="80" w:type="dxa"/>
              <w:right w:w="90" w:type="dxa"/>
            </w:tcMar>
            <w:vAlign w:val="center"/>
          </w:tcPr>
          <w:p w14:paraId="790B038D" w14:textId="77777777" w:rsidR="00D140EC" w:rsidRDefault="00000000">
            <w:pPr>
              <w:spacing w:after="0"/>
            </w:pPr>
            <w:r>
              <w:rPr>
                <w:sz w:val="15"/>
              </w:rPr>
              <w:t>Five-year TCO</w:t>
            </w:r>
          </w:p>
        </w:tc>
        <w:tc>
          <w:tcPr>
            <w:tcW w:w="1728" w:type="dxa"/>
            <w:tcMar>
              <w:top w:w="80" w:type="dxa"/>
              <w:left w:w="90" w:type="dxa"/>
              <w:bottom w:w="80" w:type="dxa"/>
              <w:right w:w="90" w:type="dxa"/>
            </w:tcMar>
            <w:vAlign w:val="center"/>
          </w:tcPr>
          <w:p w14:paraId="369436B4" w14:textId="77777777" w:rsidR="00D140EC" w:rsidRDefault="00000000">
            <w:pPr>
              <w:spacing w:after="0"/>
            </w:pPr>
            <w:r>
              <w:rPr>
                <w:sz w:val="15"/>
              </w:rPr>
              <w:t>12%</w:t>
            </w:r>
          </w:p>
        </w:tc>
        <w:tc>
          <w:tcPr>
            <w:tcW w:w="1728" w:type="dxa"/>
            <w:tcMar>
              <w:top w:w="80" w:type="dxa"/>
              <w:left w:w="90" w:type="dxa"/>
              <w:bottom w:w="80" w:type="dxa"/>
              <w:right w:w="90" w:type="dxa"/>
            </w:tcMar>
            <w:vAlign w:val="center"/>
          </w:tcPr>
          <w:p w14:paraId="6F03623E" w14:textId="77777777" w:rsidR="00D140EC" w:rsidRDefault="00000000">
            <w:pPr>
              <w:spacing w:after="0"/>
            </w:pPr>
            <w:r>
              <w:rPr>
                <w:sz w:val="15"/>
              </w:rPr>
              <w:t>[ ]%</w:t>
            </w:r>
          </w:p>
        </w:tc>
        <w:tc>
          <w:tcPr>
            <w:tcW w:w="1584" w:type="dxa"/>
            <w:tcMar>
              <w:top w:w="80" w:type="dxa"/>
              <w:left w:w="90" w:type="dxa"/>
              <w:bottom w:w="80" w:type="dxa"/>
              <w:right w:w="90" w:type="dxa"/>
            </w:tcMar>
            <w:vAlign w:val="center"/>
          </w:tcPr>
          <w:p w14:paraId="6FDCCFF8" w14:textId="77777777" w:rsidR="00D140EC" w:rsidRDefault="00000000">
            <w:pPr>
              <w:spacing w:after="0"/>
            </w:pPr>
            <w:r>
              <w:rPr>
                <w:sz w:val="15"/>
              </w:rPr>
              <w:t>[ ]</w:t>
            </w:r>
          </w:p>
        </w:tc>
        <w:tc>
          <w:tcPr>
            <w:tcW w:w="1800" w:type="dxa"/>
            <w:tcMar>
              <w:top w:w="80" w:type="dxa"/>
              <w:left w:w="90" w:type="dxa"/>
              <w:bottom w:w="80" w:type="dxa"/>
              <w:right w:w="90" w:type="dxa"/>
            </w:tcMar>
            <w:vAlign w:val="center"/>
          </w:tcPr>
          <w:p w14:paraId="05234938" w14:textId="77777777" w:rsidR="00D140EC" w:rsidRDefault="00000000">
            <w:pPr>
              <w:spacing w:after="0"/>
            </w:pPr>
            <w:r>
              <w:rPr>
                <w:sz w:val="15"/>
              </w:rPr>
              <w:t>[ ]</w:t>
            </w:r>
          </w:p>
        </w:tc>
      </w:tr>
      <w:tr w:rsidR="00D140EC" w14:paraId="6A063D8D" w14:textId="77777777">
        <w:trPr>
          <w:cantSplit/>
          <w:jc w:val="center"/>
        </w:trPr>
        <w:tc>
          <w:tcPr>
            <w:tcW w:w="3816" w:type="dxa"/>
            <w:tcMar>
              <w:top w:w="80" w:type="dxa"/>
              <w:left w:w="90" w:type="dxa"/>
              <w:bottom w:w="80" w:type="dxa"/>
              <w:right w:w="90" w:type="dxa"/>
            </w:tcMar>
            <w:vAlign w:val="center"/>
          </w:tcPr>
          <w:p w14:paraId="2079EEB9" w14:textId="77777777" w:rsidR="00D140EC" w:rsidRDefault="00000000">
            <w:pPr>
              <w:spacing w:after="0"/>
            </w:pPr>
            <w:r>
              <w:rPr>
                <w:sz w:val="15"/>
              </w:rPr>
              <w:t>Demo / site-walk performance</w:t>
            </w:r>
          </w:p>
        </w:tc>
        <w:tc>
          <w:tcPr>
            <w:tcW w:w="1728" w:type="dxa"/>
            <w:tcMar>
              <w:top w:w="80" w:type="dxa"/>
              <w:left w:w="90" w:type="dxa"/>
              <w:bottom w:w="80" w:type="dxa"/>
              <w:right w:w="90" w:type="dxa"/>
            </w:tcMar>
            <w:vAlign w:val="center"/>
          </w:tcPr>
          <w:p w14:paraId="00C7E1A3" w14:textId="77777777" w:rsidR="00D140EC" w:rsidRDefault="00000000">
            <w:pPr>
              <w:spacing w:after="0"/>
            </w:pPr>
            <w:r>
              <w:rPr>
                <w:sz w:val="15"/>
              </w:rPr>
              <w:t>6%</w:t>
            </w:r>
          </w:p>
        </w:tc>
        <w:tc>
          <w:tcPr>
            <w:tcW w:w="1728" w:type="dxa"/>
            <w:tcMar>
              <w:top w:w="80" w:type="dxa"/>
              <w:left w:w="90" w:type="dxa"/>
              <w:bottom w:w="80" w:type="dxa"/>
              <w:right w:w="90" w:type="dxa"/>
            </w:tcMar>
            <w:vAlign w:val="center"/>
          </w:tcPr>
          <w:p w14:paraId="0F27E70F" w14:textId="77777777" w:rsidR="00D140EC" w:rsidRDefault="00000000">
            <w:pPr>
              <w:spacing w:after="0"/>
            </w:pPr>
            <w:r>
              <w:rPr>
                <w:sz w:val="15"/>
              </w:rPr>
              <w:t>[ ]%</w:t>
            </w:r>
          </w:p>
        </w:tc>
        <w:tc>
          <w:tcPr>
            <w:tcW w:w="1584" w:type="dxa"/>
            <w:tcMar>
              <w:top w:w="80" w:type="dxa"/>
              <w:left w:w="90" w:type="dxa"/>
              <w:bottom w:w="80" w:type="dxa"/>
              <w:right w:w="90" w:type="dxa"/>
            </w:tcMar>
            <w:vAlign w:val="center"/>
          </w:tcPr>
          <w:p w14:paraId="08D7F0D0" w14:textId="77777777" w:rsidR="00D140EC" w:rsidRDefault="00000000">
            <w:pPr>
              <w:spacing w:after="0"/>
            </w:pPr>
            <w:r>
              <w:rPr>
                <w:sz w:val="15"/>
              </w:rPr>
              <w:t>[ ]</w:t>
            </w:r>
          </w:p>
        </w:tc>
        <w:tc>
          <w:tcPr>
            <w:tcW w:w="1800" w:type="dxa"/>
            <w:tcMar>
              <w:top w:w="80" w:type="dxa"/>
              <w:left w:w="90" w:type="dxa"/>
              <w:bottom w:w="80" w:type="dxa"/>
              <w:right w:w="90" w:type="dxa"/>
            </w:tcMar>
            <w:vAlign w:val="center"/>
          </w:tcPr>
          <w:p w14:paraId="5F3E09AE" w14:textId="77777777" w:rsidR="00D140EC" w:rsidRDefault="00000000">
            <w:pPr>
              <w:spacing w:after="0"/>
            </w:pPr>
            <w:r>
              <w:rPr>
                <w:sz w:val="15"/>
              </w:rPr>
              <w:t>[ ]</w:t>
            </w:r>
          </w:p>
        </w:tc>
      </w:tr>
      <w:tr w:rsidR="00D140EC" w14:paraId="5CFDD4AD" w14:textId="77777777">
        <w:trPr>
          <w:cantSplit/>
          <w:jc w:val="center"/>
        </w:trPr>
        <w:tc>
          <w:tcPr>
            <w:tcW w:w="3816" w:type="dxa"/>
            <w:tcMar>
              <w:top w:w="80" w:type="dxa"/>
              <w:left w:w="90" w:type="dxa"/>
              <w:bottom w:w="80" w:type="dxa"/>
              <w:right w:w="90" w:type="dxa"/>
            </w:tcMar>
            <w:vAlign w:val="center"/>
          </w:tcPr>
          <w:p w14:paraId="0C742A95" w14:textId="77777777" w:rsidR="00D140EC" w:rsidRDefault="00000000">
            <w:pPr>
              <w:spacing w:after="0"/>
            </w:pPr>
            <w:r>
              <w:rPr>
                <w:sz w:val="15"/>
              </w:rPr>
              <w:t>TOTAL</w:t>
            </w:r>
          </w:p>
        </w:tc>
        <w:tc>
          <w:tcPr>
            <w:tcW w:w="1728" w:type="dxa"/>
            <w:tcMar>
              <w:top w:w="80" w:type="dxa"/>
              <w:left w:w="90" w:type="dxa"/>
              <w:bottom w:w="80" w:type="dxa"/>
              <w:right w:w="90" w:type="dxa"/>
            </w:tcMar>
            <w:vAlign w:val="center"/>
          </w:tcPr>
          <w:p w14:paraId="5F92603B" w14:textId="77777777" w:rsidR="00D140EC" w:rsidRDefault="00000000">
            <w:pPr>
              <w:spacing w:after="0"/>
            </w:pPr>
            <w:r>
              <w:rPr>
                <w:sz w:val="15"/>
              </w:rPr>
              <w:t>100%</w:t>
            </w:r>
          </w:p>
        </w:tc>
        <w:tc>
          <w:tcPr>
            <w:tcW w:w="1728" w:type="dxa"/>
            <w:tcMar>
              <w:top w:w="80" w:type="dxa"/>
              <w:left w:w="90" w:type="dxa"/>
              <w:bottom w:w="80" w:type="dxa"/>
              <w:right w:w="90" w:type="dxa"/>
            </w:tcMar>
            <w:vAlign w:val="center"/>
          </w:tcPr>
          <w:p w14:paraId="0D82A9ED" w14:textId="77777777" w:rsidR="00D140EC" w:rsidRDefault="00000000">
            <w:pPr>
              <w:spacing w:after="0"/>
            </w:pPr>
            <w:r>
              <w:rPr>
                <w:sz w:val="15"/>
              </w:rPr>
              <w:t>100%</w:t>
            </w:r>
          </w:p>
        </w:tc>
        <w:tc>
          <w:tcPr>
            <w:tcW w:w="1584" w:type="dxa"/>
            <w:tcMar>
              <w:top w:w="80" w:type="dxa"/>
              <w:left w:w="90" w:type="dxa"/>
              <w:bottom w:w="80" w:type="dxa"/>
              <w:right w:w="90" w:type="dxa"/>
            </w:tcMar>
            <w:vAlign w:val="center"/>
          </w:tcPr>
          <w:p w14:paraId="68BDB18D" w14:textId="77777777" w:rsidR="00D140EC" w:rsidRDefault="00D140EC">
            <w:pPr>
              <w:spacing w:after="0"/>
            </w:pPr>
          </w:p>
        </w:tc>
        <w:tc>
          <w:tcPr>
            <w:tcW w:w="1800" w:type="dxa"/>
            <w:tcMar>
              <w:top w:w="80" w:type="dxa"/>
              <w:left w:w="90" w:type="dxa"/>
              <w:bottom w:w="80" w:type="dxa"/>
              <w:right w:w="90" w:type="dxa"/>
            </w:tcMar>
            <w:vAlign w:val="center"/>
          </w:tcPr>
          <w:p w14:paraId="505160DD" w14:textId="77777777" w:rsidR="00D140EC" w:rsidRDefault="00D140EC">
            <w:pPr>
              <w:spacing w:after="0"/>
            </w:pPr>
          </w:p>
        </w:tc>
      </w:tr>
    </w:tbl>
    <w:p w14:paraId="10D4DB40" w14:textId="77777777" w:rsidR="00D140EC" w:rsidRDefault="00D140EC">
      <w:pPr>
        <w:spacing w:after="20"/>
      </w:pPr>
    </w:p>
    <w:p w14:paraId="50EBD707" w14:textId="77777777" w:rsidR="00D140EC" w:rsidRDefault="00000000">
      <w:pPr>
        <w:pStyle w:val="Heading2"/>
      </w:pPr>
      <w:r>
        <w:t>Scoring Guide</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1350"/>
        <w:gridCol w:w="8864"/>
      </w:tblGrid>
      <w:tr w:rsidR="00D140EC" w14:paraId="627484EF" w14:textId="77777777">
        <w:trPr>
          <w:cantSplit/>
          <w:tblHeader/>
          <w:jc w:val="center"/>
        </w:trPr>
        <w:tc>
          <w:tcPr>
            <w:tcW w:w="1440" w:type="dxa"/>
            <w:shd w:val="clear" w:color="auto" w:fill="202333"/>
            <w:tcMar>
              <w:top w:w="80" w:type="dxa"/>
              <w:left w:w="90" w:type="dxa"/>
              <w:bottom w:w="80" w:type="dxa"/>
              <w:right w:w="90" w:type="dxa"/>
            </w:tcMar>
          </w:tcPr>
          <w:p w14:paraId="02A50AE7" w14:textId="77777777" w:rsidR="00D140EC" w:rsidRDefault="00000000">
            <w:pPr>
              <w:spacing w:after="0"/>
            </w:pPr>
            <w:r>
              <w:rPr>
                <w:b/>
                <w:color w:val="FFFFFF"/>
                <w:sz w:val="16"/>
              </w:rPr>
              <w:t>Score</w:t>
            </w:r>
          </w:p>
        </w:tc>
        <w:tc>
          <w:tcPr>
            <w:tcW w:w="9792" w:type="dxa"/>
            <w:shd w:val="clear" w:color="auto" w:fill="202333"/>
            <w:tcMar>
              <w:top w:w="80" w:type="dxa"/>
              <w:left w:w="90" w:type="dxa"/>
              <w:bottom w:w="80" w:type="dxa"/>
              <w:right w:w="90" w:type="dxa"/>
            </w:tcMar>
          </w:tcPr>
          <w:p w14:paraId="109FEDDA" w14:textId="77777777" w:rsidR="00D140EC" w:rsidRDefault="00000000">
            <w:pPr>
              <w:spacing w:after="0"/>
            </w:pPr>
            <w:r>
              <w:rPr>
                <w:b/>
                <w:color w:val="FFFFFF"/>
                <w:sz w:val="16"/>
              </w:rPr>
              <w:t>Interpretation</w:t>
            </w:r>
          </w:p>
        </w:tc>
      </w:tr>
      <w:tr w:rsidR="00D140EC" w14:paraId="78EA6248" w14:textId="77777777">
        <w:trPr>
          <w:cantSplit/>
          <w:jc w:val="center"/>
        </w:trPr>
        <w:tc>
          <w:tcPr>
            <w:tcW w:w="1440" w:type="dxa"/>
            <w:tcMar>
              <w:top w:w="80" w:type="dxa"/>
              <w:left w:w="90" w:type="dxa"/>
              <w:bottom w:w="80" w:type="dxa"/>
              <w:right w:w="90" w:type="dxa"/>
            </w:tcMar>
            <w:vAlign w:val="center"/>
          </w:tcPr>
          <w:p w14:paraId="2B1CB345" w14:textId="77777777" w:rsidR="00D140EC" w:rsidRDefault="00000000">
            <w:pPr>
              <w:spacing w:after="0"/>
            </w:pPr>
            <w:r>
              <w:rPr>
                <w:sz w:val="16"/>
              </w:rPr>
              <w:t>5</w:t>
            </w:r>
          </w:p>
        </w:tc>
        <w:tc>
          <w:tcPr>
            <w:tcW w:w="9792" w:type="dxa"/>
            <w:tcMar>
              <w:top w:w="80" w:type="dxa"/>
              <w:left w:w="90" w:type="dxa"/>
              <w:bottom w:w="80" w:type="dxa"/>
              <w:right w:w="90" w:type="dxa"/>
            </w:tcMar>
            <w:vAlign w:val="center"/>
          </w:tcPr>
          <w:p w14:paraId="07162DDE" w14:textId="77777777" w:rsidR="00D140EC" w:rsidRDefault="00000000">
            <w:pPr>
              <w:spacing w:after="0"/>
            </w:pPr>
            <w:r>
              <w:rPr>
                <w:sz w:val="16"/>
              </w:rPr>
              <w:t>Excellent fit; clearly meets objective with low execution risk.</w:t>
            </w:r>
          </w:p>
        </w:tc>
      </w:tr>
      <w:tr w:rsidR="00D140EC" w14:paraId="12C86F88" w14:textId="77777777">
        <w:trPr>
          <w:cantSplit/>
          <w:jc w:val="center"/>
        </w:trPr>
        <w:tc>
          <w:tcPr>
            <w:tcW w:w="1440" w:type="dxa"/>
            <w:tcMar>
              <w:top w:w="80" w:type="dxa"/>
              <w:left w:w="90" w:type="dxa"/>
              <w:bottom w:w="80" w:type="dxa"/>
              <w:right w:w="90" w:type="dxa"/>
            </w:tcMar>
            <w:vAlign w:val="center"/>
          </w:tcPr>
          <w:p w14:paraId="52C94CAE" w14:textId="77777777" w:rsidR="00D140EC" w:rsidRDefault="00000000">
            <w:pPr>
              <w:spacing w:after="0"/>
            </w:pPr>
            <w:r>
              <w:rPr>
                <w:sz w:val="16"/>
              </w:rPr>
              <w:t>4</w:t>
            </w:r>
          </w:p>
        </w:tc>
        <w:tc>
          <w:tcPr>
            <w:tcW w:w="9792" w:type="dxa"/>
            <w:tcMar>
              <w:top w:w="80" w:type="dxa"/>
              <w:left w:w="90" w:type="dxa"/>
              <w:bottom w:w="80" w:type="dxa"/>
              <w:right w:w="90" w:type="dxa"/>
            </w:tcMar>
            <w:vAlign w:val="center"/>
          </w:tcPr>
          <w:p w14:paraId="0F8F980A" w14:textId="77777777" w:rsidR="00D140EC" w:rsidRDefault="00000000">
            <w:pPr>
              <w:spacing w:after="0"/>
            </w:pPr>
            <w:r>
              <w:rPr>
                <w:sz w:val="16"/>
              </w:rPr>
              <w:t>Strong fit; minor limitations or manageable dependencies.</w:t>
            </w:r>
          </w:p>
        </w:tc>
      </w:tr>
      <w:tr w:rsidR="00D140EC" w14:paraId="226FAF1D" w14:textId="77777777">
        <w:trPr>
          <w:cantSplit/>
          <w:jc w:val="center"/>
        </w:trPr>
        <w:tc>
          <w:tcPr>
            <w:tcW w:w="1440" w:type="dxa"/>
            <w:tcMar>
              <w:top w:w="80" w:type="dxa"/>
              <w:left w:w="90" w:type="dxa"/>
              <w:bottom w:w="80" w:type="dxa"/>
              <w:right w:w="90" w:type="dxa"/>
            </w:tcMar>
            <w:vAlign w:val="center"/>
          </w:tcPr>
          <w:p w14:paraId="2E6B7B37" w14:textId="77777777" w:rsidR="00D140EC" w:rsidRDefault="00000000">
            <w:pPr>
              <w:spacing w:after="0"/>
            </w:pPr>
            <w:r>
              <w:rPr>
                <w:sz w:val="16"/>
              </w:rPr>
              <w:t>3</w:t>
            </w:r>
          </w:p>
        </w:tc>
        <w:tc>
          <w:tcPr>
            <w:tcW w:w="9792" w:type="dxa"/>
            <w:tcMar>
              <w:top w:w="80" w:type="dxa"/>
              <w:left w:w="90" w:type="dxa"/>
              <w:bottom w:w="80" w:type="dxa"/>
              <w:right w:w="90" w:type="dxa"/>
            </w:tcMar>
            <w:vAlign w:val="center"/>
          </w:tcPr>
          <w:p w14:paraId="6C62B968" w14:textId="77777777" w:rsidR="00D140EC" w:rsidRDefault="00000000">
            <w:pPr>
              <w:spacing w:after="0"/>
            </w:pPr>
            <w:r>
              <w:rPr>
                <w:sz w:val="16"/>
              </w:rPr>
              <w:t>Acceptable; meets core need but with notable tradeoffs.</w:t>
            </w:r>
          </w:p>
        </w:tc>
      </w:tr>
      <w:tr w:rsidR="00D140EC" w14:paraId="1A06F0FC" w14:textId="77777777">
        <w:trPr>
          <w:cantSplit/>
          <w:jc w:val="center"/>
        </w:trPr>
        <w:tc>
          <w:tcPr>
            <w:tcW w:w="1440" w:type="dxa"/>
            <w:tcMar>
              <w:top w:w="80" w:type="dxa"/>
              <w:left w:w="90" w:type="dxa"/>
              <w:bottom w:w="80" w:type="dxa"/>
              <w:right w:w="90" w:type="dxa"/>
            </w:tcMar>
            <w:vAlign w:val="center"/>
          </w:tcPr>
          <w:p w14:paraId="319DA767" w14:textId="77777777" w:rsidR="00D140EC" w:rsidRDefault="00000000">
            <w:pPr>
              <w:spacing w:after="0"/>
            </w:pPr>
            <w:r>
              <w:rPr>
                <w:sz w:val="16"/>
              </w:rPr>
              <w:t>2</w:t>
            </w:r>
          </w:p>
        </w:tc>
        <w:tc>
          <w:tcPr>
            <w:tcW w:w="9792" w:type="dxa"/>
            <w:tcMar>
              <w:top w:w="80" w:type="dxa"/>
              <w:left w:w="90" w:type="dxa"/>
              <w:bottom w:w="80" w:type="dxa"/>
              <w:right w:w="90" w:type="dxa"/>
            </w:tcMar>
            <w:vAlign w:val="center"/>
          </w:tcPr>
          <w:p w14:paraId="082BF948" w14:textId="77777777" w:rsidR="00D140EC" w:rsidRDefault="00000000">
            <w:pPr>
              <w:spacing w:after="0"/>
            </w:pPr>
            <w:r>
              <w:rPr>
                <w:sz w:val="16"/>
              </w:rPr>
              <w:t>Weak; partial fit, significant workaround or execution concern.</w:t>
            </w:r>
          </w:p>
        </w:tc>
      </w:tr>
      <w:tr w:rsidR="00D140EC" w14:paraId="10D5A44E" w14:textId="77777777">
        <w:trPr>
          <w:cantSplit/>
          <w:jc w:val="center"/>
        </w:trPr>
        <w:tc>
          <w:tcPr>
            <w:tcW w:w="1440" w:type="dxa"/>
            <w:tcMar>
              <w:top w:w="80" w:type="dxa"/>
              <w:left w:w="90" w:type="dxa"/>
              <w:bottom w:w="80" w:type="dxa"/>
              <w:right w:w="90" w:type="dxa"/>
            </w:tcMar>
            <w:vAlign w:val="center"/>
          </w:tcPr>
          <w:p w14:paraId="1757C55F" w14:textId="77777777" w:rsidR="00D140EC" w:rsidRDefault="00000000">
            <w:pPr>
              <w:spacing w:after="0"/>
            </w:pPr>
            <w:r>
              <w:rPr>
                <w:sz w:val="16"/>
              </w:rPr>
              <w:t>1</w:t>
            </w:r>
          </w:p>
        </w:tc>
        <w:tc>
          <w:tcPr>
            <w:tcW w:w="9792" w:type="dxa"/>
            <w:tcMar>
              <w:top w:w="80" w:type="dxa"/>
              <w:left w:w="90" w:type="dxa"/>
              <w:bottom w:w="80" w:type="dxa"/>
              <w:right w:w="90" w:type="dxa"/>
            </w:tcMar>
            <w:vAlign w:val="center"/>
          </w:tcPr>
          <w:p w14:paraId="1D3B8E7A" w14:textId="77777777" w:rsidR="00D140EC" w:rsidRDefault="00000000">
            <w:pPr>
              <w:spacing w:after="0"/>
            </w:pPr>
            <w:r>
              <w:rPr>
                <w:sz w:val="16"/>
              </w:rPr>
              <w:t>Poor fit / does not materially meet the objective.</w:t>
            </w:r>
          </w:p>
        </w:tc>
      </w:tr>
    </w:tbl>
    <w:p w14:paraId="6F0D10D6" w14:textId="77777777" w:rsidR="00D140EC" w:rsidRDefault="00D140EC">
      <w:pPr>
        <w:spacing w:after="20"/>
      </w:pPr>
    </w:p>
    <w:p w14:paraId="634BCD0A" w14:textId="77777777" w:rsidR="00D140EC" w:rsidRDefault="00000000">
      <w:pPr>
        <w:pStyle w:val="Heading1"/>
      </w:pPr>
      <w:r>
        <w:t>35. Finalist Demonstration Requirements</w:t>
      </w:r>
    </w:p>
    <w:p w14:paraId="6E05D6AA" w14:textId="77777777" w:rsidR="00D140EC" w:rsidRDefault="00000000">
      <w:r>
        <w:t>Finalists should demonstrate actual workflows using realistic community scenarios. Marketing slides alone are not sufficient.</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3155"/>
        <w:gridCol w:w="4975"/>
        <w:gridCol w:w="2084"/>
      </w:tblGrid>
      <w:tr w:rsidR="00D140EC" w14:paraId="7E22A2CC" w14:textId="77777777">
        <w:trPr>
          <w:cantSplit/>
          <w:tblHeader/>
          <w:jc w:val="center"/>
        </w:trPr>
        <w:tc>
          <w:tcPr>
            <w:tcW w:w="3456" w:type="dxa"/>
            <w:shd w:val="clear" w:color="auto" w:fill="202333"/>
            <w:tcMar>
              <w:top w:w="80" w:type="dxa"/>
              <w:left w:w="90" w:type="dxa"/>
              <w:bottom w:w="80" w:type="dxa"/>
              <w:right w:w="90" w:type="dxa"/>
            </w:tcMar>
          </w:tcPr>
          <w:p w14:paraId="71093662" w14:textId="77777777" w:rsidR="00D140EC" w:rsidRDefault="00000000">
            <w:pPr>
              <w:spacing w:after="0"/>
            </w:pPr>
            <w:r>
              <w:rPr>
                <w:b/>
                <w:color w:val="FFFFFF"/>
                <w:sz w:val="15"/>
              </w:rPr>
              <w:t>Scenario to Demonstrate</w:t>
            </w:r>
          </w:p>
        </w:tc>
        <w:tc>
          <w:tcPr>
            <w:tcW w:w="5472" w:type="dxa"/>
            <w:shd w:val="clear" w:color="auto" w:fill="202333"/>
            <w:tcMar>
              <w:top w:w="80" w:type="dxa"/>
              <w:left w:w="90" w:type="dxa"/>
              <w:bottom w:w="80" w:type="dxa"/>
              <w:right w:w="90" w:type="dxa"/>
            </w:tcMar>
          </w:tcPr>
          <w:p w14:paraId="09784CE9" w14:textId="77777777" w:rsidR="00D140EC" w:rsidRDefault="00000000">
            <w:pPr>
              <w:spacing w:after="0"/>
            </w:pPr>
            <w:r>
              <w:rPr>
                <w:b/>
                <w:color w:val="FFFFFF"/>
                <w:sz w:val="15"/>
              </w:rPr>
              <w:t>What the Community Should Observe</w:t>
            </w:r>
          </w:p>
        </w:tc>
        <w:tc>
          <w:tcPr>
            <w:tcW w:w="2304" w:type="dxa"/>
            <w:shd w:val="clear" w:color="auto" w:fill="202333"/>
            <w:tcMar>
              <w:top w:w="80" w:type="dxa"/>
              <w:left w:w="90" w:type="dxa"/>
              <w:bottom w:w="80" w:type="dxa"/>
              <w:right w:w="90" w:type="dxa"/>
            </w:tcMar>
          </w:tcPr>
          <w:p w14:paraId="672B2B22" w14:textId="77777777" w:rsidR="00D140EC" w:rsidRDefault="00000000">
            <w:pPr>
              <w:spacing w:after="0"/>
            </w:pPr>
            <w:r>
              <w:rPr>
                <w:b/>
                <w:color w:val="FFFFFF"/>
                <w:sz w:val="15"/>
              </w:rPr>
              <w:t>Notes / Score</w:t>
            </w:r>
          </w:p>
        </w:tc>
      </w:tr>
      <w:tr w:rsidR="00D140EC" w14:paraId="5D83AC4E" w14:textId="77777777">
        <w:trPr>
          <w:cantSplit/>
          <w:jc w:val="center"/>
        </w:trPr>
        <w:tc>
          <w:tcPr>
            <w:tcW w:w="3456" w:type="dxa"/>
            <w:tcMar>
              <w:top w:w="80" w:type="dxa"/>
              <w:left w:w="90" w:type="dxa"/>
              <w:bottom w:w="80" w:type="dxa"/>
              <w:right w:w="90" w:type="dxa"/>
            </w:tcMar>
            <w:vAlign w:val="center"/>
          </w:tcPr>
          <w:p w14:paraId="11CC5816" w14:textId="77777777" w:rsidR="00D140EC" w:rsidRDefault="00000000">
            <w:pPr>
              <w:spacing w:after="0"/>
            </w:pPr>
            <w:r>
              <w:rPr>
                <w:sz w:val="15"/>
              </w:rPr>
              <w:t>Resident registers a first-time guest</w:t>
            </w:r>
          </w:p>
        </w:tc>
        <w:tc>
          <w:tcPr>
            <w:tcW w:w="5472" w:type="dxa"/>
            <w:tcMar>
              <w:top w:w="80" w:type="dxa"/>
              <w:left w:w="90" w:type="dxa"/>
              <w:bottom w:w="80" w:type="dxa"/>
              <w:right w:w="90" w:type="dxa"/>
            </w:tcMar>
            <w:vAlign w:val="center"/>
          </w:tcPr>
          <w:p w14:paraId="675BEDBA" w14:textId="77777777" w:rsidR="00D140EC" w:rsidRDefault="00000000">
            <w:pPr>
              <w:spacing w:after="0"/>
            </w:pPr>
            <w:r>
              <w:rPr>
                <w:sz w:val="15"/>
              </w:rPr>
              <w:t>Ease, steps, confirmation, resident UX</w:t>
            </w:r>
          </w:p>
        </w:tc>
        <w:tc>
          <w:tcPr>
            <w:tcW w:w="2304" w:type="dxa"/>
            <w:tcMar>
              <w:top w:w="80" w:type="dxa"/>
              <w:left w:w="90" w:type="dxa"/>
              <w:bottom w:w="80" w:type="dxa"/>
              <w:right w:w="90" w:type="dxa"/>
            </w:tcMar>
            <w:vAlign w:val="center"/>
          </w:tcPr>
          <w:p w14:paraId="4CBBD914" w14:textId="77777777" w:rsidR="00D140EC" w:rsidRDefault="00000000">
            <w:pPr>
              <w:spacing w:after="0"/>
            </w:pPr>
            <w:r>
              <w:rPr>
                <w:sz w:val="15"/>
              </w:rPr>
              <w:t>[ ]</w:t>
            </w:r>
          </w:p>
        </w:tc>
      </w:tr>
      <w:tr w:rsidR="00D140EC" w14:paraId="2DAE1EE3" w14:textId="77777777">
        <w:trPr>
          <w:cantSplit/>
          <w:jc w:val="center"/>
        </w:trPr>
        <w:tc>
          <w:tcPr>
            <w:tcW w:w="3456" w:type="dxa"/>
            <w:tcMar>
              <w:top w:w="80" w:type="dxa"/>
              <w:left w:w="90" w:type="dxa"/>
              <w:bottom w:w="80" w:type="dxa"/>
              <w:right w:w="90" w:type="dxa"/>
            </w:tcMar>
            <w:vAlign w:val="center"/>
          </w:tcPr>
          <w:p w14:paraId="1F761696" w14:textId="77777777" w:rsidR="00D140EC" w:rsidRDefault="00000000">
            <w:pPr>
              <w:spacing w:after="0"/>
            </w:pPr>
            <w:r>
              <w:rPr>
                <w:sz w:val="15"/>
              </w:rPr>
              <w:t>Resident creates recurring guest authorization</w:t>
            </w:r>
          </w:p>
        </w:tc>
        <w:tc>
          <w:tcPr>
            <w:tcW w:w="5472" w:type="dxa"/>
            <w:tcMar>
              <w:top w:w="80" w:type="dxa"/>
              <w:left w:w="90" w:type="dxa"/>
              <w:bottom w:w="80" w:type="dxa"/>
              <w:right w:w="90" w:type="dxa"/>
            </w:tcMar>
            <w:vAlign w:val="center"/>
          </w:tcPr>
          <w:p w14:paraId="104D41B3" w14:textId="77777777" w:rsidR="00D140EC" w:rsidRDefault="00000000">
            <w:pPr>
              <w:spacing w:after="0"/>
            </w:pPr>
            <w:r>
              <w:rPr>
                <w:sz w:val="15"/>
              </w:rPr>
              <w:t>Rules, expiration, edits, revocation</w:t>
            </w:r>
          </w:p>
        </w:tc>
        <w:tc>
          <w:tcPr>
            <w:tcW w:w="2304" w:type="dxa"/>
            <w:tcMar>
              <w:top w:w="80" w:type="dxa"/>
              <w:left w:w="90" w:type="dxa"/>
              <w:bottom w:w="80" w:type="dxa"/>
              <w:right w:w="90" w:type="dxa"/>
            </w:tcMar>
            <w:vAlign w:val="center"/>
          </w:tcPr>
          <w:p w14:paraId="7EDE3542" w14:textId="77777777" w:rsidR="00D140EC" w:rsidRDefault="00000000">
            <w:pPr>
              <w:spacing w:after="0"/>
            </w:pPr>
            <w:r>
              <w:rPr>
                <w:sz w:val="15"/>
              </w:rPr>
              <w:t>[ ]</w:t>
            </w:r>
          </w:p>
        </w:tc>
      </w:tr>
      <w:tr w:rsidR="00D140EC" w14:paraId="5FBBD075" w14:textId="77777777">
        <w:trPr>
          <w:cantSplit/>
          <w:jc w:val="center"/>
        </w:trPr>
        <w:tc>
          <w:tcPr>
            <w:tcW w:w="3456" w:type="dxa"/>
            <w:tcMar>
              <w:top w:w="80" w:type="dxa"/>
              <w:left w:w="90" w:type="dxa"/>
              <w:bottom w:w="80" w:type="dxa"/>
              <w:right w:w="90" w:type="dxa"/>
            </w:tcMar>
            <w:vAlign w:val="center"/>
          </w:tcPr>
          <w:p w14:paraId="0BE3B253" w14:textId="77777777" w:rsidR="00D140EC" w:rsidRDefault="00000000">
            <w:pPr>
              <w:spacing w:after="0"/>
            </w:pPr>
            <w:r>
              <w:rPr>
                <w:sz w:val="15"/>
              </w:rPr>
              <w:t>Unexpected visitor arrives at staffed gate</w:t>
            </w:r>
          </w:p>
        </w:tc>
        <w:tc>
          <w:tcPr>
            <w:tcW w:w="5472" w:type="dxa"/>
            <w:tcMar>
              <w:top w:w="80" w:type="dxa"/>
              <w:left w:w="90" w:type="dxa"/>
              <w:bottom w:w="80" w:type="dxa"/>
              <w:right w:w="90" w:type="dxa"/>
            </w:tcMar>
            <w:vAlign w:val="center"/>
          </w:tcPr>
          <w:p w14:paraId="393CD50C" w14:textId="77777777" w:rsidR="00D140EC" w:rsidRDefault="00000000">
            <w:pPr>
              <w:spacing w:after="0"/>
            </w:pPr>
            <w:r>
              <w:rPr>
                <w:sz w:val="15"/>
              </w:rPr>
              <w:t>Search, contact, decision, audit trail</w:t>
            </w:r>
          </w:p>
        </w:tc>
        <w:tc>
          <w:tcPr>
            <w:tcW w:w="2304" w:type="dxa"/>
            <w:tcMar>
              <w:top w:w="80" w:type="dxa"/>
              <w:left w:w="90" w:type="dxa"/>
              <w:bottom w:w="80" w:type="dxa"/>
              <w:right w:w="90" w:type="dxa"/>
            </w:tcMar>
            <w:vAlign w:val="center"/>
          </w:tcPr>
          <w:p w14:paraId="6DC5FE5B" w14:textId="77777777" w:rsidR="00D140EC" w:rsidRDefault="00000000">
            <w:pPr>
              <w:spacing w:after="0"/>
            </w:pPr>
            <w:r>
              <w:rPr>
                <w:sz w:val="15"/>
              </w:rPr>
              <w:t>[ ]</w:t>
            </w:r>
          </w:p>
        </w:tc>
      </w:tr>
      <w:tr w:rsidR="00D140EC" w14:paraId="63813C55" w14:textId="77777777">
        <w:trPr>
          <w:cantSplit/>
          <w:jc w:val="center"/>
        </w:trPr>
        <w:tc>
          <w:tcPr>
            <w:tcW w:w="3456" w:type="dxa"/>
            <w:tcMar>
              <w:top w:w="80" w:type="dxa"/>
              <w:left w:w="90" w:type="dxa"/>
              <w:bottom w:w="80" w:type="dxa"/>
              <w:right w:w="90" w:type="dxa"/>
            </w:tcMar>
            <w:vAlign w:val="center"/>
          </w:tcPr>
          <w:p w14:paraId="43390BD2" w14:textId="77777777" w:rsidR="00D140EC" w:rsidRDefault="00000000">
            <w:pPr>
              <w:spacing w:after="0"/>
            </w:pPr>
            <w:r>
              <w:rPr>
                <w:sz w:val="15"/>
              </w:rPr>
              <w:t>Vendor arrives outside permitted hours</w:t>
            </w:r>
          </w:p>
        </w:tc>
        <w:tc>
          <w:tcPr>
            <w:tcW w:w="5472" w:type="dxa"/>
            <w:tcMar>
              <w:top w:w="80" w:type="dxa"/>
              <w:left w:w="90" w:type="dxa"/>
              <w:bottom w:w="80" w:type="dxa"/>
              <w:right w:w="90" w:type="dxa"/>
            </w:tcMar>
            <w:vAlign w:val="center"/>
          </w:tcPr>
          <w:p w14:paraId="7E873FAB" w14:textId="77777777" w:rsidR="00D140EC" w:rsidRDefault="00000000">
            <w:pPr>
              <w:spacing w:after="0"/>
            </w:pPr>
            <w:r>
              <w:rPr>
                <w:sz w:val="15"/>
              </w:rPr>
              <w:t>Rule enforcement, exception handling</w:t>
            </w:r>
          </w:p>
        </w:tc>
        <w:tc>
          <w:tcPr>
            <w:tcW w:w="2304" w:type="dxa"/>
            <w:tcMar>
              <w:top w:w="80" w:type="dxa"/>
              <w:left w:w="90" w:type="dxa"/>
              <w:bottom w:w="80" w:type="dxa"/>
              <w:right w:w="90" w:type="dxa"/>
            </w:tcMar>
            <w:vAlign w:val="center"/>
          </w:tcPr>
          <w:p w14:paraId="25A26ECC" w14:textId="77777777" w:rsidR="00D140EC" w:rsidRDefault="00000000">
            <w:pPr>
              <w:spacing w:after="0"/>
            </w:pPr>
            <w:r>
              <w:rPr>
                <w:sz w:val="15"/>
              </w:rPr>
              <w:t>[ ]</w:t>
            </w:r>
          </w:p>
        </w:tc>
      </w:tr>
      <w:tr w:rsidR="00D140EC" w14:paraId="6BDA97B8" w14:textId="77777777">
        <w:trPr>
          <w:cantSplit/>
          <w:jc w:val="center"/>
        </w:trPr>
        <w:tc>
          <w:tcPr>
            <w:tcW w:w="3456" w:type="dxa"/>
            <w:tcMar>
              <w:top w:w="80" w:type="dxa"/>
              <w:left w:w="90" w:type="dxa"/>
              <w:bottom w:w="80" w:type="dxa"/>
              <w:right w:w="90" w:type="dxa"/>
            </w:tcMar>
            <w:vAlign w:val="center"/>
          </w:tcPr>
          <w:p w14:paraId="6FF479DE" w14:textId="77777777" w:rsidR="00D140EC" w:rsidRDefault="00000000">
            <w:pPr>
              <w:spacing w:after="0"/>
            </w:pPr>
            <w:r>
              <w:rPr>
                <w:sz w:val="15"/>
              </w:rPr>
              <w:t>Resident adds/replaces vehicle or credential</w:t>
            </w:r>
          </w:p>
        </w:tc>
        <w:tc>
          <w:tcPr>
            <w:tcW w:w="5472" w:type="dxa"/>
            <w:tcMar>
              <w:top w:w="80" w:type="dxa"/>
              <w:left w:w="90" w:type="dxa"/>
              <w:bottom w:w="80" w:type="dxa"/>
              <w:right w:w="90" w:type="dxa"/>
            </w:tcMar>
            <w:vAlign w:val="center"/>
          </w:tcPr>
          <w:p w14:paraId="10F4368F" w14:textId="77777777" w:rsidR="00D140EC" w:rsidRDefault="00000000">
            <w:pPr>
              <w:spacing w:after="0"/>
            </w:pPr>
            <w:r>
              <w:rPr>
                <w:sz w:val="15"/>
              </w:rPr>
              <w:t>Approval, activation, revocation</w:t>
            </w:r>
          </w:p>
        </w:tc>
        <w:tc>
          <w:tcPr>
            <w:tcW w:w="2304" w:type="dxa"/>
            <w:tcMar>
              <w:top w:w="80" w:type="dxa"/>
              <w:left w:w="90" w:type="dxa"/>
              <w:bottom w:w="80" w:type="dxa"/>
              <w:right w:w="90" w:type="dxa"/>
            </w:tcMar>
            <w:vAlign w:val="center"/>
          </w:tcPr>
          <w:p w14:paraId="03DDB7A3" w14:textId="77777777" w:rsidR="00D140EC" w:rsidRDefault="00000000">
            <w:pPr>
              <w:spacing w:after="0"/>
            </w:pPr>
            <w:r>
              <w:rPr>
                <w:sz w:val="15"/>
              </w:rPr>
              <w:t>[ ]</w:t>
            </w:r>
          </w:p>
        </w:tc>
      </w:tr>
      <w:tr w:rsidR="00D140EC" w14:paraId="180B748A" w14:textId="77777777">
        <w:trPr>
          <w:cantSplit/>
          <w:jc w:val="center"/>
        </w:trPr>
        <w:tc>
          <w:tcPr>
            <w:tcW w:w="3456" w:type="dxa"/>
            <w:tcMar>
              <w:top w:w="80" w:type="dxa"/>
              <w:left w:w="90" w:type="dxa"/>
              <w:bottom w:w="80" w:type="dxa"/>
              <w:right w:w="90" w:type="dxa"/>
            </w:tcMar>
            <w:vAlign w:val="center"/>
          </w:tcPr>
          <w:p w14:paraId="3BFB4DD4" w14:textId="77777777" w:rsidR="00D140EC" w:rsidRDefault="00000000">
            <w:pPr>
              <w:spacing w:after="0"/>
            </w:pPr>
            <w:r>
              <w:rPr>
                <w:sz w:val="15"/>
              </w:rPr>
              <w:t>Manager investigates an incident</w:t>
            </w:r>
          </w:p>
        </w:tc>
        <w:tc>
          <w:tcPr>
            <w:tcW w:w="5472" w:type="dxa"/>
            <w:tcMar>
              <w:top w:w="80" w:type="dxa"/>
              <w:left w:w="90" w:type="dxa"/>
              <w:bottom w:w="80" w:type="dxa"/>
              <w:right w:w="90" w:type="dxa"/>
            </w:tcMar>
            <w:vAlign w:val="center"/>
          </w:tcPr>
          <w:p w14:paraId="32E58BB8" w14:textId="77777777" w:rsidR="00D140EC" w:rsidRDefault="00000000">
            <w:pPr>
              <w:spacing w:after="0"/>
            </w:pPr>
            <w:r>
              <w:rPr>
                <w:sz w:val="15"/>
              </w:rPr>
              <w:t>Search across visitor/vehicle/access history</w:t>
            </w:r>
          </w:p>
        </w:tc>
        <w:tc>
          <w:tcPr>
            <w:tcW w:w="2304" w:type="dxa"/>
            <w:tcMar>
              <w:top w:w="80" w:type="dxa"/>
              <w:left w:w="90" w:type="dxa"/>
              <w:bottom w:w="80" w:type="dxa"/>
              <w:right w:w="90" w:type="dxa"/>
            </w:tcMar>
            <w:vAlign w:val="center"/>
          </w:tcPr>
          <w:p w14:paraId="2B2DD32F" w14:textId="77777777" w:rsidR="00D140EC" w:rsidRDefault="00000000">
            <w:pPr>
              <w:spacing w:after="0"/>
            </w:pPr>
            <w:r>
              <w:rPr>
                <w:sz w:val="15"/>
              </w:rPr>
              <w:t>[ ]</w:t>
            </w:r>
          </w:p>
        </w:tc>
      </w:tr>
      <w:tr w:rsidR="00D140EC" w14:paraId="3546339C" w14:textId="77777777">
        <w:trPr>
          <w:cantSplit/>
          <w:jc w:val="center"/>
        </w:trPr>
        <w:tc>
          <w:tcPr>
            <w:tcW w:w="3456" w:type="dxa"/>
            <w:tcMar>
              <w:top w:w="80" w:type="dxa"/>
              <w:left w:w="90" w:type="dxa"/>
              <w:bottom w:w="80" w:type="dxa"/>
              <w:right w:w="90" w:type="dxa"/>
            </w:tcMar>
            <w:vAlign w:val="center"/>
          </w:tcPr>
          <w:p w14:paraId="0A828A08" w14:textId="77777777" w:rsidR="00D140EC" w:rsidRDefault="00000000">
            <w:pPr>
              <w:spacing w:after="0"/>
            </w:pPr>
            <w:r>
              <w:rPr>
                <w:sz w:val="15"/>
              </w:rPr>
              <w:t>Internet connection fails</w:t>
            </w:r>
          </w:p>
        </w:tc>
        <w:tc>
          <w:tcPr>
            <w:tcW w:w="5472" w:type="dxa"/>
            <w:tcMar>
              <w:top w:w="80" w:type="dxa"/>
              <w:left w:w="90" w:type="dxa"/>
              <w:bottom w:w="80" w:type="dxa"/>
              <w:right w:w="90" w:type="dxa"/>
            </w:tcMar>
            <w:vAlign w:val="center"/>
          </w:tcPr>
          <w:p w14:paraId="4CF61BB7" w14:textId="77777777" w:rsidR="00D140EC" w:rsidRDefault="00000000">
            <w:pPr>
              <w:spacing w:after="0"/>
            </w:pPr>
            <w:r>
              <w:rPr>
                <w:sz w:val="15"/>
              </w:rPr>
              <w:t>What still works, fallback, recovery</w:t>
            </w:r>
          </w:p>
        </w:tc>
        <w:tc>
          <w:tcPr>
            <w:tcW w:w="2304" w:type="dxa"/>
            <w:tcMar>
              <w:top w:w="80" w:type="dxa"/>
              <w:left w:w="90" w:type="dxa"/>
              <w:bottom w:w="80" w:type="dxa"/>
              <w:right w:w="90" w:type="dxa"/>
            </w:tcMar>
            <w:vAlign w:val="center"/>
          </w:tcPr>
          <w:p w14:paraId="189207E9" w14:textId="77777777" w:rsidR="00D140EC" w:rsidRDefault="00000000">
            <w:pPr>
              <w:spacing w:after="0"/>
            </w:pPr>
            <w:r>
              <w:rPr>
                <w:sz w:val="15"/>
              </w:rPr>
              <w:t>[ ]</w:t>
            </w:r>
          </w:p>
        </w:tc>
      </w:tr>
      <w:tr w:rsidR="00D140EC" w14:paraId="147D21AB" w14:textId="77777777">
        <w:trPr>
          <w:cantSplit/>
          <w:jc w:val="center"/>
        </w:trPr>
        <w:tc>
          <w:tcPr>
            <w:tcW w:w="3456" w:type="dxa"/>
            <w:tcMar>
              <w:top w:w="80" w:type="dxa"/>
              <w:left w:w="90" w:type="dxa"/>
              <w:bottom w:w="80" w:type="dxa"/>
              <w:right w:w="90" w:type="dxa"/>
            </w:tcMar>
            <w:vAlign w:val="center"/>
          </w:tcPr>
          <w:p w14:paraId="6136C9D4" w14:textId="77777777" w:rsidR="00D140EC" w:rsidRDefault="00000000">
            <w:pPr>
              <w:spacing w:after="0"/>
            </w:pPr>
            <w:r>
              <w:rPr>
                <w:sz w:val="15"/>
              </w:rPr>
              <w:lastRenderedPageBreak/>
              <w:t>Resident record changes in system of record</w:t>
            </w:r>
          </w:p>
        </w:tc>
        <w:tc>
          <w:tcPr>
            <w:tcW w:w="5472" w:type="dxa"/>
            <w:tcMar>
              <w:top w:w="80" w:type="dxa"/>
              <w:left w:w="90" w:type="dxa"/>
              <w:bottom w:w="80" w:type="dxa"/>
              <w:right w:w="90" w:type="dxa"/>
            </w:tcMar>
            <w:vAlign w:val="center"/>
          </w:tcPr>
          <w:p w14:paraId="0DE9A1E9" w14:textId="77777777" w:rsidR="00D140EC" w:rsidRDefault="00000000">
            <w:pPr>
              <w:spacing w:after="0"/>
            </w:pPr>
            <w:r>
              <w:rPr>
                <w:sz w:val="15"/>
              </w:rPr>
              <w:t>Integration timing, error handling</w:t>
            </w:r>
          </w:p>
        </w:tc>
        <w:tc>
          <w:tcPr>
            <w:tcW w:w="2304" w:type="dxa"/>
            <w:tcMar>
              <w:top w:w="80" w:type="dxa"/>
              <w:left w:w="90" w:type="dxa"/>
              <w:bottom w:w="80" w:type="dxa"/>
              <w:right w:w="90" w:type="dxa"/>
            </w:tcMar>
            <w:vAlign w:val="center"/>
          </w:tcPr>
          <w:p w14:paraId="56F51D98" w14:textId="77777777" w:rsidR="00D140EC" w:rsidRDefault="00000000">
            <w:pPr>
              <w:spacing w:after="0"/>
            </w:pPr>
            <w:r>
              <w:rPr>
                <w:sz w:val="15"/>
              </w:rPr>
              <w:t>[ ]</w:t>
            </w:r>
          </w:p>
        </w:tc>
      </w:tr>
      <w:tr w:rsidR="00D140EC" w14:paraId="0171749F" w14:textId="77777777">
        <w:trPr>
          <w:cantSplit/>
          <w:jc w:val="center"/>
        </w:trPr>
        <w:tc>
          <w:tcPr>
            <w:tcW w:w="3456" w:type="dxa"/>
            <w:tcMar>
              <w:top w:w="80" w:type="dxa"/>
              <w:left w:w="90" w:type="dxa"/>
              <w:bottom w:w="80" w:type="dxa"/>
              <w:right w:w="90" w:type="dxa"/>
            </w:tcMar>
            <w:vAlign w:val="center"/>
          </w:tcPr>
          <w:p w14:paraId="1F81619C" w14:textId="77777777" w:rsidR="00D140EC" w:rsidRDefault="00000000">
            <w:pPr>
              <w:spacing w:after="0"/>
            </w:pPr>
            <w:r>
              <w:rPr>
                <w:sz w:val="15"/>
              </w:rPr>
              <w:t>Administrator changes access permissions</w:t>
            </w:r>
          </w:p>
        </w:tc>
        <w:tc>
          <w:tcPr>
            <w:tcW w:w="5472" w:type="dxa"/>
            <w:tcMar>
              <w:top w:w="80" w:type="dxa"/>
              <w:left w:w="90" w:type="dxa"/>
              <w:bottom w:w="80" w:type="dxa"/>
              <w:right w:w="90" w:type="dxa"/>
            </w:tcMar>
            <w:vAlign w:val="center"/>
          </w:tcPr>
          <w:p w14:paraId="418A51E6" w14:textId="77777777" w:rsidR="00D140EC" w:rsidRDefault="00000000">
            <w:pPr>
              <w:spacing w:after="0"/>
            </w:pPr>
            <w:r>
              <w:rPr>
                <w:sz w:val="15"/>
              </w:rPr>
              <w:t>Controls, audit trail, propagation</w:t>
            </w:r>
          </w:p>
        </w:tc>
        <w:tc>
          <w:tcPr>
            <w:tcW w:w="2304" w:type="dxa"/>
            <w:tcMar>
              <w:top w:w="80" w:type="dxa"/>
              <w:left w:w="90" w:type="dxa"/>
              <w:bottom w:w="80" w:type="dxa"/>
              <w:right w:w="90" w:type="dxa"/>
            </w:tcMar>
            <w:vAlign w:val="center"/>
          </w:tcPr>
          <w:p w14:paraId="7274AF2E" w14:textId="77777777" w:rsidR="00D140EC" w:rsidRDefault="00000000">
            <w:pPr>
              <w:spacing w:after="0"/>
            </w:pPr>
            <w:r>
              <w:rPr>
                <w:sz w:val="15"/>
              </w:rPr>
              <w:t>[ ]</w:t>
            </w:r>
          </w:p>
        </w:tc>
      </w:tr>
      <w:tr w:rsidR="00D140EC" w14:paraId="38D852CA" w14:textId="77777777">
        <w:trPr>
          <w:cantSplit/>
          <w:jc w:val="center"/>
        </w:trPr>
        <w:tc>
          <w:tcPr>
            <w:tcW w:w="3456" w:type="dxa"/>
            <w:tcMar>
              <w:top w:w="80" w:type="dxa"/>
              <w:left w:w="90" w:type="dxa"/>
              <w:bottom w:w="80" w:type="dxa"/>
              <w:right w:w="90" w:type="dxa"/>
            </w:tcMar>
            <w:vAlign w:val="center"/>
          </w:tcPr>
          <w:p w14:paraId="7893A371" w14:textId="77777777" w:rsidR="00D140EC" w:rsidRDefault="00000000">
            <w:pPr>
              <w:spacing w:after="0"/>
            </w:pPr>
            <w:r>
              <w:rPr>
                <w:sz w:val="15"/>
              </w:rPr>
              <w:t>LPR use case in scope</w:t>
            </w:r>
          </w:p>
        </w:tc>
        <w:tc>
          <w:tcPr>
            <w:tcW w:w="5472" w:type="dxa"/>
            <w:tcMar>
              <w:top w:w="80" w:type="dxa"/>
              <w:left w:w="90" w:type="dxa"/>
              <w:bottom w:w="80" w:type="dxa"/>
              <w:right w:w="90" w:type="dxa"/>
            </w:tcMar>
            <w:vAlign w:val="center"/>
          </w:tcPr>
          <w:p w14:paraId="52F22248" w14:textId="77777777" w:rsidR="00D140EC" w:rsidRDefault="00000000">
            <w:pPr>
              <w:spacing w:after="0"/>
            </w:pPr>
            <w:r>
              <w:rPr>
                <w:sz w:val="15"/>
              </w:rPr>
              <w:t>Recognition, search, alert/access workflow</w:t>
            </w:r>
          </w:p>
        </w:tc>
        <w:tc>
          <w:tcPr>
            <w:tcW w:w="2304" w:type="dxa"/>
            <w:tcMar>
              <w:top w:w="80" w:type="dxa"/>
              <w:left w:w="90" w:type="dxa"/>
              <w:bottom w:w="80" w:type="dxa"/>
              <w:right w:w="90" w:type="dxa"/>
            </w:tcMar>
            <w:vAlign w:val="center"/>
          </w:tcPr>
          <w:p w14:paraId="2E1A0FAE" w14:textId="77777777" w:rsidR="00D140EC" w:rsidRDefault="00000000">
            <w:pPr>
              <w:spacing w:after="0"/>
            </w:pPr>
            <w:r>
              <w:rPr>
                <w:sz w:val="15"/>
              </w:rPr>
              <w:t>[ ]</w:t>
            </w:r>
          </w:p>
        </w:tc>
      </w:tr>
    </w:tbl>
    <w:p w14:paraId="5DECDB49" w14:textId="77777777" w:rsidR="00D140EC" w:rsidRDefault="00D140EC">
      <w:pPr>
        <w:spacing w:after="20"/>
      </w:pPr>
    </w:p>
    <w:p w14:paraId="62A5596F" w14:textId="77777777" w:rsidR="00D140EC" w:rsidRDefault="00000000">
      <w:pPr>
        <w:spacing w:after="60"/>
      </w:pPr>
      <w:r>
        <w:rPr>
          <w:b/>
        </w:rPr>
        <w:t xml:space="preserve">Additional community-specific demonstration scenario </w:t>
      </w:r>
      <w:r>
        <w:t>_____________________________________________</w:t>
      </w:r>
    </w:p>
    <w:p w14:paraId="7C64CFF6" w14:textId="77777777" w:rsidR="00D140EC" w:rsidRDefault="00000000">
      <w:pPr>
        <w:pStyle w:val="Heading1"/>
      </w:pPr>
      <w:r>
        <w:t>36. Site-Walk Requirements</w:t>
      </w:r>
    </w:p>
    <w:p w14:paraId="428B0C00" w14:textId="77777777" w:rsidR="00D140EC" w:rsidRDefault="00000000">
      <w:r>
        <w:t>For projects involving physical infrastructure, the community should provide reasonable access for qualified respondents to inspect conditions before final pricing.</w:t>
      </w:r>
    </w:p>
    <w:p w14:paraId="6B582ABF" w14:textId="77777777" w:rsidR="00D140EC" w:rsidRDefault="00000000">
      <w:pPr>
        <w:pStyle w:val="ListBullet"/>
        <w:spacing w:after="40"/>
      </w:pPr>
      <w:r>
        <w:t>Gate lanes, gate operators and safety devices</w:t>
      </w:r>
    </w:p>
    <w:p w14:paraId="306CDDEB" w14:textId="77777777" w:rsidR="00D140EC" w:rsidRDefault="00000000">
      <w:pPr>
        <w:pStyle w:val="ListBullet"/>
        <w:spacing w:after="40"/>
      </w:pPr>
      <w:r>
        <w:t>Existing readers, controllers and enclosures</w:t>
      </w:r>
    </w:p>
    <w:p w14:paraId="5B8A5603" w14:textId="77777777" w:rsidR="00D140EC" w:rsidRDefault="00000000">
      <w:pPr>
        <w:pStyle w:val="ListBullet"/>
        <w:spacing w:after="40"/>
      </w:pPr>
      <w:r>
        <w:t>Guardhouses and attendant workstations</w:t>
      </w:r>
    </w:p>
    <w:p w14:paraId="6512A288" w14:textId="77777777" w:rsidR="00D140EC" w:rsidRDefault="00000000">
      <w:pPr>
        <w:pStyle w:val="ListBullet"/>
        <w:spacing w:after="40"/>
      </w:pPr>
      <w:r>
        <w:t>LPR / camera mounting locations and sight lines</w:t>
      </w:r>
    </w:p>
    <w:p w14:paraId="16F21566" w14:textId="77777777" w:rsidR="00D140EC" w:rsidRDefault="00000000">
      <w:pPr>
        <w:pStyle w:val="ListBullet"/>
        <w:spacing w:after="40"/>
      </w:pPr>
      <w:r>
        <w:t>Intercoms / kiosks / telephone entry</w:t>
      </w:r>
    </w:p>
    <w:p w14:paraId="602BA34C" w14:textId="77777777" w:rsidR="00D140EC" w:rsidRDefault="00000000">
      <w:pPr>
        <w:pStyle w:val="ListBullet"/>
        <w:spacing w:after="40"/>
      </w:pPr>
      <w:r>
        <w:t>Network, ISP, cellular and power availability</w:t>
      </w:r>
    </w:p>
    <w:p w14:paraId="05249220" w14:textId="77777777" w:rsidR="00D140EC" w:rsidRDefault="00000000">
      <w:pPr>
        <w:pStyle w:val="ListBullet"/>
        <w:spacing w:after="40"/>
      </w:pPr>
      <w:r>
        <w:t>Cabling, conduit and pathways</w:t>
      </w:r>
    </w:p>
    <w:p w14:paraId="67067E3C" w14:textId="77777777" w:rsidR="00D140EC" w:rsidRDefault="00000000">
      <w:pPr>
        <w:pStyle w:val="ListBullet"/>
        <w:spacing w:after="40"/>
      </w:pPr>
      <w:r>
        <w:t>Pedestrian gates / amenities in scope</w:t>
      </w:r>
    </w:p>
    <w:p w14:paraId="7F25AEDE" w14:textId="77777777" w:rsidR="00D140EC" w:rsidRDefault="00000000">
      <w:pPr>
        <w:pStyle w:val="ListBullet"/>
        <w:spacing w:after="40"/>
      </w:pPr>
      <w:r>
        <w:t>Known drainage, trenching, traffic or construction constraints</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3449"/>
        <w:gridCol w:w="6765"/>
      </w:tblGrid>
      <w:tr w:rsidR="00D140EC" w14:paraId="3CF9B66C" w14:textId="77777777">
        <w:trPr>
          <w:cantSplit/>
          <w:tblHeader/>
          <w:jc w:val="center"/>
        </w:trPr>
        <w:tc>
          <w:tcPr>
            <w:tcW w:w="3744" w:type="dxa"/>
            <w:shd w:val="clear" w:color="auto" w:fill="202333"/>
            <w:tcMar>
              <w:top w:w="80" w:type="dxa"/>
              <w:left w:w="90" w:type="dxa"/>
              <w:bottom w:w="80" w:type="dxa"/>
              <w:right w:w="90" w:type="dxa"/>
            </w:tcMar>
          </w:tcPr>
          <w:p w14:paraId="63B26A24" w14:textId="77777777" w:rsidR="00D140EC" w:rsidRDefault="00000000">
            <w:pPr>
              <w:spacing w:after="0"/>
            </w:pPr>
            <w:r>
              <w:rPr>
                <w:b/>
                <w:color w:val="FFFFFF"/>
                <w:sz w:val="16"/>
              </w:rPr>
              <w:t>Site-Walk Item</w:t>
            </w:r>
          </w:p>
        </w:tc>
        <w:tc>
          <w:tcPr>
            <w:tcW w:w="7488" w:type="dxa"/>
            <w:shd w:val="clear" w:color="auto" w:fill="202333"/>
            <w:tcMar>
              <w:top w:w="80" w:type="dxa"/>
              <w:left w:w="90" w:type="dxa"/>
              <w:bottom w:w="80" w:type="dxa"/>
              <w:right w:w="90" w:type="dxa"/>
            </w:tcMar>
          </w:tcPr>
          <w:p w14:paraId="4E9ECBB5" w14:textId="77777777" w:rsidR="00D140EC" w:rsidRDefault="00000000">
            <w:pPr>
              <w:spacing w:after="0"/>
            </w:pPr>
            <w:r>
              <w:rPr>
                <w:b/>
                <w:color w:val="FFFFFF"/>
                <w:sz w:val="16"/>
              </w:rPr>
              <w:t>Community Entry</w:t>
            </w:r>
          </w:p>
        </w:tc>
      </w:tr>
      <w:tr w:rsidR="00D140EC" w14:paraId="04E780B1" w14:textId="77777777">
        <w:trPr>
          <w:cantSplit/>
          <w:jc w:val="center"/>
        </w:trPr>
        <w:tc>
          <w:tcPr>
            <w:tcW w:w="3744" w:type="dxa"/>
            <w:tcMar>
              <w:top w:w="80" w:type="dxa"/>
              <w:left w:w="90" w:type="dxa"/>
              <w:bottom w:w="80" w:type="dxa"/>
              <w:right w:w="90" w:type="dxa"/>
            </w:tcMar>
            <w:vAlign w:val="center"/>
          </w:tcPr>
          <w:p w14:paraId="52D814A4" w14:textId="77777777" w:rsidR="00D140EC" w:rsidRDefault="00000000">
            <w:pPr>
              <w:spacing w:after="0"/>
            </w:pPr>
            <w:r>
              <w:rPr>
                <w:sz w:val="16"/>
              </w:rPr>
              <w:t>Date / time</w:t>
            </w:r>
          </w:p>
        </w:tc>
        <w:tc>
          <w:tcPr>
            <w:tcW w:w="7488" w:type="dxa"/>
            <w:tcMar>
              <w:top w:w="80" w:type="dxa"/>
              <w:left w:w="90" w:type="dxa"/>
              <w:bottom w:w="80" w:type="dxa"/>
              <w:right w:w="90" w:type="dxa"/>
            </w:tcMar>
            <w:vAlign w:val="center"/>
          </w:tcPr>
          <w:p w14:paraId="469CB563" w14:textId="77777777" w:rsidR="00D140EC" w:rsidRDefault="00000000">
            <w:pPr>
              <w:spacing w:after="0"/>
            </w:pPr>
            <w:r>
              <w:rPr>
                <w:sz w:val="16"/>
              </w:rPr>
              <w:t>[ ]</w:t>
            </w:r>
          </w:p>
        </w:tc>
      </w:tr>
      <w:tr w:rsidR="00D140EC" w14:paraId="1BCFCA9D" w14:textId="77777777">
        <w:trPr>
          <w:cantSplit/>
          <w:jc w:val="center"/>
        </w:trPr>
        <w:tc>
          <w:tcPr>
            <w:tcW w:w="3744" w:type="dxa"/>
            <w:tcMar>
              <w:top w:w="80" w:type="dxa"/>
              <w:left w:w="90" w:type="dxa"/>
              <w:bottom w:w="80" w:type="dxa"/>
              <w:right w:w="90" w:type="dxa"/>
            </w:tcMar>
            <w:vAlign w:val="center"/>
          </w:tcPr>
          <w:p w14:paraId="4040C517" w14:textId="77777777" w:rsidR="00D140EC" w:rsidRDefault="00000000">
            <w:pPr>
              <w:spacing w:after="0"/>
            </w:pPr>
            <w:r>
              <w:rPr>
                <w:sz w:val="16"/>
              </w:rPr>
              <w:t>Meeting location</w:t>
            </w:r>
          </w:p>
        </w:tc>
        <w:tc>
          <w:tcPr>
            <w:tcW w:w="7488" w:type="dxa"/>
            <w:tcMar>
              <w:top w:w="80" w:type="dxa"/>
              <w:left w:w="90" w:type="dxa"/>
              <w:bottom w:w="80" w:type="dxa"/>
              <w:right w:w="90" w:type="dxa"/>
            </w:tcMar>
            <w:vAlign w:val="center"/>
          </w:tcPr>
          <w:p w14:paraId="0FD5E571" w14:textId="77777777" w:rsidR="00D140EC" w:rsidRDefault="00000000">
            <w:pPr>
              <w:spacing w:after="0"/>
            </w:pPr>
            <w:r>
              <w:rPr>
                <w:sz w:val="16"/>
              </w:rPr>
              <w:t>[ ]</w:t>
            </w:r>
          </w:p>
        </w:tc>
      </w:tr>
      <w:tr w:rsidR="00D140EC" w14:paraId="62498D1B" w14:textId="77777777">
        <w:trPr>
          <w:cantSplit/>
          <w:jc w:val="center"/>
        </w:trPr>
        <w:tc>
          <w:tcPr>
            <w:tcW w:w="3744" w:type="dxa"/>
            <w:tcMar>
              <w:top w:w="80" w:type="dxa"/>
              <w:left w:w="90" w:type="dxa"/>
              <w:bottom w:w="80" w:type="dxa"/>
              <w:right w:w="90" w:type="dxa"/>
            </w:tcMar>
            <w:vAlign w:val="center"/>
          </w:tcPr>
          <w:p w14:paraId="0D9CA31C" w14:textId="77777777" w:rsidR="00D140EC" w:rsidRDefault="00000000">
            <w:pPr>
              <w:spacing w:after="0"/>
            </w:pPr>
            <w:r>
              <w:rPr>
                <w:sz w:val="16"/>
              </w:rPr>
              <w:t>Registration deadline</w:t>
            </w:r>
          </w:p>
        </w:tc>
        <w:tc>
          <w:tcPr>
            <w:tcW w:w="7488" w:type="dxa"/>
            <w:tcMar>
              <w:top w:w="80" w:type="dxa"/>
              <w:left w:w="90" w:type="dxa"/>
              <w:bottom w:w="80" w:type="dxa"/>
              <w:right w:w="90" w:type="dxa"/>
            </w:tcMar>
            <w:vAlign w:val="center"/>
          </w:tcPr>
          <w:p w14:paraId="4D2A13E1" w14:textId="77777777" w:rsidR="00D140EC" w:rsidRDefault="00000000">
            <w:pPr>
              <w:spacing w:after="0"/>
            </w:pPr>
            <w:r>
              <w:rPr>
                <w:sz w:val="16"/>
              </w:rPr>
              <w:t>[ ]</w:t>
            </w:r>
          </w:p>
        </w:tc>
      </w:tr>
      <w:tr w:rsidR="00D140EC" w14:paraId="017A0E0E" w14:textId="77777777">
        <w:trPr>
          <w:cantSplit/>
          <w:jc w:val="center"/>
        </w:trPr>
        <w:tc>
          <w:tcPr>
            <w:tcW w:w="3744" w:type="dxa"/>
            <w:tcMar>
              <w:top w:w="80" w:type="dxa"/>
              <w:left w:w="90" w:type="dxa"/>
              <w:bottom w:w="80" w:type="dxa"/>
              <w:right w:w="90" w:type="dxa"/>
            </w:tcMar>
            <w:vAlign w:val="center"/>
          </w:tcPr>
          <w:p w14:paraId="3AB73401" w14:textId="77777777" w:rsidR="00D140EC" w:rsidRDefault="00000000">
            <w:pPr>
              <w:spacing w:after="0"/>
            </w:pPr>
            <w:r>
              <w:rPr>
                <w:sz w:val="16"/>
              </w:rPr>
              <w:t>PPE / access requirements</w:t>
            </w:r>
          </w:p>
        </w:tc>
        <w:tc>
          <w:tcPr>
            <w:tcW w:w="7488" w:type="dxa"/>
            <w:tcMar>
              <w:top w:w="80" w:type="dxa"/>
              <w:left w:w="90" w:type="dxa"/>
              <w:bottom w:w="80" w:type="dxa"/>
              <w:right w:w="90" w:type="dxa"/>
            </w:tcMar>
            <w:vAlign w:val="center"/>
          </w:tcPr>
          <w:p w14:paraId="2152D31F" w14:textId="77777777" w:rsidR="00D140EC" w:rsidRDefault="00000000">
            <w:pPr>
              <w:spacing w:after="0"/>
            </w:pPr>
            <w:r>
              <w:rPr>
                <w:sz w:val="16"/>
              </w:rPr>
              <w:t>[ ]</w:t>
            </w:r>
          </w:p>
        </w:tc>
      </w:tr>
      <w:tr w:rsidR="00D140EC" w14:paraId="4811C47C" w14:textId="77777777">
        <w:trPr>
          <w:cantSplit/>
          <w:jc w:val="center"/>
        </w:trPr>
        <w:tc>
          <w:tcPr>
            <w:tcW w:w="3744" w:type="dxa"/>
            <w:tcMar>
              <w:top w:w="80" w:type="dxa"/>
              <w:left w:w="90" w:type="dxa"/>
              <w:bottom w:w="80" w:type="dxa"/>
              <w:right w:w="90" w:type="dxa"/>
            </w:tcMar>
            <w:vAlign w:val="center"/>
          </w:tcPr>
          <w:p w14:paraId="4279CEA2" w14:textId="77777777" w:rsidR="00D140EC" w:rsidRDefault="00000000">
            <w:pPr>
              <w:spacing w:after="0"/>
            </w:pPr>
            <w:r>
              <w:rPr>
                <w:sz w:val="16"/>
              </w:rPr>
              <w:t>Photos permitted?</w:t>
            </w:r>
          </w:p>
        </w:tc>
        <w:tc>
          <w:tcPr>
            <w:tcW w:w="7488" w:type="dxa"/>
            <w:tcMar>
              <w:top w:w="80" w:type="dxa"/>
              <w:left w:w="90" w:type="dxa"/>
              <w:bottom w:w="80" w:type="dxa"/>
              <w:right w:w="90" w:type="dxa"/>
            </w:tcMar>
            <w:vAlign w:val="center"/>
          </w:tcPr>
          <w:p w14:paraId="55F8E263" w14:textId="77777777" w:rsidR="00D140EC" w:rsidRDefault="00000000">
            <w:pPr>
              <w:spacing w:after="0"/>
            </w:pPr>
            <w:r>
              <w:rPr>
                <w:sz w:val="16"/>
              </w:rPr>
              <w:t>[ ]</w:t>
            </w:r>
          </w:p>
        </w:tc>
      </w:tr>
      <w:tr w:rsidR="00D140EC" w14:paraId="36CEDE61" w14:textId="77777777">
        <w:trPr>
          <w:cantSplit/>
          <w:jc w:val="center"/>
        </w:trPr>
        <w:tc>
          <w:tcPr>
            <w:tcW w:w="3744" w:type="dxa"/>
            <w:tcMar>
              <w:top w:w="80" w:type="dxa"/>
              <w:left w:w="90" w:type="dxa"/>
              <w:bottom w:w="80" w:type="dxa"/>
              <w:right w:w="90" w:type="dxa"/>
            </w:tcMar>
            <w:vAlign w:val="center"/>
          </w:tcPr>
          <w:p w14:paraId="6CAB9EB0" w14:textId="77777777" w:rsidR="00D140EC" w:rsidRDefault="00000000">
            <w:pPr>
              <w:spacing w:after="0"/>
            </w:pPr>
            <w:r>
              <w:rPr>
                <w:sz w:val="16"/>
              </w:rPr>
              <w:t>Questions after walk due</w:t>
            </w:r>
          </w:p>
        </w:tc>
        <w:tc>
          <w:tcPr>
            <w:tcW w:w="7488" w:type="dxa"/>
            <w:tcMar>
              <w:top w:w="80" w:type="dxa"/>
              <w:left w:w="90" w:type="dxa"/>
              <w:bottom w:w="80" w:type="dxa"/>
              <w:right w:w="90" w:type="dxa"/>
            </w:tcMar>
            <w:vAlign w:val="center"/>
          </w:tcPr>
          <w:p w14:paraId="0EF3B762" w14:textId="77777777" w:rsidR="00D140EC" w:rsidRDefault="00000000">
            <w:pPr>
              <w:spacing w:after="0"/>
            </w:pPr>
            <w:r>
              <w:rPr>
                <w:sz w:val="16"/>
              </w:rPr>
              <w:t>[ ]</w:t>
            </w:r>
          </w:p>
        </w:tc>
      </w:tr>
      <w:tr w:rsidR="00D140EC" w14:paraId="0D6472CE" w14:textId="77777777">
        <w:trPr>
          <w:cantSplit/>
          <w:jc w:val="center"/>
        </w:trPr>
        <w:tc>
          <w:tcPr>
            <w:tcW w:w="3744" w:type="dxa"/>
            <w:tcMar>
              <w:top w:w="80" w:type="dxa"/>
              <w:left w:w="90" w:type="dxa"/>
              <w:bottom w:w="80" w:type="dxa"/>
              <w:right w:w="90" w:type="dxa"/>
            </w:tcMar>
            <w:vAlign w:val="center"/>
          </w:tcPr>
          <w:p w14:paraId="3935F66C" w14:textId="77777777" w:rsidR="00D140EC" w:rsidRDefault="00000000">
            <w:pPr>
              <w:spacing w:after="0"/>
            </w:pPr>
            <w:r>
              <w:rPr>
                <w:sz w:val="16"/>
              </w:rPr>
              <w:t>Addenda process</w:t>
            </w:r>
          </w:p>
        </w:tc>
        <w:tc>
          <w:tcPr>
            <w:tcW w:w="7488" w:type="dxa"/>
            <w:tcMar>
              <w:top w:w="80" w:type="dxa"/>
              <w:left w:w="90" w:type="dxa"/>
              <w:bottom w:w="80" w:type="dxa"/>
              <w:right w:w="90" w:type="dxa"/>
            </w:tcMar>
            <w:vAlign w:val="center"/>
          </w:tcPr>
          <w:p w14:paraId="663B5623" w14:textId="77777777" w:rsidR="00D140EC" w:rsidRDefault="00000000">
            <w:pPr>
              <w:spacing w:after="0"/>
            </w:pPr>
            <w:r>
              <w:rPr>
                <w:sz w:val="16"/>
              </w:rPr>
              <w:t>[ ]</w:t>
            </w:r>
          </w:p>
        </w:tc>
      </w:tr>
    </w:tbl>
    <w:p w14:paraId="61950680" w14:textId="77777777" w:rsidR="00D140EC" w:rsidRDefault="00D140EC">
      <w:pPr>
        <w:spacing w:after="20"/>
      </w:pPr>
    </w:p>
    <w:p w14:paraId="2D274926" w14:textId="77777777" w:rsidR="00D140EC" w:rsidRDefault="00000000">
      <w:r>
        <w:br w:type="page"/>
      </w:r>
    </w:p>
    <w:p w14:paraId="572DF8D1" w14:textId="77777777" w:rsidR="00D140EC" w:rsidRDefault="00000000">
      <w:pPr>
        <w:pStyle w:val="Heading1"/>
      </w:pPr>
      <w:r>
        <w:lastRenderedPageBreak/>
        <w:t>37. Exceptions, Assumptions and Dependencies</w:t>
      </w:r>
    </w:p>
    <w:p w14:paraId="19AF44BE" w14:textId="77777777" w:rsidR="00D140EC" w:rsidRDefault="00000000">
      <w:r>
        <w:t>Respondents must list every material exception, assumption or dependency. Silence will not be interpreted as acceptance of requirements that are technically or contractually inapplicable.</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1464"/>
        <w:gridCol w:w="2126"/>
        <w:gridCol w:w="4007"/>
        <w:gridCol w:w="2617"/>
      </w:tblGrid>
      <w:tr w:rsidR="00D140EC" w14:paraId="3757DB2C" w14:textId="77777777">
        <w:trPr>
          <w:cantSplit/>
          <w:tblHeader/>
          <w:jc w:val="center"/>
        </w:trPr>
        <w:tc>
          <w:tcPr>
            <w:tcW w:w="1584" w:type="dxa"/>
            <w:shd w:val="clear" w:color="auto" w:fill="202333"/>
            <w:tcMar>
              <w:top w:w="80" w:type="dxa"/>
              <w:left w:w="90" w:type="dxa"/>
              <w:bottom w:w="80" w:type="dxa"/>
              <w:right w:w="90" w:type="dxa"/>
            </w:tcMar>
          </w:tcPr>
          <w:p w14:paraId="73ECE631" w14:textId="77777777" w:rsidR="00D140EC" w:rsidRDefault="00000000">
            <w:pPr>
              <w:spacing w:after="0"/>
            </w:pPr>
            <w:r>
              <w:rPr>
                <w:b/>
                <w:color w:val="FFFFFF"/>
                <w:sz w:val="14"/>
              </w:rPr>
              <w:t>RFP Section</w:t>
            </w:r>
          </w:p>
        </w:tc>
        <w:tc>
          <w:tcPr>
            <w:tcW w:w="2304" w:type="dxa"/>
            <w:shd w:val="clear" w:color="auto" w:fill="202333"/>
            <w:tcMar>
              <w:top w:w="80" w:type="dxa"/>
              <w:left w:w="90" w:type="dxa"/>
              <w:bottom w:w="80" w:type="dxa"/>
              <w:right w:w="90" w:type="dxa"/>
            </w:tcMar>
          </w:tcPr>
          <w:p w14:paraId="6247D657" w14:textId="77777777" w:rsidR="00D140EC" w:rsidRDefault="00000000">
            <w:pPr>
              <w:spacing w:after="0"/>
            </w:pPr>
            <w:r>
              <w:rPr>
                <w:b/>
                <w:color w:val="FFFFFF"/>
                <w:sz w:val="14"/>
              </w:rPr>
              <w:t>Type</w:t>
            </w:r>
          </w:p>
        </w:tc>
        <w:tc>
          <w:tcPr>
            <w:tcW w:w="4464" w:type="dxa"/>
            <w:shd w:val="clear" w:color="auto" w:fill="202333"/>
            <w:tcMar>
              <w:top w:w="80" w:type="dxa"/>
              <w:left w:w="90" w:type="dxa"/>
              <w:bottom w:w="80" w:type="dxa"/>
              <w:right w:w="90" w:type="dxa"/>
            </w:tcMar>
          </w:tcPr>
          <w:p w14:paraId="78F6C136" w14:textId="77777777" w:rsidR="00D140EC" w:rsidRDefault="00000000">
            <w:pPr>
              <w:spacing w:after="0"/>
            </w:pPr>
            <w:r>
              <w:rPr>
                <w:b/>
                <w:color w:val="FFFFFF"/>
                <w:sz w:val="14"/>
              </w:rPr>
              <w:t>Exception / Assumption / Dependency</w:t>
            </w:r>
          </w:p>
        </w:tc>
        <w:tc>
          <w:tcPr>
            <w:tcW w:w="2880" w:type="dxa"/>
            <w:shd w:val="clear" w:color="auto" w:fill="202333"/>
            <w:tcMar>
              <w:top w:w="80" w:type="dxa"/>
              <w:left w:w="90" w:type="dxa"/>
              <w:bottom w:w="80" w:type="dxa"/>
              <w:right w:w="90" w:type="dxa"/>
            </w:tcMar>
          </w:tcPr>
          <w:p w14:paraId="2D5F2D41" w14:textId="77777777" w:rsidR="00D140EC" w:rsidRDefault="00000000">
            <w:pPr>
              <w:spacing w:after="0"/>
            </w:pPr>
            <w:r>
              <w:rPr>
                <w:b/>
                <w:color w:val="FFFFFF"/>
                <w:sz w:val="14"/>
              </w:rPr>
              <w:t>Impact / Alternative</w:t>
            </w:r>
          </w:p>
        </w:tc>
      </w:tr>
      <w:tr w:rsidR="00D140EC" w14:paraId="3FC086F7" w14:textId="77777777">
        <w:trPr>
          <w:cantSplit/>
          <w:jc w:val="center"/>
        </w:trPr>
        <w:tc>
          <w:tcPr>
            <w:tcW w:w="1584" w:type="dxa"/>
            <w:tcMar>
              <w:top w:w="80" w:type="dxa"/>
              <w:left w:w="90" w:type="dxa"/>
              <w:bottom w:w="80" w:type="dxa"/>
              <w:right w:w="90" w:type="dxa"/>
            </w:tcMar>
            <w:vAlign w:val="center"/>
          </w:tcPr>
          <w:p w14:paraId="4080088B" w14:textId="77777777" w:rsidR="00D140EC" w:rsidRDefault="00000000">
            <w:pPr>
              <w:spacing w:after="0"/>
            </w:pPr>
            <w:r>
              <w:rPr>
                <w:sz w:val="14"/>
              </w:rPr>
              <w:t>[ ]</w:t>
            </w:r>
          </w:p>
        </w:tc>
        <w:tc>
          <w:tcPr>
            <w:tcW w:w="2304" w:type="dxa"/>
            <w:tcMar>
              <w:top w:w="80" w:type="dxa"/>
              <w:left w:w="90" w:type="dxa"/>
              <w:bottom w:w="80" w:type="dxa"/>
              <w:right w:w="90" w:type="dxa"/>
            </w:tcMar>
            <w:vAlign w:val="center"/>
          </w:tcPr>
          <w:p w14:paraId="0AD48302" w14:textId="77777777" w:rsidR="00D140EC" w:rsidRDefault="00000000">
            <w:pPr>
              <w:spacing w:after="0"/>
            </w:pPr>
            <w:r>
              <w:rPr>
                <w:sz w:val="14"/>
              </w:rPr>
              <w:t>☐ Exception ☐ Assumption ☐ Dependency</w:t>
            </w:r>
          </w:p>
        </w:tc>
        <w:tc>
          <w:tcPr>
            <w:tcW w:w="4464" w:type="dxa"/>
            <w:tcMar>
              <w:top w:w="80" w:type="dxa"/>
              <w:left w:w="90" w:type="dxa"/>
              <w:bottom w:w="80" w:type="dxa"/>
              <w:right w:w="90" w:type="dxa"/>
            </w:tcMar>
            <w:vAlign w:val="center"/>
          </w:tcPr>
          <w:p w14:paraId="15B29448"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7EEF5C9A" w14:textId="77777777" w:rsidR="00D140EC" w:rsidRDefault="00000000">
            <w:pPr>
              <w:spacing w:after="0"/>
            </w:pPr>
            <w:r>
              <w:rPr>
                <w:sz w:val="14"/>
              </w:rPr>
              <w:t>[ ]</w:t>
            </w:r>
          </w:p>
        </w:tc>
      </w:tr>
      <w:tr w:rsidR="00D140EC" w14:paraId="4A1DF768" w14:textId="77777777">
        <w:trPr>
          <w:cantSplit/>
          <w:jc w:val="center"/>
        </w:trPr>
        <w:tc>
          <w:tcPr>
            <w:tcW w:w="1584" w:type="dxa"/>
            <w:tcMar>
              <w:top w:w="80" w:type="dxa"/>
              <w:left w:w="90" w:type="dxa"/>
              <w:bottom w:w="80" w:type="dxa"/>
              <w:right w:w="90" w:type="dxa"/>
            </w:tcMar>
            <w:vAlign w:val="center"/>
          </w:tcPr>
          <w:p w14:paraId="580697DB" w14:textId="77777777" w:rsidR="00D140EC" w:rsidRDefault="00000000">
            <w:pPr>
              <w:spacing w:after="0"/>
            </w:pPr>
            <w:r>
              <w:rPr>
                <w:sz w:val="14"/>
              </w:rPr>
              <w:t>[ ]</w:t>
            </w:r>
          </w:p>
        </w:tc>
        <w:tc>
          <w:tcPr>
            <w:tcW w:w="2304" w:type="dxa"/>
            <w:tcMar>
              <w:top w:w="80" w:type="dxa"/>
              <w:left w:w="90" w:type="dxa"/>
              <w:bottom w:w="80" w:type="dxa"/>
              <w:right w:w="90" w:type="dxa"/>
            </w:tcMar>
            <w:vAlign w:val="center"/>
          </w:tcPr>
          <w:p w14:paraId="0FFC9C81" w14:textId="77777777" w:rsidR="00D140EC" w:rsidRDefault="00000000">
            <w:pPr>
              <w:spacing w:after="0"/>
            </w:pPr>
            <w:r>
              <w:rPr>
                <w:sz w:val="14"/>
              </w:rPr>
              <w:t>☐ Exception ☐ Assumption ☐ Dependency</w:t>
            </w:r>
          </w:p>
        </w:tc>
        <w:tc>
          <w:tcPr>
            <w:tcW w:w="4464" w:type="dxa"/>
            <w:tcMar>
              <w:top w:w="80" w:type="dxa"/>
              <w:left w:w="90" w:type="dxa"/>
              <w:bottom w:w="80" w:type="dxa"/>
              <w:right w:w="90" w:type="dxa"/>
            </w:tcMar>
            <w:vAlign w:val="center"/>
          </w:tcPr>
          <w:p w14:paraId="690CC293"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299166B5" w14:textId="77777777" w:rsidR="00D140EC" w:rsidRDefault="00000000">
            <w:pPr>
              <w:spacing w:after="0"/>
            </w:pPr>
            <w:r>
              <w:rPr>
                <w:sz w:val="14"/>
              </w:rPr>
              <w:t>[ ]</w:t>
            </w:r>
          </w:p>
        </w:tc>
      </w:tr>
      <w:tr w:rsidR="00D140EC" w14:paraId="220A92D3" w14:textId="77777777">
        <w:trPr>
          <w:cantSplit/>
          <w:jc w:val="center"/>
        </w:trPr>
        <w:tc>
          <w:tcPr>
            <w:tcW w:w="1584" w:type="dxa"/>
            <w:tcMar>
              <w:top w:w="80" w:type="dxa"/>
              <w:left w:w="90" w:type="dxa"/>
              <w:bottom w:w="80" w:type="dxa"/>
              <w:right w:w="90" w:type="dxa"/>
            </w:tcMar>
            <w:vAlign w:val="center"/>
          </w:tcPr>
          <w:p w14:paraId="7AA93FD2" w14:textId="77777777" w:rsidR="00D140EC" w:rsidRDefault="00000000">
            <w:pPr>
              <w:spacing w:after="0"/>
            </w:pPr>
            <w:r>
              <w:rPr>
                <w:sz w:val="14"/>
              </w:rPr>
              <w:t>[ ]</w:t>
            </w:r>
          </w:p>
        </w:tc>
        <w:tc>
          <w:tcPr>
            <w:tcW w:w="2304" w:type="dxa"/>
            <w:tcMar>
              <w:top w:w="80" w:type="dxa"/>
              <w:left w:w="90" w:type="dxa"/>
              <w:bottom w:w="80" w:type="dxa"/>
              <w:right w:w="90" w:type="dxa"/>
            </w:tcMar>
            <w:vAlign w:val="center"/>
          </w:tcPr>
          <w:p w14:paraId="4A0262D6" w14:textId="77777777" w:rsidR="00D140EC" w:rsidRDefault="00000000">
            <w:pPr>
              <w:spacing w:after="0"/>
            </w:pPr>
            <w:r>
              <w:rPr>
                <w:sz w:val="14"/>
              </w:rPr>
              <w:t>☐ Exception ☐ Assumption ☐ Dependency</w:t>
            </w:r>
          </w:p>
        </w:tc>
        <w:tc>
          <w:tcPr>
            <w:tcW w:w="4464" w:type="dxa"/>
            <w:tcMar>
              <w:top w:w="80" w:type="dxa"/>
              <w:left w:w="90" w:type="dxa"/>
              <w:bottom w:w="80" w:type="dxa"/>
              <w:right w:w="90" w:type="dxa"/>
            </w:tcMar>
            <w:vAlign w:val="center"/>
          </w:tcPr>
          <w:p w14:paraId="589675D8"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1F33D1F6" w14:textId="77777777" w:rsidR="00D140EC" w:rsidRDefault="00000000">
            <w:pPr>
              <w:spacing w:after="0"/>
            </w:pPr>
            <w:r>
              <w:rPr>
                <w:sz w:val="14"/>
              </w:rPr>
              <w:t>[ ]</w:t>
            </w:r>
          </w:p>
        </w:tc>
      </w:tr>
      <w:tr w:rsidR="00D140EC" w14:paraId="262643C7" w14:textId="77777777">
        <w:trPr>
          <w:cantSplit/>
          <w:jc w:val="center"/>
        </w:trPr>
        <w:tc>
          <w:tcPr>
            <w:tcW w:w="1584" w:type="dxa"/>
            <w:tcMar>
              <w:top w:w="80" w:type="dxa"/>
              <w:left w:w="90" w:type="dxa"/>
              <w:bottom w:w="80" w:type="dxa"/>
              <w:right w:w="90" w:type="dxa"/>
            </w:tcMar>
            <w:vAlign w:val="center"/>
          </w:tcPr>
          <w:p w14:paraId="0AAF74EF" w14:textId="77777777" w:rsidR="00D140EC" w:rsidRDefault="00000000">
            <w:pPr>
              <w:spacing w:after="0"/>
            </w:pPr>
            <w:r>
              <w:rPr>
                <w:sz w:val="14"/>
              </w:rPr>
              <w:t>[ ]</w:t>
            </w:r>
          </w:p>
        </w:tc>
        <w:tc>
          <w:tcPr>
            <w:tcW w:w="2304" w:type="dxa"/>
            <w:tcMar>
              <w:top w:w="80" w:type="dxa"/>
              <w:left w:w="90" w:type="dxa"/>
              <w:bottom w:w="80" w:type="dxa"/>
              <w:right w:w="90" w:type="dxa"/>
            </w:tcMar>
            <w:vAlign w:val="center"/>
          </w:tcPr>
          <w:p w14:paraId="0825A4DB" w14:textId="77777777" w:rsidR="00D140EC" w:rsidRDefault="00000000">
            <w:pPr>
              <w:spacing w:after="0"/>
            </w:pPr>
            <w:r>
              <w:rPr>
                <w:sz w:val="14"/>
              </w:rPr>
              <w:t>☐ Exception ☐ Assumption ☐ Dependency</w:t>
            </w:r>
          </w:p>
        </w:tc>
        <w:tc>
          <w:tcPr>
            <w:tcW w:w="4464" w:type="dxa"/>
            <w:tcMar>
              <w:top w:w="80" w:type="dxa"/>
              <w:left w:w="90" w:type="dxa"/>
              <w:bottom w:w="80" w:type="dxa"/>
              <w:right w:w="90" w:type="dxa"/>
            </w:tcMar>
            <w:vAlign w:val="center"/>
          </w:tcPr>
          <w:p w14:paraId="27322998"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4A72835C" w14:textId="77777777" w:rsidR="00D140EC" w:rsidRDefault="00000000">
            <w:pPr>
              <w:spacing w:after="0"/>
            </w:pPr>
            <w:r>
              <w:rPr>
                <w:sz w:val="14"/>
              </w:rPr>
              <w:t>[ ]</w:t>
            </w:r>
          </w:p>
        </w:tc>
      </w:tr>
      <w:tr w:rsidR="00D140EC" w14:paraId="48D12A05" w14:textId="77777777">
        <w:trPr>
          <w:cantSplit/>
          <w:jc w:val="center"/>
        </w:trPr>
        <w:tc>
          <w:tcPr>
            <w:tcW w:w="1584" w:type="dxa"/>
            <w:tcMar>
              <w:top w:w="80" w:type="dxa"/>
              <w:left w:w="90" w:type="dxa"/>
              <w:bottom w:w="80" w:type="dxa"/>
              <w:right w:w="90" w:type="dxa"/>
            </w:tcMar>
            <w:vAlign w:val="center"/>
          </w:tcPr>
          <w:p w14:paraId="2502FD97" w14:textId="77777777" w:rsidR="00D140EC" w:rsidRDefault="00000000">
            <w:pPr>
              <w:spacing w:after="0"/>
            </w:pPr>
            <w:r>
              <w:rPr>
                <w:sz w:val="14"/>
              </w:rPr>
              <w:t>[ ]</w:t>
            </w:r>
          </w:p>
        </w:tc>
        <w:tc>
          <w:tcPr>
            <w:tcW w:w="2304" w:type="dxa"/>
            <w:tcMar>
              <w:top w:w="80" w:type="dxa"/>
              <w:left w:w="90" w:type="dxa"/>
              <w:bottom w:w="80" w:type="dxa"/>
              <w:right w:w="90" w:type="dxa"/>
            </w:tcMar>
            <w:vAlign w:val="center"/>
          </w:tcPr>
          <w:p w14:paraId="7EC74A97" w14:textId="77777777" w:rsidR="00D140EC" w:rsidRDefault="00000000">
            <w:pPr>
              <w:spacing w:after="0"/>
            </w:pPr>
            <w:r>
              <w:rPr>
                <w:sz w:val="14"/>
              </w:rPr>
              <w:t>☐ Exception ☐ Assumption ☐ Dependency</w:t>
            </w:r>
          </w:p>
        </w:tc>
        <w:tc>
          <w:tcPr>
            <w:tcW w:w="4464" w:type="dxa"/>
            <w:tcMar>
              <w:top w:w="80" w:type="dxa"/>
              <w:left w:w="90" w:type="dxa"/>
              <w:bottom w:w="80" w:type="dxa"/>
              <w:right w:w="90" w:type="dxa"/>
            </w:tcMar>
            <w:vAlign w:val="center"/>
          </w:tcPr>
          <w:p w14:paraId="3E8580A9"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22A5AC56" w14:textId="77777777" w:rsidR="00D140EC" w:rsidRDefault="00000000">
            <w:pPr>
              <w:spacing w:after="0"/>
            </w:pPr>
            <w:r>
              <w:rPr>
                <w:sz w:val="14"/>
              </w:rPr>
              <w:t>[ ]</w:t>
            </w:r>
          </w:p>
        </w:tc>
      </w:tr>
    </w:tbl>
    <w:p w14:paraId="1B45E64C" w14:textId="77777777" w:rsidR="00D140EC" w:rsidRDefault="00D140EC">
      <w:pPr>
        <w:spacing w:after="20"/>
      </w:pPr>
    </w:p>
    <w:p w14:paraId="63A0BB56" w14:textId="77777777" w:rsidR="00D140EC" w:rsidRDefault="00000000">
      <w:pPr>
        <w:pStyle w:val="Heading1"/>
      </w:pPr>
      <w:r>
        <w:t>38. Vendor Response Checklist</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4955"/>
        <w:gridCol w:w="1243"/>
        <w:gridCol w:w="4016"/>
      </w:tblGrid>
      <w:tr w:rsidR="00D140EC" w14:paraId="0740CC41" w14:textId="77777777">
        <w:trPr>
          <w:cantSplit/>
          <w:tblHeader/>
          <w:jc w:val="center"/>
        </w:trPr>
        <w:tc>
          <w:tcPr>
            <w:tcW w:w="5472" w:type="dxa"/>
            <w:shd w:val="clear" w:color="auto" w:fill="202333"/>
            <w:tcMar>
              <w:top w:w="80" w:type="dxa"/>
              <w:left w:w="90" w:type="dxa"/>
              <w:bottom w:w="80" w:type="dxa"/>
              <w:right w:w="90" w:type="dxa"/>
            </w:tcMar>
          </w:tcPr>
          <w:p w14:paraId="283FC842" w14:textId="77777777" w:rsidR="00D140EC" w:rsidRDefault="00000000">
            <w:pPr>
              <w:spacing w:after="0"/>
            </w:pPr>
            <w:r>
              <w:rPr>
                <w:b/>
                <w:color w:val="FFFFFF"/>
                <w:sz w:val="15"/>
              </w:rPr>
              <w:t>Required Response Item</w:t>
            </w:r>
          </w:p>
        </w:tc>
        <w:tc>
          <w:tcPr>
            <w:tcW w:w="1296" w:type="dxa"/>
            <w:shd w:val="clear" w:color="auto" w:fill="202333"/>
            <w:tcMar>
              <w:top w:w="80" w:type="dxa"/>
              <w:left w:w="90" w:type="dxa"/>
              <w:bottom w:w="80" w:type="dxa"/>
              <w:right w:w="90" w:type="dxa"/>
            </w:tcMar>
          </w:tcPr>
          <w:p w14:paraId="31F242AD" w14:textId="77777777" w:rsidR="00D140EC" w:rsidRDefault="00000000">
            <w:pPr>
              <w:spacing w:after="0"/>
            </w:pPr>
            <w:r>
              <w:rPr>
                <w:b/>
                <w:color w:val="FFFFFF"/>
                <w:sz w:val="15"/>
              </w:rPr>
              <w:t>Included?</w:t>
            </w:r>
          </w:p>
        </w:tc>
        <w:tc>
          <w:tcPr>
            <w:tcW w:w="4464" w:type="dxa"/>
            <w:shd w:val="clear" w:color="auto" w:fill="202333"/>
            <w:tcMar>
              <w:top w:w="80" w:type="dxa"/>
              <w:left w:w="90" w:type="dxa"/>
              <w:bottom w:w="80" w:type="dxa"/>
              <w:right w:w="90" w:type="dxa"/>
            </w:tcMar>
          </w:tcPr>
          <w:p w14:paraId="35F4B141" w14:textId="77777777" w:rsidR="00D140EC" w:rsidRDefault="00000000">
            <w:pPr>
              <w:spacing w:after="0"/>
            </w:pPr>
            <w:r>
              <w:rPr>
                <w:b/>
                <w:color w:val="FFFFFF"/>
                <w:sz w:val="15"/>
              </w:rPr>
              <w:t>Location / Notes</w:t>
            </w:r>
          </w:p>
        </w:tc>
      </w:tr>
      <w:tr w:rsidR="00D140EC" w14:paraId="73C9C136" w14:textId="77777777">
        <w:trPr>
          <w:cantSplit/>
          <w:jc w:val="center"/>
        </w:trPr>
        <w:tc>
          <w:tcPr>
            <w:tcW w:w="5472" w:type="dxa"/>
            <w:tcMar>
              <w:top w:w="80" w:type="dxa"/>
              <w:left w:w="90" w:type="dxa"/>
              <w:bottom w:w="80" w:type="dxa"/>
              <w:right w:w="90" w:type="dxa"/>
            </w:tcMar>
            <w:vAlign w:val="center"/>
          </w:tcPr>
          <w:p w14:paraId="5BE89195" w14:textId="77777777" w:rsidR="00D140EC" w:rsidRDefault="00000000">
            <w:pPr>
              <w:spacing w:after="0"/>
            </w:pPr>
            <w:r>
              <w:rPr>
                <w:sz w:val="15"/>
              </w:rPr>
              <w:t>Executive summary and recommended solution</w:t>
            </w:r>
          </w:p>
        </w:tc>
        <w:tc>
          <w:tcPr>
            <w:tcW w:w="1296" w:type="dxa"/>
            <w:tcMar>
              <w:top w:w="80" w:type="dxa"/>
              <w:left w:w="90" w:type="dxa"/>
              <w:bottom w:w="80" w:type="dxa"/>
              <w:right w:w="90" w:type="dxa"/>
            </w:tcMar>
            <w:vAlign w:val="center"/>
          </w:tcPr>
          <w:p w14:paraId="0425F546"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3F3F205F" w14:textId="77777777" w:rsidR="00D140EC" w:rsidRDefault="00000000">
            <w:pPr>
              <w:spacing w:after="0"/>
            </w:pPr>
            <w:r>
              <w:rPr>
                <w:sz w:val="15"/>
              </w:rPr>
              <w:t>[ ]</w:t>
            </w:r>
          </w:p>
        </w:tc>
      </w:tr>
      <w:tr w:rsidR="00D140EC" w14:paraId="6800CAB8" w14:textId="77777777">
        <w:trPr>
          <w:cantSplit/>
          <w:jc w:val="center"/>
        </w:trPr>
        <w:tc>
          <w:tcPr>
            <w:tcW w:w="5472" w:type="dxa"/>
            <w:tcMar>
              <w:top w:w="80" w:type="dxa"/>
              <w:left w:w="90" w:type="dxa"/>
              <w:bottom w:w="80" w:type="dxa"/>
              <w:right w:w="90" w:type="dxa"/>
            </w:tcMar>
            <w:vAlign w:val="center"/>
          </w:tcPr>
          <w:p w14:paraId="1E06399E" w14:textId="77777777" w:rsidR="00D140EC" w:rsidRDefault="00000000">
            <w:pPr>
              <w:spacing w:after="0"/>
            </w:pPr>
            <w:r>
              <w:rPr>
                <w:sz w:val="15"/>
              </w:rPr>
              <w:t>Completed requirement responses</w:t>
            </w:r>
          </w:p>
        </w:tc>
        <w:tc>
          <w:tcPr>
            <w:tcW w:w="1296" w:type="dxa"/>
            <w:tcMar>
              <w:top w:w="80" w:type="dxa"/>
              <w:left w:w="90" w:type="dxa"/>
              <w:bottom w:w="80" w:type="dxa"/>
              <w:right w:w="90" w:type="dxa"/>
            </w:tcMar>
            <w:vAlign w:val="center"/>
          </w:tcPr>
          <w:p w14:paraId="6FDD25C2"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11FE68A2" w14:textId="77777777" w:rsidR="00D140EC" w:rsidRDefault="00000000">
            <w:pPr>
              <w:spacing w:after="0"/>
            </w:pPr>
            <w:r>
              <w:rPr>
                <w:sz w:val="15"/>
              </w:rPr>
              <w:t>[ ]</w:t>
            </w:r>
          </w:p>
        </w:tc>
      </w:tr>
      <w:tr w:rsidR="00D140EC" w14:paraId="12010625" w14:textId="77777777">
        <w:trPr>
          <w:cantSplit/>
          <w:jc w:val="center"/>
        </w:trPr>
        <w:tc>
          <w:tcPr>
            <w:tcW w:w="5472" w:type="dxa"/>
            <w:tcMar>
              <w:top w:w="80" w:type="dxa"/>
              <w:left w:w="90" w:type="dxa"/>
              <w:bottom w:w="80" w:type="dxa"/>
              <w:right w:w="90" w:type="dxa"/>
            </w:tcMar>
            <w:vAlign w:val="center"/>
          </w:tcPr>
          <w:p w14:paraId="016DD3B5" w14:textId="77777777" w:rsidR="00D140EC" w:rsidRDefault="00000000">
            <w:pPr>
              <w:spacing w:after="0"/>
            </w:pPr>
            <w:r>
              <w:rPr>
                <w:sz w:val="15"/>
              </w:rPr>
              <w:t>Delivery model / responsible-party table</w:t>
            </w:r>
          </w:p>
        </w:tc>
        <w:tc>
          <w:tcPr>
            <w:tcW w:w="1296" w:type="dxa"/>
            <w:tcMar>
              <w:top w:w="80" w:type="dxa"/>
              <w:left w:w="90" w:type="dxa"/>
              <w:bottom w:w="80" w:type="dxa"/>
              <w:right w:w="90" w:type="dxa"/>
            </w:tcMar>
            <w:vAlign w:val="center"/>
          </w:tcPr>
          <w:p w14:paraId="6D5F7894"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02A1BDF5" w14:textId="77777777" w:rsidR="00D140EC" w:rsidRDefault="00000000">
            <w:pPr>
              <w:spacing w:after="0"/>
            </w:pPr>
            <w:r>
              <w:rPr>
                <w:sz w:val="15"/>
              </w:rPr>
              <w:t>[ ]</w:t>
            </w:r>
          </w:p>
        </w:tc>
      </w:tr>
      <w:tr w:rsidR="00D140EC" w14:paraId="1986EFDF" w14:textId="77777777">
        <w:trPr>
          <w:cantSplit/>
          <w:jc w:val="center"/>
        </w:trPr>
        <w:tc>
          <w:tcPr>
            <w:tcW w:w="5472" w:type="dxa"/>
            <w:tcMar>
              <w:top w:w="80" w:type="dxa"/>
              <w:left w:w="90" w:type="dxa"/>
              <w:bottom w:w="80" w:type="dxa"/>
              <w:right w:w="90" w:type="dxa"/>
            </w:tcMar>
            <w:vAlign w:val="center"/>
          </w:tcPr>
          <w:p w14:paraId="4C557E61" w14:textId="77777777" w:rsidR="00D140EC" w:rsidRDefault="00000000">
            <w:pPr>
              <w:spacing w:after="0"/>
            </w:pPr>
            <w:r>
              <w:rPr>
                <w:sz w:val="15"/>
              </w:rPr>
              <w:t>Architecture / solution diagram</w:t>
            </w:r>
          </w:p>
        </w:tc>
        <w:tc>
          <w:tcPr>
            <w:tcW w:w="1296" w:type="dxa"/>
            <w:tcMar>
              <w:top w:w="80" w:type="dxa"/>
              <w:left w:w="90" w:type="dxa"/>
              <w:bottom w:w="80" w:type="dxa"/>
              <w:right w:w="90" w:type="dxa"/>
            </w:tcMar>
            <w:vAlign w:val="center"/>
          </w:tcPr>
          <w:p w14:paraId="06DE1DEB"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122E6936" w14:textId="77777777" w:rsidR="00D140EC" w:rsidRDefault="00000000">
            <w:pPr>
              <w:spacing w:after="0"/>
            </w:pPr>
            <w:r>
              <w:rPr>
                <w:sz w:val="15"/>
              </w:rPr>
              <w:t>[ ]</w:t>
            </w:r>
          </w:p>
        </w:tc>
      </w:tr>
      <w:tr w:rsidR="00D140EC" w14:paraId="7D35742E" w14:textId="77777777">
        <w:trPr>
          <w:cantSplit/>
          <w:jc w:val="center"/>
        </w:trPr>
        <w:tc>
          <w:tcPr>
            <w:tcW w:w="5472" w:type="dxa"/>
            <w:tcMar>
              <w:top w:w="80" w:type="dxa"/>
              <w:left w:w="90" w:type="dxa"/>
              <w:bottom w:w="80" w:type="dxa"/>
              <w:right w:w="90" w:type="dxa"/>
            </w:tcMar>
            <w:vAlign w:val="center"/>
          </w:tcPr>
          <w:p w14:paraId="68ACFAC7" w14:textId="77777777" w:rsidR="00D140EC" w:rsidRDefault="00000000">
            <w:pPr>
              <w:spacing w:after="0"/>
            </w:pPr>
            <w:r>
              <w:rPr>
                <w:sz w:val="15"/>
              </w:rPr>
              <w:t>Hardware schedule / bill of materials</w:t>
            </w:r>
          </w:p>
        </w:tc>
        <w:tc>
          <w:tcPr>
            <w:tcW w:w="1296" w:type="dxa"/>
            <w:tcMar>
              <w:top w:w="80" w:type="dxa"/>
              <w:left w:w="90" w:type="dxa"/>
              <w:bottom w:w="80" w:type="dxa"/>
              <w:right w:w="90" w:type="dxa"/>
            </w:tcMar>
            <w:vAlign w:val="center"/>
          </w:tcPr>
          <w:p w14:paraId="4F1D8A0C"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3B45BB76" w14:textId="77777777" w:rsidR="00D140EC" w:rsidRDefault="00000000">
            <w:pPr>
              <w:spacing w:after="0"/>
            </w:pPr>
            <w:r>
              <w:rPr>
                <w:sz w:val="15"/>
              </w:rPr>
              <w:t>[ ]</w:t>
            </w:r>
          </w:p>
        </w:tc>
      </w:tr>
      <w:tr w:rsidR="00D140EC" w14:paraId="5C03BC04" w14:textId="77777777">
        <w:trPr>
          <w:cantSplit/>
          <w:jc w:val="center"/>
        </w:trPr>
        <w:tc>
          <w:tcPr>
            <w:tcW w:w="5472" w:type="dxa"/>
            <w:tcMar>
              <w:top w:w="80" w:type="dxa"/>
              <w:left w:w="90" w:type="dxa"/>
              <w:bottom w:w="80" w:type="dxa"/>
              <w:right w:w="90" w:type="dxa"/>
            </w:tcMar>
            <w:vAlign w:val="center"/>
          </w:tcPr>
          <w:p w14:paraId="06B71282" w14:textId="77777777" w:rsidR="00D140EC" w:rsidRDefault="00000000">
            <w:pPr>
              <w:spacing w:after="0"/>
            </w:pPr>
            <w:r>
              <w:rPr>
                <w:sz w:val="15"/>
              </w:rPr>
              <w:t>Integration approach</w:t>
            </w:r>
          </w:p>
        </w:tc>
        <w:tc>
          <w:tcPr>
            <w:tcW w:w="1296" w:type="dxa"/>
            <w:tcMar>
              <w:top w:w="80" w:type="dxa"/>
              <w:left w:w="90" w:type="dxa"/>
              <w:bottom w:w="80" w:type="dxa"/>
              <w:right w:w="90" w:type="dxa"/>
            </w:tcMar>
            <w:vAlign w:val="center"/>
          </w:tcPr>
          <w:p w14:paraId="384DBA34"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18ED207B" w14:textId="77777777" w:rsidR="00D140EC" w:rsidRDefault="00000000">
            <w:pPr>
              <w:spacing w:after="0"/>
            </w:pPr>
            <w:r>
              <w:rPr>
                <w:sz w:val="15"/>
              </w:rPr>
              <w:t>[ ]</w:t>
            </w:r>
          </w:p>
        </w:tc>
      </w:tr>
      <w:tr w:rsidR="00D140EC" w14:paraId="549F54E9" w14:textId="77777777">
        <w:trPr>
          <w:cantSplit/>
          <w:jc w:val="center"/>
        </w:trPr>
        <w:tc>
          <w:tcPr>
            <w:tcW w:w="5472" w:type="dxa"/>
            <w:tcMar>
              <w:top w:w="80" w:type="dxa"/>
              <w:left w:w="90" w:type="dxa"/>
              <w:bottom w:w="80" w:type="dxa"/>
              <w:right w:w="90" w:type="dxa"/>
            </w:tcMar>
            <w:vAlign w:val="center"/>
          </w:tcPr>
          <w:p w14:paraId="1650BB2D" w14:textId="77777777" w:rsidR="00D140EC" w:rsidRDefault="00000000">
            <w:pPr>
              <w:spacing w:after="0"/>
            </w:pPr>
            <w:r>
              <w:rPr>
                <w:sz w:val="15"/>
              </w:rPr>
              <w:t>Data migration approach</w:t>
            </w:r>
          </w:p>
        </w:tc>
        <w:tc>
          <w:tcPr>
            <w:tcW w:w="1296" w:type="dxa"/>
            <w:tcMar>
              <w:top w:w="80" w:type="dxa"/>
              <w:left w:w="90" w:type="dxa"/>
              <w:bottom w:w="80" w:type="dxa"/>
              <w:right w:w="90" w:type="dxa"/>
            </w:tcMar>
            <w:vAlign w:val="center"/>
          </w:tcPr>
          <w:p w14:paraId="32295908"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77495DC5" w14:textId="77777777" w:rsidR="00D140EC" w:rsidRDefault="00000000">
            <w:pPr>
              <w:spacing w:after="0"/>
            </w:pPr>
            <w:r>
              <w:rPr>
                <w:sz w:val="15"/>
              </w:rPr>
              <w:t>[ ]</w:t>
            </w:r>
          </w:p>
        </w:tc>
      </w:tr>
      <w:tr w:rsidR="00D140EC" w14:paraId="25062CFE" w14:textId="77777777">
        <w:trPr>
          <w:cantSplit/>
          <w:jc w:val="center"/>
        </w:trPr>
        <w:tc>
          <w:tcPr>
            <w:tcW w:w="5472" w:type="dxa"/>
            <w:tcMar>
              <w:top w:w="80" w:type="dxa"/>
              <w:left w:w="90" w:type="dxa"/>
              <w:bottom w:w="80" w:type="dxa"/>
              <w:right w:w="90" w:type="dxa"/>
            </w:tcMar>
            <w:vAlign w:val="center"/>
          </w:tcPr>
          <w:p w14:paraId="7F8962B4" w14:textId="77777777" w:rsidR="00D140EC" w:rsidRDefault="00000000">
            <w:pPr>
              <w:spacing w:after="0"/>
            </w:pPr>
            <w:r>
              <w:rPr>
                <w:sz w:val="15"/>
              </w:rPr>
              <w:t>Cybersecurity / privacy response</w:t>
            </w:r>
          </w:p>
        </w:tc>
        <w:tc>
          <w:tcPr>
            <w:tcW w:w="1296" w:type="dxa"/>
            <w:tcMar>
              <w:top w:w="80" w:type="dxa"/>
              <w:left w:w="90" w:type="dxa"/>
              <w:bottom w:w="80" w:type="dxa"/>
              <w:right w:w="90" w:type="dxa"/>
            </w:tcMar>
            <w:vAlign w:val="center"/>
          </w:tcPr>
          <w:p w14:paraId="549CA174"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17EAC7F8" w14:textId="77777777" w:rsidR="00D140EC" w:rsidRDefault="00000000">
            <w:pPr>
              <w:spacing w:after="0"/>
            </w:pPr>
            <w:r>
              <w:rPr>
                <w:sz w:val="15"/>
              </w:rPr>
              <w:t>[ ]</w:t>
            </w:r>
          </w:p>
        </w:tc>
      </w:tr>
      <w:tr w:rsidR="00D140EC" w14:paraId="66FFCEBD" w14:textId="77777777">
        <w:trPr>
          <w:cantSplit/>
          <w:jc w:val="center"/>
        </w:trPr>
        <w:tc>
          <w:tcPr>
            <w:tcW w:w="5472" w:type="dxa"/>
            <w:tcMar>
              <w:top w:w="80" w:type="dxa"/>
              <w:left w:w="90" w:type="dxa"/>
              <w:bottom w:w="80" w:type="dxa"/>
              <w:right w:w="90" w:type="dxa"/>
            </w:tcMar>
            <w:vAlign w:val="center"/>
          </w:tcPr>
          <w:p w14:paraId="78F8D314" w14:textId="77777777" w:rsidR="00D140EC" w:rsidRDefault="00000000">
            <w:pPr>
              <w:spacing w:after="0"/>
            </w:pPr>
            <w:r>
              <w:rPr>
                <w:sz w:val="15"/>
              </w:rPr>
              <w:t>Implementation plan and timeline</w:t>
            </w:r>
          </w:p>
        </w:tc>
        <w:tc>
          <w:tcPr>
            <w:tcW w:w="1296" w:type="dxa"/>
            <w:tcMar>
              <w:top w:w="80" w:type="dxa"/>
              <w:left w:w="90" w:type="dxa"/>
              <w:bottom w:w="80" w:type="dxa"/>
              <w:right w:w="90" w:type="dxa"/>
            </w:tcMar>
            <w:vAlign w:val="center"/>
          </w:tcPr>
          <w:p w14:paraId="7CC6990D"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69EA926A" w14:textId="77777777" w:rsidR="00D140EC" w:rsidRDefault="00000000">
            <w:pPr>
              <w:spacing w:after="0"/>
            </w:pPr>
            <w:r>
              <w:rPr>
                <w:sz w:val="15"/>
              </w:rPr>
              <w:t>[ ]</w:t>
            </w:r>
          </w:p>
        </w:tc>
      </w:tr>
      <w:tr w:rsidR="00D140EC" w14:paraId="55F4258F" w14:textId="77777777">
        <w:trPr>
          <w:cantSplit/>
          <w:jc w:val="center"/>
        </w:trPr>
        <w:tc>
          <w:tcPr>
            <w:tcW w:w="5472" w:type="dxa"/>
            <w:tcMar>
              <w:top w:w="80" w:type="dxa"/>
              <w:left w:w="90" w:type="dxa"/>
              <w:bottom w:w="80" w:type="dxa"/>
              <w:right w:w="90" w:type="dxa"/>
            </w:tcMar>
            <w:vAlign w:val="center"/>
          </w:tcPr>
          <w:p w14:paraId="7EAB0784" w14:textId="77777777" w:rsidR="00D140EC" w:rsidRDefault="00000000">
            <w:pPr>
              <w:spacing w:after="0"/>
            </w:pPr>
            <w:r>
              <w:rPr>
                <w:sz w:val="15"/>
              </w:rPr>
              <w:t>Training / onboarding plan</w:t>
            </w:r>
          </w:p>
        </w:tc>
        <w:tc>
          <w:tcPr>
            <w:tcW w:w="1296" w:type="dxa"/>
            <w:tcMar>
              <w:top w:w="80" w:type="dxa"/>
              <w:left w:w="90" w:type="dxa"/>
              <w:bottom w:w="80" w:type="dxa"/>
              <w:right w:w="90" w:type="dxa"/>
            </w:tcMar>
            <w:vAlign w:val="center"/>
          </w:tcPr>
          <w:p w14:paraId="024C5183"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44DFBA20" w14:textId="77777777" w:rsidR="00D140EC" w:rsidRDefault="00000000">
            <w:pPr>
              <w:spacing w:after="0"/>
            </w:pPr>
            <w:r>
              <w:rPr>
                <w:sz w:val="15"/>
              </w:rPr>
              <w:t>[ ]</w:t>
            </w:r>
          </w:p>
        </w:tc>
      </w:tr>
      <w:tr w:rsidR="00D140EC" w14:paraId="25C194E9" w14:textId="77777777">
        <w:trPr>
          <w:cantSplit/>
          <w:jc w:val="center"/>
        </w:trPr>
        <w:tc>
          <w:tcPr>
            <w:tcW w:w="5472" w:type="dxa"/>
            <w:tcMar>
              <w:top w:w="80" w:type="dxa"/>
              <w:left w:w="90" w:type="dxa"/>
              <w:bottom w:w="80" w:type="dxa"/>
              <w:right w:w="90" w:type="dxa"/>
            </w:tcMar>
            <w:vAlign w:val="center"/>
          </w:tcPr>
          <w:p w14:paraId="1251B7D1" w14:textId="77777777" w:rsidR="00D140EC" w:rsidRDefault="00000000">
            <w:pPr>
              <w:spacing w:after="0"/>
            </w:pPr>
            <w:r>
              <w:rPr>
                <w:sz w:val="15"/>
              </w:rPr>
              <w:t>Support / SLA response</w:t>
            </w:r>
          </w:p>
        </w:tc>
        <w:tc>
          <w:tcPr>
            <w:tcW w:w="1296" w:type="dxa"/>
            <w:tcMar>
              <w:top w:w="80" w:type="dxa"/>
              <w:left w:w="90" w:type="dxa"/>
              <w:bottom w:w="80" w:type="dxa"/>
              <w:right w:w="90" w:type="dxa"/>
            </w:tcMar>
            <w:vAlign w:val="center"/>
          </w:tcPr>
          <w:p w14:paraId="640590BC"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448E64E6" w14:textId="77777777" w:rsidR="00D140EC" w:rsidRDefault="00000000">
            <w:pPr>
              <w:spacing w:after="0"/>
            </w:pPr>
            <w:r>
              <w:rPr>
                <w:sz w:val="15"/>
              </w:rPr>
              <w:t>[ ]</w:t>
            </w:r>
          </w:p>
        </w:tc>
      </w:tr>
      <w:tr w:rsidR="00D140EC" w14:paraId="01DEE3FB" w14:textId="77777777">
        <w:trPr>
          <w:cantSplit/>
          <w:jc w:val="center"/>
        </w:trPr>
        <w:tc>
          <w:tcPr>
            <w:tcW w:w="5472" w:type="dxa"/>
            <w:tcMar>
              <w:top w:w="80" w:type="dxa"/>
              <w:left w:w="90" w:type="dxa"/>
              <w:bottom w:w="80" w:type="dxa"/>
              <w:right w:w="90" w:type="dxa"/>
            </w:tcMar>
            <w:vAlign w:val="center"/>
          </w:tcPr>
          <w:p w14:paraId="0E7A81D1" w14:textId="77777777" w:rsidR="00D140EC" w:rsidRDefault="00000000">
            <w:pPr>
              <w:spacing w:after="0"/>
            </w:pPr>
            <w:r>
              <w:rPr>
                <w:sz w:val="15"/>
              </w:rPr>
              <w:t>Completed pricing matrix</w:t>
            </w:r>
          </w:p>
        </w:tc>
        <w:tc>
          <w:tcPr>
            <w:tcW w:w="1296" w:type="dxa"/>
            <w:tcMar>
              <w:top w:w="80" w:type="dxa"/>
              <w:left w:w="90" w:type="dxa"/>
              <w:bottom w:w="80" w:type="dxa"/>
              <w:right w:w="90" w:type="dxa"/>
            </w:tcMar>
            <w:vAlign w:val="center"/>
          </w:tcPr>
          <w:p w14:paraId="0CD2FA3B"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14D671F8" w14:textId="77777777" w:rsidR="00D140EC" w:rsidRDefault="00000000">
            <w:pPr>
              <w:spacing w:after="0"/>
            </w:pPr>
            <w:r>
              <w:rPr>
                <w:sz w:val="15"/>
              </w:rPr>
              <w:t>[ ]</w:t>
            </w:r>
          </w:p>
        </w:tc>
      </w:tr>
      <w:tr w:rsidR="00D140EC" w14:paraId="5F1AFDB8" w14:textId="77777777">
        <w:trPr>
          <w:cantSplit/>
          <w:jc w:val="center"/>
        </w:trPr>
        <w:tc>
          <w:tcPr>
            <w:tcW w:w="5472" w:type="dxa"/>
            <w:tcMar>
              <w:top w:w="80" w:type="dxa"/>
              <w:left w:w="90" w:type="dxa"/>
              <w:bottom w:w="80" w:type="dxa"/>
              <w:right w:w="90" w:type="dxa"/>
            </w:tcMar>
            <w:vAlign w:val="center"/>
          </w:tcPr>
          <w:p w14:paraId="5EDCC017" w14:textId="77777777" w:rsidR="00D140EC" w:rsidRDefault="00000000">
            <w:pPr>
              <w:spacing w:after="0"/>
            </w:pPr>
            <w:r>
              <w:rPr>
                <w:sz w:val="15"/>
              </w:rPr>
              <w:t>Five-year TCO</w:t>
            </w:r>
          </w:p>
        </w:tc>
        <w:tc>
          <w:tcPr>
            <w:tcW w:w="1296" w:type="dxa"/>
            <w:tcMar>
              <w:top w:w="80" w:type="dxa"/>
              <w:left w:w="90" w:type="dxa"/>
              <w:bottom w:w="80" w:type="dxa"/>
              <w:right w:w="90" w:type="dxa"/>
            </w:tcMar>
            <w:vAlign w:val="center"/>
          </w:tcPr>
          <w:p w14:paraId="55C21D21"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12E4659D" w14:textId="77777777" w:rsidR="00D140EC" w:rsidRDefault="00000000">
            <w:pPr>
              <w:spacing w:after="0"/>
            </w:pPr>
            <w:r>
              <w:rPr>
                <w:sz w:val="15"/>
              </w:rPr>
              <w:t>[ ]</w:t>
            </w:r>
          </w:p>
        </w:tc>
      </w:tr>
      <w:tr w:rsidR="00D140EC" w14:paraId="5E9CB850" w14:textId="77777777">
        <w:trPr>
          <w:cantSplit/>
          <w:jc w:val="center"/>
        </w:trPr>
        <w:tc>
          <w:tcPr>
            <w:tcW w:w="5472" w:type="dxa"/>
            <w:tcMar>
              <w:top w:w="80" w:type="dxa"/>
              <w:left w:w="90" w:type="dxa"/>
              <w:bottom w:w="80" w:type="dxa"/>
              <w:right w:w="90" w:type="dxa"/>
            </w:tcMar>
            <w:vAlign w:val="center"/>
          </w:tcPr>
          <w:p w14:paraId="298452D6" w14:textId="77777777" w:rsidR="00D140EC" w:rsidRDefault="00000000">
            <w:pPr>
              <w:spacing w:after="0"/>
            </w:pPr>
            <w:r>
              <w:rPr>
                <w:sz w:val="15"/>
              </w:rPr>
              <w:t>Optional products / services pricing</w:t>
            </w:r>
          </w:p>
        </w:tc>
        <w:tc>
          <w:tcPr>
            <w:tcW w:w="1296" w:type="dxa"/>
            <w:tcMar>
              <w:top w:w="80" w:type="dxa"/>
              <w:left w:w="90" w:type="dxa"/>
              <w:bottom w:w="80" w:type="dxa"/>
              <w:right w:w="90" w:type="dxa"/>
            </w:tcMar>
            <w:vAlign w:val="center"/>
          </w:tcPr>
          <w:p w14:paraId="546AB129"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1C1B4E6F" w14:textId="77777777" w:rsidR="00D140EC" w:rsidRDefault="00000000">
            <w:pPr>
              <w:spacing w:after="0"/>
            </w:pPr>
            <w:r>
              <w:rPr>
                <w:sz w:val="15"/>
              </w:rPr>
              <w:t>[ ]</w:t>
            </w:r>
          </w:p>
        </w:tc>
      </w:tr>
      <w:tr w:rsidR="00D140EC" w14:paraId="52688AAF" w14:textId="77777777">
        <w:trPr>
          <w:cantSplit/>
          <w:jc w:val="center"/>
        </w:trPr>
        <w:tc>
          <w:tcPr>
            <w:tcW w:w="5472" w:type="dxa"/>
            <w:tcMar>
              <w:top w:w="80" w:type="dxa"/>
              <w:left w:w="90" w:type="dxa"/>
              <w:bottom w:w="80" w:type="dxa"/>
              <w:right w:w="90" w:type="dxa"/>
            </w:tcMar>
            <w:vAlign w:val="center"/>
          </w:tcPr>
          <w:p w14:paraId="3D57B38C" w14:textId="77777777" w:rsidR="00D140EC" w:rsidRDefault="00000000">
            <w:pPr>
              <w:spacing w:after="0"/>
            </w:pPr>
            <w:r>
              <w:rPr>
                <w:sz w:val="15"/>
              </w:rPr>
              <w:t>References</w:t>
            </w:r>
          </w:p>
        </w:tc>
        <w:tc>
          <w:tcPr>
            <w:tcW w:w="1296" w:type="dxa"/>
            <w:tcMar>
              <w:top w:w="80" w:type="dxa"/>
              <w:left w:w="90" w:type="dxa"/>
              <w:bottom w:w="80" w:type="dxa"/>
              <w:right w:w="90" w:type="dxa"/>
            </w:tcMar>
            <w:vAlign w:val="center"/>
          </w:tcPr>
          <w:p w14:paraId="688FDD92"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72341077" w14:textId="77777777" w:rsidR="00D140EC" w:rsidRDefault="00000000">
            <w:pPr>
              <w:spacing w:after="0"/>
            </w:pPr>
            <w:r>
              <w:rPr>
                <w:sz w:val="15"/>
              </w:rPr>
              <w:t>[ ]</w:t>
            </w:r>
          </w:p>
        </w:tc>
      </w:tr>
      <w:tr w:rsidR="00D140EC" w14:paraId="17FF50FF" w14:textId="77777777">
        <w:trPr>
          <w:cantSplit/>
          <w:jc w:val="center"/>
        </w:trPr>
        <w:tc>
          <w:tcPr>
            <w:tcW w:w="5472" w:type="dxa"/>
            <w:tcMar>
              <w:top w:w="80" w:type="dxa"/>
              <w:left w:w="90" w:type="dxa"/>
              <w:bottom w:w="80" w:type="dxa"/>
              <w:right w:w="90" w:type="dxa"/>
            </w:tcMar>
            <w:vAlign w:val="center"/>
          </w:tcPr>
          <w:p w14:paraId="0F9D3352" w14:textId="77777777" w:rsidR="00D140EC" w:rsidRDefault="00000000">
            <w:pPr>
              <w:spacing w:after="0"/>
            </w:pPr>
            <w:r>
              <w:rPr>
                <w:sz w:val="15"/>
              </w:rPr>
              <w:t>Installer licenses / insurance, if applicable</w:t>
            </w:r>
          </w:p>
        </w:tc>
        <w:tc>
          <w:tcPr>
            <w:tcW w:w="1296" w:type="dxa"/>
            <w:tcMar>
              <w:top w:w="80" w:type="dxa"/>
              <w:left w:w="90" w:type="dxa"/>
              <w:bottom w:w="80" w:type="dxa"/>
              <w:right w:w="90" w:type="dxa"/>
            </w:tcMar>
            <w:vAlign w:val="center"/>
          </w:tcPr>
          <w:p w14:paraId="1CC678CE"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05152A2A" w14:textId="77777777" w:rsidR="00D140EC" w:rsidRDefault="00000000">
            <w:pPr>
              <w:spacing w:after="0"/>
            </w:pPr>
            <w:r>
              <w:rPr>
                <w:sz w:val="15"/>
              </w:rPr>
              <w:t>[ ]</w:t>
            </w:r>
          </w:p>
        </w:tc>
      </w:tr>
      <w:tr w:rsidR="00D140EC" w14:paraId="1E9A5B42" w14:textId="77777777">
        <w:trPr>
          <w:cantSplit/>
          <w:jc w:val="center"/>
        </w:trPr>
        <w:tc>
          <w:tcPr>
            <w:tcW w:w="5472" w:type="dxa"/>
            <w:tcMar>
              <w:top w:w="80" w:type="dxa"/>
              <w:left w:w="90" w:type="dxa"/>
              <w:bottom w:w="80" w:type="dxa"/>
              <w:right w:w="90" w:type="dxa"/>
            </w:tcMar>
            <w:vAlign w:val="center"/>
          </w:tcPr>
          <w:p w14:paraId="38D301E8" w14:textId="77777777" w:rsidR="00D140EC" w:rsidRDefault="00000000">
            <w:pPr>
              <w:spacing w:after="0"/>
            </w:pPr>
            <w:r>
              <w:rPr>
                <w:sz w:val="15"/>
              </w:rPr>
              <w:t>Exceptions / assumptions / dependencies</w:t>
            </w:r>
          </w:p>
        </w:tc>
        <w:tc>
          <w:tcPr>
            <w:tcW w:w="1296" w:type="dxa"/>
            <w:tcMar>
              <w:top w:w="80" w:type="dxa"/>
              <w:left w:w="90" w:type="dxa"/>
              <w:bottom w:w="80" w:type="dxa"/>
              <w:right w:w="90" w:type="dxa"/>
            </w:tcMar>
            <w:vAlign w:val="center"/>
          </w:tcPr>
          <w:p w14:paraId="11FCEEC3"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2F605B46" w14:textId="77777777" w:rsidR="00D140EC" w:rsidRDefault="00000000">
            <w:pPr>
              <w:spacing w:after="0"/>
            </w:pPr>
            <w:r>
              <w:rPr>
                <w:sz w:val="15"/>
              </w:rPr>
              <w:t>[ ]</w:t>
            </w:r>
          </w:p>
        </w:tc>
      </w:tr>
      <w:tr w:rsidR="00D140EC" w14:paraId="504BE4C9" w14:textId="77777777">
        <w:trPr>
          <w:cantSplit/>
          <w:jc w:val="center"/>
        </w:trPr>
        <w:tc>
          <w:tcPr>
            <w:tcW w:w="5472" w:type="dxa"/>
            <w:tcMar>
              <w:top w:w="80" w:type="dxa"/>
              <w:left w:w="90" w:type="dxa"/>
              <w:bottom w:w="80" w:type="dxa"/>
              <w:right w:w="90" w:type="dxa"/>
            </w:tcMar>
            <w:vAlign w:val="center"/>
          </w:tcPr>
          <w:p w14:paraId="22ABA9C0" w14:textId="77777777" w:rsidR="00D140EC" w:rsidRDefault="00000000">
            <w:pPr>
              <w:spacing w:after="0"/>
            </w:pPr>
            <w:r>
              <w:rPr>
                <w:sz w:val="15"/>
              </w:rPr>
              <w:t>Sample agreement / terms</w:t>
            </w:r>
          </w:p>
        </w:tc>
        <w:tc>
          <w:tcPr>
            <w:tcW w:w="1296" w:type="dxa"/>
            <w:tcMar>
              <w:top w:w="80" w:type="dxa"/>
              <w:left w:w="90" w:type="dxa"/>
              <w:bottom w:w="80" w:type="dxa"/>
              <w:right w:w="90" w:type="dxa"/>
            </w:tcMar>
            <w:vAlign w:val="center"/>
          </w:tcPr>
          <w:p w14:paraId="2E9BFC20"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31241524" w14:textId="77777777" w:rsidR="00D140EC" w:rsidRDefault="00000000">
            <w:pPr>
              <w:spacing w:after="0"/>
            </w:pPr>
            <w:r>
              <w:rPr>
                <w:sz w:val="15"/>
              </w:rPr>
              <w:t>[ ]</w:t>
            </w:r>
          </w:p>
        </w:tc>
      </w:tr>
      <w:tr w:rsidR="00D140EC" w14:paraId="5F145989" w14:textId="77777777">
        <w:trPr>
          <w:cantSplit/>
          <w:jc w:val="center"/>
        </w:trPr>
        <w:tc>
          <w:tcPr>
            <w:tcW w:w="5472" w:type="dxa"/>
            <w:tcMar>
              <w:top w:w="80" w:type="dxa"/>
              <w:left w:w="90" w:type="dxa"/>
              <w:bottom w:w="80" w:type="dxa"/>
              <w:right w:w="90" w:type="dxa"/>
            </w:tcMar>
            <w:vAlign w:val="center"/>
          </w:tcPr>
          <w:p w14:paraId="0A94E3A4" w14:textId="77777777" w:rsidR="00D140EC" w:rsidRDefault="00000000">
            <w:pPr>
              <w:spacing w:after="0"/>
            </w:pPr>
            <w:r>
              <w:rPr>
                <w:sz w:val="15"/>
              </w:rPr>
              <w:t>Warranty information</w:t>
            </w:r>
          </w:p>
        </w:tc>
        <w:tc>
          <w:tcPr>
            <w:tcW w:w="1296" w:type="dxa"/>
            <w:tcMar>
              <w:top w:w="80" w:type="dxa"/>
              <w:left w:w="90" w:type="dxa"/>
              <w:bottom w:w="80" w:type="dxa"/>
              <w:right w:w="90" w:type="dxa"/>
            </w:tcMar>
            <w:vAlign w:val="center"/>
          </w:tcPr>
          <w:p w14:paraId="0CEDBE48" w14:textId="77777777" w:rsidR="00D140EC" w:rsidRDefault="00000000">
            <w:pPr>
              <w:spacing w:after="0"/>
            </w:pPr>
            <w:r>
              <w:rPr>
                <w:sz w:val="15"/>
              </w:rPr>
              <w:t>☐</w:t>
            </w:r>
          </w:p>
        </w:tc>
        <w:tc>
          <w:tcPr>
            <w:tcW w:w="4464" w:type="dxa"/>
            <w:tcMar>
              <w:top w:w="80" w:type="dxa"/>
              <w:left w:w="90" w:type="dxa"/>
              <w:bottom w:w="80" w:type="dxa"/>
              <w:right w:w="90" w:type="dxa"/>
            </w:tcMar>
            <w:vAlign w:val="center"/>
          </w:tcPr>
          <w:p w14:paraId="17A9905F" w14:textId="77777777" w:rsidR="00D140EC" w:rsidRDefault="00000000">
            <w:pPr>
              <w:spacing w:after="0"/>
            </w:pPr>
            <w:r>
              <w:rPr>
                <w:sz w:val="15"/>
              </w:rPr>
              <w:t>[ ]</w:t>
            </w:r>
          </w:p>
        </w:tc>
      </w:tr>
    </w:tbl>
    <w:p w14:paraId="2ABBD27C" w14:textId="77777777" w:rsidR="00D140EC" w:rsidRDefault="00D140EC">
      <w:pPr>
        <w:spacing w:after="20"/>
      </w:pPr>
    </w:p>
    <w:p w14:paraId="0286A03D" w14:textId="77777777" w:rsidR="00D140EC" w:rsidRDefault="00000000">
      <w:pPr>
        <w:pStyle w:val="Heading1"/>
      </w:pPr>
      <w:r>
        <w:lastRenderedPageBreak/>
        <w:t>Community Proposal Comparison Worksheet</w:t>
      </w:r>
    </w:p>
    <w:p w14:paraId="01BDF8B0" w14:textId="77777777" w:rsidR="00D140EC" w:rsidRDefault="00000000">
      <w:r>
        <w:t>Use one copy per finalist or expand columns for side-by-side comparison.</w:t>
      </w:r>
    </w:p>
    <w:tbl>
      <w:tblPr>
        <w:tblW w:w="0" w:type="auto"/>
        <w:jc w:val="center"/>
        <w:tblBorders>
          <w:top w:val="single" w:sz="4" w:space="0" w:color="D9DCE5"/>
          <w:left w:val="single" w:sz="4" w:space="0" w:color="D9DCE5"/>
          <w:bottom w:val="single" w:sz="4" w:space="0" w:color="D9DCE5"/>
          <w:right w:val="single" w:sz="4" w:space="0" w:color="D9DCE5"/>
          <w:insideH w:val="single" w:sz="4" w:space="0" w:color="D9DCE5"/>
          <w:insideV w:val="single" w:sz="4" w:space="0" w:color="D9DCE5"/>
        </w:tblBorders>
        <w:tblLook w:val="04A0" w:firstRow="1" w:lastRow="0" w:firstColumn="1" w:lastColumn="0" w:noHBand="0" w:noVBand="1"/>
      </w:tblPr>
      <w:tblGrid>
        <w:gridCol w:w="2621"/>
        <w:gridCol w:w="1687"/>
        <w:gridCol w:w="1687"/>
        <w:gridCol w:w="1687"/>
        <w:gridCol w:w="2532"/>
      </w:tblGrid>
      <w:tr w:rsidR="00D140EC" w14:paraId="761F1D67" w14:textId="77777777">
        <w:trPr>
          <w:cantSplit/>
          <w:tblHeader/>
          <w:jc w:val="center"/>
        </w:trPr>
        <w:tc>
          <w:tcPr>
            <w:tcW w:w="2880" w:type="dxa"/>
            <w:shd w:val="clear" w:color="auto" w:fill="202333"/>
            <w:tcMar>
              <w:top w:w="80" w:type="dxa"/>
              <w:left w:w="90" w:type="dxa"/>
              <w:bottom w:w="80" w:type="dxa"/>
              <w:right w:w="90" w:type="dxa"/>
            </w:tcMar>
          </w:tcPr>
          <w:p w14:paraId="6FFA3813" w14:textId="77777777" w:rsidR="00D140EC" w:rsidRDefault="00000000">
            <w:pPr>
              <w:spacing w:after="0"/>
            </w:pPr>
            <w:r>
              <w:rPr>
                <w:b/>
                <w:color w:val="FFFFFF"/>
                <w:sz w:val="14"/>
              </w:rPr>
              <w:t>Decision Factor</w:t>
            </w:r>
          </w:p>
        </w:tc>
        <w:tc>
          <w:tcPr>
            <w:tcW w:w="1872" w:type="dxa"/>
            <w:shd w:val="clear" w:color="auto" w:fill="202333"/>
            <w:tcMar>
              <w:top w:w="80" w:type="dxa"/>
              <w:left w:w="90" w:type="dxa"/>
              <w:bottom w:w="80" w:type="dxa"/>
              <w:right w:w="90" w:type="dxa"/>
            </w:tcMar>
          </w:tcPr>
          <w:p w14:paraId="6D463452" w14:textId="77777777" w:rsidR="00D140EC" w:rsidRDefault="00000000">
            <w:pPr>
              <w:spacing w:after="0"/>
            </w:pPr>
            <w:r>
              <w:rPr>
                <w:b/>
                <w:color w:val="FFFFFF"/>
                <w:sz w:val="14"/>
              </w:rPr>
              <w:t>Vendor A</w:t>
            </w:r>
          </w:p>
        </w:tc>
        <w:tc>
          <w:tcPr>
            <w:tcW w:w="1872" w:type="dxa"/>
            <w:shd w:val="clear" w:color="auto" w:fill="202333"/>
            <w:tcMar>
              <w:top w:w="80" w:type="dxa"/>
              <w:left w:w="90" w:type="dxa"/>
              <w:bottom w:w="80" w:type="dxa"/>
              <w:right w:w="90" w:type="dxa"/>
            </w:tcMar>
          </w:tcPr>
          <w:p w14:paraId="39521710" w14:textId="77777777" w:rsidR="00D140EC" w:rsidRDefault="00000000">
            <w:pPr>
              <w:spacing w:after="0"/>
            </w:pPr>
            <w:r>
              <w:rPr>
                <w:b/>
                <w:color w:val="FFFFFF"/>
                <w:sz w:val="14"/>
              </w:rPr>
              <w:t>Vendor B</w:t>
            </w:r>
          </w:p>
        </w:tc>
        <w:tc>
          <w:tcPr>
            <w:tcW w:w="1872" w:type="dxa"/>
            <w:shd w:val="clear" w:color="auto" w:fill="202333"/>
            <w:tcMar>
              <w:top w:w="80" w:type="dxa"/>
              <w:left w:w="90" w:type="dxa"/>
              <w:bottom w:w="80" w:type="dxa"/>
              <w:right w:w="90" w:type="dxa"/>
            </w:tcMar>
          </w:tcPr>
          <w:p w14:paraId="1D4BA299" w14:textId="77777777" w:rsidR="00D140EC" w:rsidRDefault="00000000">
            <w:pPr>
              <w:spacing w:after="0"/>
            </w:pPr>
            <w:r>
              <w:rPr>
                <w:b/>
                <w:color w:val="FFFFFF"/>
                <w:sz w:val="14"/>
              </w:rPr>
              <w:t>Vendor C</w:t>
            </w:r>
          </w:p>
        </w:tc>
        <w:tc>
          <w:tcPr>
            <w:tcW w:w="2880" w:type="dxa"/>
            <w:shd w:val="clear" w:color="auto" w:fill="202333"/>
            <w:tcMar>
              <w:top w:w="80" w:type="dxa"/>
              <w:left w:w="90" w:type="dxa"/>
              <w:bottom w:w="80" w:type="dxa"/>
              <w:right w:w="90" w:type="dxa"/>
            </w:tcMar>
          </w:tcPr>
          <w:p w14:paraId="79A97CA1" w14:textId="77777777" w:rsidR="00D140EC" w:rsidRDefault="00000000">
            <w:pPr>
              <w:spacing w:after="0"/>
            </w:pPr>
            <w:r>
              <w:rPr>
                <w:b/>
                <w:color w:val="FFFFFF"/>
                <w:sz w:val="14"/>
              </w:rPr>
              <w:t>Notes</w:t>
            </w:r>
          </w:p>
        </w:tc>
      </w:tr>
      <w:tr w:rsidR="00D140EC" w14:paraId="07A4102C" w14:textId="77777777">
        <w:trPr>
          <w:cantSplit/>
          <w:jc w:val="center"/>
        </w:trPr>
        <w:tc>
          <w:tcPr>
            <w:tcW w:w="2880" w:type="dxa"/>
            <w:tcMar>
              <w:top w:w="80" w:type="dxa"/>
              <w:left w:w="90" w:type="dxa"/>
              <w:bottom w:w="80" w:type="dxa"/>
              <w:right w:w="90" w:type="dxa"/>
            </w:tcMar>
            <w:vAlign w:val="center"/>
          </w:tcPr>
          <w:p w14:paraId="22B7EE6F" w14:textId="77777777" w:rsidR="00D140EC" w:rsidRDefault="00000000">
            <w:pPr>
              <w:spacing w:after="0"/>
            </w:pPr>
            <w:r>
              <w:rPr>
                <w:sz w:val="14"/>
              </w:rPr>
              <w:t>Recommended architecture</w:t>
            </w:r>
          </w:p>
        </w:tc>
        <w:tc>
          <w:tcPr>
            <w:tcW w:w="1872" w:type="dxa"/>
            <w:tcMar>
              <w:top w:w="80" w:type="dxa"/>
              <w:left w:w="90" w:type="dxa"/>
              <w:bottom w:w="80" w:type="dxa"/>
              <w:right w:w="90" w:type="dxa"/>
            </w:tcMar>
            <w:vAlign w:val="center"/>
          </w:tcPr>
          <w:p w14:paraId="0542CF1A"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6F0FC374"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4ACA1D05"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46C8279A" w14:textId="77777777" w:rsidR="00D140EC" w:rsidRDefault="00D140EC">
            <w:pPr>
              <w:spacing w:after="0"/>
            </w:pPr>
          </w:p>
        </w:tc>
      </w:tr>
      <w:tr w:rsidR="00D140EC" w14:paraId="0117721E" w14:textId="77777777">
        <w:trPr>
          <w:cantSplit/>
          <w:jc w:val="center"/>
        </w:trPr>
        <w:tc>
          <w:tcPr>
            <w:tcW w:w="2880" w:type="dxa"/>
            <w:tcMar>
              <w:top w:w="80" w:type="dxa"/>
              <w:left w:w="90" w:type="dxa"/>
              <w:bottom w:w="80" w:type="dxa"/>
              <w:right w:w="90" w:type="dxa"/>
            </w:tcMar>
            <w:vAlign w:val="center"/>
          </w:tcPr>
          <w:p w14:paraId="3C0D1790" w14:textId="77777777" w:rsidR="00D140EC" w:rsidRDefault="00000000">
            <w:pPr>
              <w:spacing w:after="0"/>
            </w:pPr>
            <w:r>
              <w:rPr>
                <w:sz w:val="14"/>
              </w:rPr>
              <w:t>Primary access approach</w:t>
            </w:r>
          </w:p>
        </w:tc>
        <w:tc>
          <w:tcPr>
            <w:tcW w:w="1872" w:type="dxa"/>
            <w:tcMar>
              <w:top w:w="80" w:type="dxa"/>
              <w:left w:w="90" w:type="dxa"/>
              <w:bottom w:w="80" w:type="dxa"/>
              <w:right w:w="90" w:type="dxa"/>
            </w:tcMar>
            <w:vAlign w:val="center"/>
          </w:tcPr>
          <w:p w14:paraId="5D4DD643"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0E21B836"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3EA4AA5D"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4E2874D8" w14:textId="77777777" w:rsidR="00D140EC" w:rsidRDefault="00D140EC">
            <w:pPr>
              <w:spacing w:after="0"/>
            </w:pPr>
          </w:p>
        </w:tc>
      </w:tr>
      <w:tr w:rsidR="00D140EC" w14:paraId="0FA4E823" w14:textId="77777777">
        <w:trPr>
          <w:cantSplit/>
          <w:jc w:val="center"/>
        </w:trPr>
        <w:tc>
          <w:tcPr>
            <w:tcW w:w="2880" w:type="dxa"/>
            <w:tcMar>
              <w:top w:w="80" w:type="dxa"/>
              <w:left w:w="90" w:type="dxa"/>
              <w:bottom w:w="80" w:type="dxa"/>
              <w:right w:w="90" w:type="dxa"/>
            </w:tcMar>
            <w:vAlign w:val="center"/>
          </w:tcPr>
          <w:p w14:paraId="7B818EBC" w14:textId="77777777" w:rsidR="00D140EC" w:rsidRDefault="00000000">
            <w:pPr>
              <w:spacing w:after="0"/>
            </w:pPr>
            <w:r>
              <w:rPr>
                <w:sz w:val="14"/>
              </w:rPr>
              <w:t>Visitor workflow</w:t>
            </w:r>
          </w:p>
        </w:tc>
        <w:tc>
          <w:tcPr>
            <w:tcW w:w="1872" w:type="dxa"/>
            <w:tcMar>
              <w:top w:w="80" w:type="dxa"/>
              <w:left w:w="90" w:type="dxa"/>
              <w:bottom w:w="80" w:type="dxa"/>
              <w:right w:w="90" w:type="dxa"/>
            </w:tcMar>
            <w:vAlign w:val="center"/>
          </w:tcPr>
          <w:p w14:paraId="344DB816"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249BF7B0"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0E79F0A9"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77122F13" w14:textId="77777777" w:rsidR="00D140EC" w:rsidRDefault="00D140EC">
            <w:pPr>
              <w:spacing w:after="0"/>
            </w:pPr>
          </w:p>
        </w:tc>
      </w:tr>
      <w:tr w:rsidR="00D140EC" w14:paraId="764BC482" w14:textId="77777777">
        <w:trPr>
          <w:cantSplit/>
          <w:jc w:val="center"/>
        </w:trPr>
        <w:tc>
          <w:tcPr>
            <w:tcW w:w="2880" w:type="dxa"/>
            <w:tcMar>
              <w:top w:w="80" w:type="dxa"/>
              <w:left w:w="90" w:type="dxa"/>
              <w:bottom w:w="80" w:type="dxa"/>
              <w:right w:w="90" w:type="dxa"/>
            </w:tcMar>
            <w:vAlign w:val="center"/>
          </w:tcPr>
          <w:p w14:paraId="446A407C" w14:textId="77777777" w:rsidR="00D140EC" w:rsidRDefault="00000000">
            <w:pPr>
              <w:spacing w:after="0"/>
            </w:pPr>
            <w:r>
              <w:rPr>
                <w:sz w:val="14"/>
              </w:rPr>
              <w:t>Integration approach</w:t>
            </w:r>
          </w:p>
        </w:tc>
        <w:tc>
          <w:tcPr>
            <w:tcW w:w="1872" w:type="dxa"/>
            <w:tcMar>
              <w:top w:w="80" w:type="dxa"/>
              <w:left w:w="90" w:type="dxa"/>
              <w:bottom w:w="80" w:type="dxa"/>
              <w:right w:w="90" w:type="dxa"/>
            </w:tcMar>
            <w:vAlign w:val="center"/>
          </w:tcPr>
          <w:p w14:paraId="3B38B09C"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08DC292A"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0123F798"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5BDE32B2" w14:textId="77777777" w:rsidR="00D140EC" w:rsidRDefault="00D140EC">
            <w:pPr>
              <w:spacing w:after="0"/>
            </w:pPr>
          </w:p>
        </w:tc>
      </w:tr>
      <w:tr w:rsidR="00D140EC" w14:paraId="68A92981" w14:textId="77777777">
        <w:trPr>
          <w:cantSplit/>
          <w:jc w:val="center"/>
        </w:trPr>
        <w:tc>
          <w:tcPr>
            <w:tcW w:w="2880" w:type="dxa"/>
            <w:tcMar>
              <w:top w:w="80" w:type="dxa"/>
              <w:left w:w="90" w:type="dxa"/>
              <w:bottom w:w="80" w:type="dxa"/>
              <w:right w:w="90" w:type="dxa"/>
            </w:tcMar>
            <w:vAlign w:val="center"/>
          </w:tcPr>
          <w:p w14:paraId="53BE9F78" w14:textId="77777777" w:rsidR="00D140EC" w:rsidRDefault="00000000">
            <w:pPr>
              <w:spacing w:after="0"/>
            </w:pPr>
            <w:r>
              <w:rPr>
                <w:sz w:val="14"/>
              </w:rPr>
              <w:t>Offline approach</w:t>
            </w:r>
          </w:p>
        </w:tc>
        <w:tc>
          <w:tcPr>
            <w:tcW w:w="1872" w:type="dxa"/>
            <w:tcMar>
              <w:top w:w="80" w:type="dxa"/>
              <w:left w:w="90" w:type="dxa"/>
              <w:bottom w:w="80" w:type="dxa"/>
              <w:right w:w="90" w:type="dxa"/>
            </w:tcMar>
            <w:vAlign w:val="center"/>
          </w:tcPr>
          <w:p w14:paraId="52F89C54"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26922546"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4FACB157"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2F1C3850" w14:textId="77777777" w:rsidR="00D140EC" w:rsidRDefault="00D140EC">
            <w:pPr>
              <w:spacing w:after="0"/>
            </w:pPr>
          </w:p>
        </w:tc>
      </w:tr>
      <w:tr w:rsidR="00D140EC" w14:paraId="2EA141AF" w14:textId="77777777">
        <w:trPr>
          <w:cantSplit/>
          <w:jc w:val="center"/>
        </w:trPr>
        <w:tc>
          <w:tcPr>
            <w:tcW w:w="2880" w:type="dxa"/>
            <w:tcMar>
              <w:top w:w="80" w:type="dxa"/>
              <w:left w:w="90" w:type="dxa"/>
              <w:bottom w:w="80" w:type="dxa"/>
              <w:right w:w="90" w:type="dxa"/>
            </w:tcMar>
            <w:vAlign w:val="center"/>
          </w:tcPr>
          <w:p w14:paraId="3CAA2EE7" w14:textId="77777777" w:rsidR="00D140EC" w:rsidRDefault="00000000">
            <w:pPr>
              <w:spacing w:after="0"/>
            </w:pPr>
            <w:r>
              <w:rPr>
                <w:sz w:val="14"/>
              </w:rPr>
              <w:t>Implementation duration</w:t>
            </w:r>
          </w:p>
        </w:tc>
        <w:tc>
          <w:tcPr>
            <w:tcW w:w="1872" w:type="dxa"/>
            <w:tcMar>
              <w:top w:w="80" w:type="dxa"/>
              <w:left w:w="90" w:type="dxa"/>
              <w:bottom w:w="80" w:type="dxa"/>
              <w:right w:w="90" w:type="dxa"/>
            </w:tcMar>
            <w:vAlign w:val="center"/>
          </w:tcPr>
          <w:p w14:paraId="67D6231D"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1D0E0F84"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3F75F7B8"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2BAD3399" w14:textId="77777777" w:rsidR="00D140EC" w:rsidRDefault="00D140EC">
            <w:pPr>
              <w:spacing w:after="0"/>
            </w:pPr>
          </w:p>
        </w:tc>
      </w:tr>
      <w:tr w:rsidR="00D140EC" w14:paraId="4D3290A1" w14:textId="77777777">
        <w:trPr>
          <w:cantSplit/>
          <w:jc w:val="center"/>
        </w:trPr>
        <w:tc>
          <w:tcPr>
            <w:tcW w:w="2880" w:type="dxa"/>
            <w:tcMar>
              <w:top w:w="80" w:type="dxa"/>
              <w:left w:w="90" w:type="dxa"/>
              <w:bottom w:w="80" w:type="dxa"/>
              <w:right w:w="90" w:type="dxa"/>
            </w:tcMar>
            <w:vAlign w:val="center"/>
          </w:tcPr>
          <w:p w14:paraId="7B61ACE3" w14:textId="77777777" w:rsidR="00D140EC" w:rsidRDefault="00000000">
            <w:pPr>
              <w:spacing w:after="0"/>
            </w:pPr>
            <w:r>
              <w:rPr>
                <w:sz w:val="14"/>
              </w:rPr>
              <w:t>Support model</w:t>
            </w:r>
          </w:p>
        </w:tc>
        <w:tc>
          <w:tcPr>
            <w:tcW w:w="1872" w:type="dxa"/>
            <w:tcMar>
              <w:top w:w="80" w:type="dxa"/>
              <w:left w:w="90" w:type="dxa"/>
              <w:bottom w:w="80" w:type="dxa"/>
              <w:right w:w="90" w:type="dxa"/>
            </w:tcMar>
            <w:vAlign w:val="center"/>
          </w:tcPr>
          <w:p w14:paraId="6D328A41"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46EEE150"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5546A416"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1211BAA9" w14:textId="77777777" w:rsidR="00D140EC" w:rsidRDefault="00D140EC">
            <w:pPr>
              <w:spacing w:after="0"/>
            </w:pPr>
          </w:p>
        </w:tc>
      </w:tr>
      <w:tr w:rsidR="00D140EC" w14:paraId="0EE99509" w14:textId="77777777">
        <w:trPr>
          <w:cantSplit/>
          <w:jc w:val="center"/>
        </w:trPr>
        <w:tc>
          <w:tcPr>
            <w:tcW w:w="2880" w:type="dxa"/>
            <w:tcMar>
              <w:top w:w="80" w:type="dxa"/>
              <w:left w:w="90" w:type="dxa"/>
              <w:bottom w:w="80" w:type="dxa"/>
              <w:right w:w="90" w:type="dxa"/>
            </w:tcMar>
            <w:vAlign w:val="center"/>
          </w:tcPr>
          <w:p w14:paraId="27E342E9" w14:textId="77777777" w:rsidR="00D140EC" w:rsidRDefault="00000000">
            <w:pPr>
              <w:spacing w:after="0"/>
            </w:pPr>
            <w:r>
              <w:rPr>
                <w:sz w:val="14"/>
              </w:rPr>
              <w:t>Year 1 cost</w:t>
            </w:r>
          </w:p>
        </w:tc>
        <w:tc>
          <w:tcPr>
            <w:tcW w:w="1872" w:type="dxa"/>
            <w:tcMar>
              <w:top w:w="80" w:type="dxa"/>
              <w:left w:w="90" w:type="dxa"/>
              <w:bottom w:w="80" w:type="dxa"/>
              <w:right w:w="90" w:type="dxa"/>
            </w:tcMar>
            <w:vAlign w:val="center"/>
          </w:tcPr>
          <w:p w14:paraId="548AB6FD" w14:textId="77777777" w:rsidR="00D140EC" w:rsidRDefault="00000000">
            <w:pPr>
              <w:spacing w:after="0"/>
            </w:pPr>
            <w:r>
              <w:rPr>
                <w:sz w:val="14"/>
              </w:rPr>
              <w:t>$</w:t>
            </w:r>
          </w:p>
        </w:tc>
        <w:tc>
          <w:tcPr>
            <w:tcW w:w="1872" w:type="dxa"/>
            <w:tcMar>
              <w:top w:w="80" w:type="dxa"/>
              <w:left w:w="90" w:type="dxa"/>
              <w:bottom w:w="80" w:type="dxa"/>
              <w:right w:w="90" w:type="dxa"/>
            </w:tcMar>
            <w:vAlign w:val="center"/>
          </w:tcPr>
          <w:p w14:paraId="689AF9A6" w14:textId="77777777" w:rsidR="00D140EC" w:rsidRDefault="00000000">
            <w:pPr>
              <w:spacing w:after="0"/>
            </w:pPr>
            <w:r>
              <w:rPr>
                <w:sz w:val="14"/>
              </w:rPr>
              <w:t>$</w:t>
            </w:r>
          </w:p>
        </w:tc>
        <w:tc>
          <w:tcPr>
            <w:tcW w:w="1872" w:type="dxa"/>
            <w:tcMar>
              <w:top w:w="80" w:type="dxa"/>
              <w:left w:w="90" w:type="dxa"/>
              <w:bottom w:w="80" w:type="dxa"/>
              <w:right w:w="90" w:type="dxa"/>
            </w:tcMar>
            <w:vAlign w:val="center"/>
          </w:tcPr>
          <w:p w14:paraId="1C684B2B" w14:textId="77777777" w:rsidR="00D140EC" w:rsidRDefault="00000000">
            <w:pPr>
              <w:spacing w:after="0"/>
            </w:pPr>
            <w:r>
              <w:rPr>
                <w:sz w:val="14"/>
              </w:rPr>
              <w:t>$</w:t>
            </w:r>
          </w:p>
        </w:tc>
        <w:tc>
          <w:tcPr>
            <w:tcW w:w="2880" w:type="dxa"/>
            <w:tcMar>
              <w:top w:w="80" w:type="dxa"/>
              <w:left w:w="90" w:type="dxa"/>
              <w:bottom w:w="80" w:type="dxa"/>
              <w:right w:w="90" w:type="dxa"/>
            </w:tcMar>
            <w:vAlign w:val="center"/>
          </w:tcPr>
          <w:p w14:paraId="68187FBE" w14:textId="77777777" w:rsidR="00D140EC" w:rsidRDefault="00D140EC">
            <w:pPr>
              <w:spacing w:after="0"/>
            </w:pPr>
          </w:p>
        </w:tc>
      </w:tr>
      <w:tr w:rsidR="00D140EC" w14:paraId="29EC5B15" w14:textId="77777777">
        <w:trPr>
          <w:cantSplit/>
          <w:jc w:val="center"/>
        </w:trPr>
        <w:tc>
          <w:tcPr>
            <w:tcW w:w="2880" w:type="dxa"/>
            <w:tcMar>
              <w:top w:w="80" w:type="dxa"/>
              <w:left w:w="90" w:type="dxa"/>
              <w:bottom w:w="80" w:type="dxa"/>
              <w:right w:w="90" w:type="dxa"/>
            </w:tcMar>
            <w:vAlign w:val="center"/>
          </w:tcPr>
          <w:p w14:paraId="32073B29" w14:textId="77777777" w:rsidR="00D140EC" w:rsidRDefault="00000000">
            <w:pPr>
              <w:spacing w:after="0"/>
            </w:pPr>
            <w:r>
              <w:rPr>
                <w:sz w:val="14"/>
              </w:rPr>
              <w:t>Five-year TCO</w:t>
            </w:r>
          </w:p>
        </w:tc>
        <w:tc>
          <w:tcPr>
            <w:tcW w:w="1872" w:type="dxa"/>
            <w:tcMar>
              <w:top w:w="80" w:type="dxa"/>
              <w:left w:w="90" w:type="dxa"/>
              <w:bottom w:w="80" w:type="dxa"/>
              <w:right w:w="90" w:type="dxa"/>
            </w:tcMar>
            <w:vAlign w:val="center"/>
          </w:tcPr>
          <w:p w14:paraId="5A7552E8" w14:textId="77777777" w:rsidR="00D140EC" w:rsidRDefault="00000000">
            <w:pPr>
              <w:spacing w:after="0"/>
            </w:pPr>
            <w:r>
              <w:rPr>
                <w:sz w:val="14"/>
              </w:rPr>
              <w:t>$</w:t>
            </w:r>
          </w:p>
        </w:tc>
        <w:tc>
          <w:tcPr>
            <w:tcW w:w="1872" w:type="dxa"/>
            <w:tcMar>
              <w:top w:w="80" w:type="dxa"/>
              <w:left w:w="90" w:type="dxa"/>
              <w:bottom w:w="80" w:type="dxa"/>
              <w:right w:w="90" w:type="dxa"/>
            </w:tcMar>
            <w:vAlign w:val="center"/>
          </w:tcPr>
          <w:p w14:paraId="61FA8544" w14:textId="77777777" w:rsidR="00D140EC" w:rsidRDefault="00000000">
            <w:pPr>
              <w:spacing w:after="0"/>
            </w:pPr>
            <w:r>
              <w:rPr>
                <w:sz w:val="14"/>
              </w:rPr>
              <w:t>$</w:t>
            </w:r>
          </w:p>
        </w:tc>
        <w:tc>
          <w:tcPr>
            <w:tcW w:w="1872" w:type="dxa"/>
            <w:tcMar>
              <w:top w:w="80" w:type="dxa"/>
              <w:left w:w="90" w:type="dxa"/>
              <w:bottom w:w="80" w:type="dxa"/>
              <w:right w:w="90" w:type="dxa"/>
            </w:tcMar>
            <w:vAlign w:val="center"/>
          </w:tcPr>
          <w:p w14:paraId="62D76CA0" w14:textId="77777777" w:rsidR="00D140EC" w:rsidRDefault="00000000">
            <w:pPr>
              <w:spacing w:after="0"/>
            </w:pPr>
            <w:r>
              <w:rPr>
                <w:sz w:val="14"/>
              </w:rPr>
              <w:t>$</w:t>
            </w:r>
          </w:p>
        </w:tc>
        <w:tc>
          <w:tcPr>
            <w:tcW w:w="2880" w:type="dxa"/>
            <w:tcMar>
              <w:top w:w="80" w:type="dxa"/>
              <w:left w:w="90" w:type="dxa"/>
              <w:bottom w:w="80" w:type="dxa"/>
              <w:right w:w="90" w:type="dxa"/>
            </w:tcMar>
            <w:vAlign w:val="center"/>
          </w:tcPr>
          <w:p w14:paraId="7D6F17AE" w14:textId="77777777" w:rsidR="00D140EC" w:rsidRDefault="00D140EC">
            <w:pPr>
              <w:spacing w:after="0"/>
            </w:pPr>
          </w:p>
        </w:tc>
      </w:tr>
      <w:tr w:rsidR="00D140EC" w14:paraId="70344B64" w14:textId="77777777">
        <w:trPr>
          <w:cantSplit/>
          <w:jc w:val="center"/>
        </w:trPr>
        <w:tc>
          <w:tcPr>
            <w:tcW w:w="2880" w:type="dxa"/>
            <w:tcMar>
              <w:top w:w="80" w:type="dxa"/>
              <w:left w:w="90" w:type="dxa"/>
              <w:bottom w:w="80" w:type="dxa"/>
              <w:right w:w="90" w:type="dxa"/>
            </w:tcMar>
            <w:vAlign w:val="center"/>
          </w:tcPr>
          <w:p w14:paraId="6B6F0B9E" w14:textId="77777777" w:rsidR="00D140EC" w:rsidRDefault="00000000">
            <w:pPr>
              <w:spacing w:after="0"/>
            </w:pPr>
            <w:r>
              <w:rPr>
                <w:sz w:val="14"/>
              </w:rPr>
              <w:t>Material exceptions</w:t>
            </w:r>
          </w:p>
        </w:tc>
        <w:tc>
          <w:tcPr>
            <w:tcW w:w="1872" w:type="dxa"/>
            <w:tcMar>
              <w:top w:w="80" w:type="dxa"/>
              <w:left w:w="90" w:type="dxa"/>
              <w:bottom w:w="80" w:type="dxa"/>
              <w:right w:w="90" w:type="dxa"/>
            </w:tcMar>
            <w:vAlign w:val="center"/>
          </w:tcPr>
          <w:p w14:paraId="1E1DA82F"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72C9C93F"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423A5C3D"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53F16ECB" w14:textId="77777777" w:rsidR="00D140EC" w:rsidRDefault="00D140EC">
            <w:pPr>
              <w:spacing w:after="0"/>
            </w:pPr>
          </w:p>
        </w:tc>
      </w:tr>
      <w:tr w:rsidR="00D140EC" w14:paraId="06FFF202" w14:textId="77777777">
        <w:trPr>
          <w:cantSplit/>
          <w:jc w:val="center"/>
        </w:trPr>
        <w:tc>
          <w:tcPr>
            <w:tcW w:w="2880" w:type="dxa"/>
            <w:tcMar>
              <w:top w:w="80" w:type="dxa"/>
              <w:left w:w="90" w:type="dxa"/>
              <w:bottom w:w="80" w:type="dxa"/>
              <w:right w:w="90" w:type="dxa"/>
            </w:tcMar>
            <w:vAlign w:val="center"/>
          </w:tcPr>
          <w:p w14:paraId="213D3FE1" w14:textId="77777777" w:rsidR="00D140EC" w:rsidRDefault="00000000">
            <w:pPr>
              <w:spacing w:after="0"/>
            </w:pPr>
            <w:r>
              <w:rPr>
                <w:sz w:val="14"/>
              </w:rPr>
              <w:t>Overall weighted score</w:t>
            </w:r>
          </w:p>
        </w:tc>
        <w:tc>
          <w:tcPr>
            <w:tcW w:w="1872" w:type="dxa"/>
            <w:tcMar>
              <w:top w:w="80" w:type="dxa"/>
              <w:left w:w="90" w:type="dxa"/>
              <w:bottom w:w="80" w:type="dxa"/>
              <w:right w:w="90" w:type="dxa"/>
            </w:tcMar>
            <w:vAlign w:val="center"/>
          </w:tcPr>
          <w:p w14:paraId="45C85AA7"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324A902F" w14:textId="77777777" w:rsidR="00D140EC" w:rsidRDefault="00000000">
            <w:pPr>
              <w:spacing w:after="0"/>
            </w:pPr>
            <w:r>
              <w:rPr>
                <w:sz w:val="14"/>
              </w:rPr>
              <w:t>[ ]</w:t>
            </w:r>
          </w:p>
        </w:tc>
        <w:tc>
          <w:tcPr>
            <w:tcW w:w="1872" w:type="dxa"/>
            <w:tcMar>
              <w:top w:w="80" w:type="dxa"/>
              <w:left w:w="90" w:type="dxa"/>
              <w:bottom w:w="80" w:type="dxa"/>
              <w:right w:w="90" w:type="dxa"/>
            </w:tcMar>
            <w:vAlign w:val="center"/>
          </w:tcPr>
          <w:p w14:paraId="718A3AE8" w14:textId="77777777" w:rsidR="00D140EC" w:rsidRDefault="00000000">
            <w:pPr>
              <w:spacing w:after="0"/>
            </w:pPr>
            <w:r>
              <w:rPr>
                <w:sz w:val="14"/>
              </w:rPr>
              <w:t>[ ]</w:t>
            </w:r>
          </w:p>
        </w:tc>
        <w:tc>
          <w:tcPr>
            <w:tcW w:w="2880" w:type="dxa"/>
            <w:tcMar>
              <w:top w:w="80" w:type="dxa"/>
              <w:left w:w="90" w:type="dxa"/>
              <w:bottom w:w="80" w:type="dxa"/>
              <w:right w:w="90" w:type="dxa"/>
            </w:tcMar>
            <w:vAlign w:val="center"/>
          </w:tcPr>
          <w:p w14:paraId="5F02BC55" w14:textId="77777777" w:rsidR="00D140EC" w:rsidRDefault="00D140EC">
            <w:pPr>
              <w:spacing w:after="0"/>
            </w:pPr>
          </w:p>
        </w:tc>
      </w:tr>
    </w:tbl>
    <w:p w14:paraId="23F3E423" w14:textId="77777777" w:rsidR="00D140EC" w:rsidRDefault="00D140EC">
      <w:pPr>
        <w:spacing w:after="20"/>
      </w:pPr>
    </w:p>
    <w:p w14:paraId="5E83C909" w14:textId="77777777" w:rsidR="00D140EC" w:rsidRDefault="00000000">
      <w:pPr>
        <w:pStyle w:val="Heading1"/>
      </w:pPr>
      <w:r>
        <w:t>Final Community Notes</w:t>
      </w:r>
    </w:p>
    <w:p w14:paraId="00C45290" w14:textId="77777777" w:rsidR="00D140EC" w:rsidRDefault="00000000">
      <w:pPr>
        <w:spacing w:after="60"/>
      </w:pPr>
      <w:r>
        <w:rPr>
          <w:b/>
        </w:rPr>
        <w:t xml:space="preserve">Shortlisted vendors </w:t>
      </w:r>
      <w:r>
        <w:t>____________________________________________________________</w:t>
      </w:r>
    </w:p>
    <w:p w14:paraId="06A00E32" w14:textId="77777777" w:rsidR="00D140EC" w:rsidRDefault="00000000">
      <w:pPr>
        <w:spacing w:after="60"/>
      </w:pPr>
      <w:r>
        <w:rPr>
          <w:b/>
        </w:rPr>
        <w:t xml:space="preserve">Key tradeoffs </w:t>
      </w:r>
      <w:r>
        <w:t>____________________________________________________________</w:t>
      </w:r>
    </w:p>
    <w:p w14:paraId="454D4A43" w14:textId="77777777" w:rsidR="00D140EC" w:rsidRDefault="00000000">
      <w:pPr>
        <w:spacing w:after="60"/>
      </w:pPr>
      <w:r>
        <w:rPr>
          <w:b/>
        </w:rPr>
        <w:t xml:space="preserve">Reference-check findings </w:t>
      </w:r>
      <w:r>
        <w:t>____________________________________________________________</w:t>
      </w:r>
    </w:p>
    <w:p w14:paraId="4126D738" w14:textId="77777777" w:rsidR="00D140EC" w:rsidRDefault="00000000">
      <w:pPr>
        <w:spacing w:after="60"/>
      </w:pPr>
      <w:r>
        <w:rPr>
          <w:b/>
        </w:rPr>
        <w:t xml:space="preserve">Board / committee concerns </w:t>
      </w:r>
      <w:r>
        <w:t>____________________________________________________________</w:t>
      </w:r>
    </w:p>
    <w:p w14:paraId="0A1B68FF" w14:textId="77777777" w:rsidR="00D140EC" w:rsidRDefault="00000000">
      <w:pPr>
        <w:spacing w:after="60"/>
      </w:pPr>
      <w:r>
        <w:rPr>
          <w:b/>
        </w:rPr>
        <w:t xml:space="preserve">Final decision rationale </w:t>
      </w:r>
      <w:r>
        <w:t>____________________________________________________________</w:t>
      </w:r>
    </w:p>
    <w:tbl>
      <w:tblPr>
        <w:tblW w:w="0" w:type="auto"/>
        <w:jc w:val="center"/>
        <w:tblBorders>
          <w:top w:val="single" w:sz="8" w:space="0" w:color="8264FF"/>
          <w:left w:val="single" w:sz="8" w:space="0" w:color="8264FF"/>
          <w:bottom w:val="single" w:sz="8" w:space="0" w:color="8264FF"/>
          <w:right w:val="single" w:sz="8" w:space="0" w:color="8264FF"/>
          <w:insideH w:val="single" w:sz="8" w:space="0" w:color="8264FF"/>
          <w:insideV w:val="single" w:sz="8" w:space="0" w:color="8264FF"/>
        </w:tblBorders>
        <w:tblLook w:val="04A0" w:firstRow="1" w:lastRow="0" w:firstColumn="1" w:lastColumn="0" w:noHBand="0" w:noVBand="1"/>
      </w:tblPr>
      <w:tblGrid>
        <w:gridCol w:w="10204"/>
      </w:tblGrid>
      <w:tr w:rsidR="00D140EC" w14:paraId="5405CC4D" w14:textId="77777777">
        <w:trPr>
          <w:cantSplit/>
          <w:jc w:val="center"/>
        </w:trPr>
        <w:tc>
          <w:tcPr>
            <w:tcW w:w="10224" w:type="dxa"/>
            <w:shd w:val="clear" w:color="auto" w:fill="F4F2FF"/>
            <w:tcMar>
              <w:top w:w="120" w:type="dxa"/>
              <w:left w:w="140" w:type="dxa"/>
              <w:bottom w:w="120" w:type="dxa"/>
              <w:right w:w="140" w:type="dxa"/>
            </w:tcMar>
          </w:tcPr>
          <w:p w14:paraId="5897B675" w14:textId="77777777" w:rsidR="00D140EC" w:rsidRDefault="00000000">
            <w:pPr>
              <w:spacing w:after="60"/>
            </w:pPr>
            <w:r>
              <w:rPr>
                <w:b/>
                <w:color w:val="8264FF"/>
              </w:rPr>
              <w:t>Final reminder</w:t>
            </w:r>
          </w:p>
          <w:p w14:paraId="4F3F8CB5" w14:textId="77777777" w:rsidR="00D140EC" w:rsidRDefault="00000000">
            <w:pPr>
              <w:spacing w:after="0"/>
            </w:pPr>
            <w:r>
              <w:t>The purpose of an RFP is to create a fair, decision-useful comparison. Keep requirements tied to the community's actual operations, ask respondents to explain tradeoffs, and evaluate each company according to the role it will perform.</w:t>
            </w:r>
          </w:p>
        </w:tc>
      </w:tr>
    </w:tbl>
    <w:p w14:paraId="7D7B89EC" w14:textId="77777777" w:rsidR="00D140EC" w:rsidRDefault="00D140EC">
      <w:pPr>
        <w:spacing w:after="20"/>
      </w:pPr>
    </w:p>
    <w:p w14:paraId="07672EC7" w14:textId="77777777" w:rsidR="00D140EC" w:rsidRDefault="00000000">
      <w:pPr>
        <w:pStyle w:val="SmallNote"/>
      </w:pPr>
      <w:r>
        <w:t>RFP planning template provided by Proptia. This document is intended as a planning resource and should be adapted to the community's operational, legal, insurance, procurement and governance requirements.</w:t>
      </w:r>
    </w:p>
    <w:sectPr w:rsidR="00D140EC" w:rsidSect="00034616">
      <w:headerReference w:type="default" r:id="rId8"/>
      <w:footerReference w:type="default" r:id="rId9"/>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253BF" w14:textId="77777777" w:rsidR="004956A8" w:rsidRDefault="004956A8">
      <w:pPr>
        <w:spacing w:after="0" w:line="240" w:lineRule="auto"/>
      </w:pPr>
      <w:r>
        <w:separator/>
      </w:r>
    </w:p>
  </w:endnote>
  <w:endnote w:type="continuationSeparator" w:id="0">
    <w:p w14:paraId="416B84AF" w14:textId="77777777" w:rsidR="004956A8" w:rsidRDefault="00495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B4F9F" w14:textId="77777777" w:rsidR="00D140EC" w:rsidRDefault="00000000">
    <w:pPr>
      <w:pStyle w:val="Footer"/>
      <w:jc w:val="center"/>
    </w:pPr>
    <w:r>
      <w:rPr>
        <w:color w:val="555B6E"/>
        <w:sz w:val="15"/>
      </w:rPr>
      <w:t>RFP planning template provided by Proptia | proptia.com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1DD42" w14:textId="77777777" w:rsidR="004956A8" w:rsidRDefault="004956A8">
      <w:pPr>
        <w:spacing w:after="0" w:line="240" w:lineRule="auto"/>
      </w:pPr>
      <w:r>
        <w:separator/>
      </w:r>
    </w:p>
  </w:footnote>
  <w:footnote w:type="continuationSeparator" w:id="0">
    <w:p w14:paraId="516FF010" w14:textId="77777777" w:rsidR="004956A8" w:rsidRDefault="00495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EA75" w14:textId="77777777" w:rsidR="00D140EC" w:rsidRDefault="00000000">
    <w:pPr>
      <w:pStyle w:val="Header"/>
      <w:jc w:val="right"/>
    </w:pPr>
    <w:r>
      <w:rPr>
        <w:color w:val="555B6E"/>
        <w:sz w:val="16"/>
      </w:rPr>
      <w:t>HOA Gated Community RFP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35914769">
    <w:abstractNumId w:val="8"/>
  </w:num>
  <w:num w:numId="2" w16cid:durableId="2030598488">
    <w:abstractNumId w:val="6"/>
  </w:num>
  <w:num w:numId="3" w16cid:durableId="113137481">
    <w:abstractNumId w:val="5"/>
  </w:num>
  <w:num w:numId="4" w16cid:durableId="1591696141">
    <w:abstractNumId w:val="4"/>
  </w:num>
  <w:num w:numId="5" w16cid:durableId="1294871267">
    <w:abstractNumId w:val="7"/>
  </w:num>
  <w:num w:numId="6" w16cid:durableId="1484421985">
    <w:abstractNumId w:val="3"/>
  </w:num>
  <w:num w:numId="7" w16cid:durableId="449326490">
    <w:abstractNumId w:val="2"/>
  </w:num>
  <w:num w:numId="8" w16cid:durableId="87820823">
    <w:abstractNumId w:val="1"/>
  </w:num>
  <w:num w:numId="9" w16cid:durableId="832527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1FE8"/>
    <w:rsid w:val="0023793C"/>
    <w:rsid w:val="0029639D"/>
    <w:rsid w:val="00326F90"/>
    <w:rsid w:val="004956A8"/>
    <w:rsid w:val="00AA1D8D"/>
    <w:rsid w:val="00B47730"/>
    <w:rsid w:val="00CB0664"/>
    <w:rsid w:val="00D140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2AF922"/>
  <w14:defaultImageDpi w14:val="300"/>
  <w15:docId w15:val="{5DB99F41-B17E-4F04-A90B-B6568B6E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sz w:val="19"/>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202333"/>
      <w:sz w:val="3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8264FF"/>
      <w:sz w:val="28"/>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20233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b/>
      <w:color w:val="2023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hAnsi="Aptos"/>
      <w:color w:val="555B6E"/>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6231</Words>
  <Characters>35518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41666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Carr</cp:lastModifiedBy>
  <cp:revision>2</cp:revision>
  <dcterms:created xsi:type="dcterms:W3CDTF">2026-08-24T22:58:00Z</dcterms:created>
  <dcterms:modified xsi:type="dcterms:W3CDTF">2026-08-24T22:58:00Z</dcterms:modified>
  <cp:category/>
</cp:coreProperties>
</file>